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— загадка</w:t>
      </w:r>
    </w:p>
    <w:p>
      <w:r>
        <w:br/>
        <w:t xml:space="preserve"> Дмитру Герасимчуку</w:t>
      </w:r>
    </w:p>
    <w:p>
      <w:r>
        <w:br/>
        <w:t>Люблю пригоже надбистрянське місто,&lt;br /&gt;</w:t>
        <w:br/>
        <w:t>З часів далеких в ньому я осів.&lt;br /&gt;</w:t>
        <w:br/>
        <w:t>Тут стрів кохання, мов із зір намисто,&lt;br /&gt;</w:t>
        <w:br/>
        <w:t>І тут шукав для віршів мудрих слів —&lt;br /&gt;</w:t>
        <w:br/>
        <w:t>Але чомусь я думаю про Львів.</w:t>
      </w:r>
    </w:p>
    <w:p>
      <w:r>
        <w:br/>
        <w:t>В моєму місті літньою порою&lt;br /&gt;</w:t>
        <w:br/>
        <w:t>В гінких каштанах спочива борвій.&lt;br /&gt;</w:t>
        <w:br/>
        <w:t>За замковою брамною стіною&lt;br /&gt;</w:t>
        <w:br/>
        <w:t>Старі листки історії й нові,&lt;br /&gt;</w:t>
        <w:br/>
        <w:t>Але в уяві град Данила — Львів.</w:t>
      </w:r>
    </w:p>
    <w:p>
      <w:r>
        <w:br/>
        <w:t>Коли до серця рідне місто горну&lt;br /&gt;</w:t>
        <w:br/>
        <w:t>Серед пісень і пишномовних слів,&lt;br /&gt;</w:t>
        <w:br/>
        <w:t>І згадую про силу непоборну&lt;br /&gt;</w:t>
        <w:br/>
        <w:t>Моїх краян, що дивляться з віків, —&lt;br /&gt;</w:t>
        <w:br/>
        <w:t>В думках, одначе, завертаю в Львів.</w:t>
      </w:r>
    </w:p>
    <w:p>
      <w:r>
        <w:br/>
        <w:t>В Карпатах осінь, мов калач духм'яний,&lt;br /&gt;</w:t>
        <w:br/>
        <w:t>Прийшла вона з Полісся чи степів.&lt;br /&gt;</w:t>
        <w:br/>
        <w:t>Люблю свій край стозорий, Богом даний!&lt;br /&gt;</w:t>
        <w:br/>
        <w:t>Тут долю я кував. Тут посидів.&lt;br /&gt;</w:t>
        <w:br/>
        <w:t>Але чому я думаю про Львів?..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— загадка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