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у жовтні</w:t>
      </w:r>
    </w:p>
    <w:p>
      <w:r>
        <w:br/>
        <w:t xml:space="preserve"> Ділан Томас&lt;br /&gt;</w:t>
        <w:br/>
        <w:t>Вірш у жовтні</w:t>
      </w:r>
    </w:p>
    <w:p>
      <w:r>
        <w:br/>
        <w:t>Перекладач: М. 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Вже мій тридцятий рік під небесами&lt;br /&gt;</w:t>
        <w:br/>
        <w:t>Від шуму гавані й зелених пущ збудився,&lt;br /&gt;</w:t>
        <w:br/>
        <w:t>І мушлі тислись, і ступала чапля&lt;br /&gt;</w:t>
        <w:br/>
        <w:t>На берег;&lt;br /&gt;</w:t>
        <w:br/>
        <w:t>Це ранковий клич —&lt;br /&gt;</w:t>
        <w:br/>
        <w:t>Серед хоралу хвиль, і чайок, і граків&lt;br /&gt;</w:t>
        <w:br/>
        <w:t>І серед стукоту човнів об трухлу пристань&lt;br /&gt;</w:t>
        <w:br/>
        <w:t>Тієї ж миті&lt;br /&gt;</w:t>
        <w:br/>
        <w:t>Увійти&lt;br /&gt;</w:t>
        <w:br/>
        <w:t>В досвітнє місто й далі шлях верстати.&lt;br /&gt;</w:t>
        <w:br/>
        <w:t>Мій день народження почався з птахів&lt;br /&gt;</w:t>
        <w:br/>
        <w:t>Надморських, і з дерев крилатих, що несли&lt;br /&gt;</w:t>
        <w:br/>
        <w:t>Ім'я моє над селами й над кіньми;&lt;br /&gt;</w:t>
        <w:br/>
        <w:t>І встав я&lt;br /&gt;</w:t>
        <w:br/>
        <w:t>В осінь дощову,&lt;br /&gt;</w:t>
        <w:br/>
        <w:t>І вирушив у путь крізь зливу власних днів —&lt;br /&gt;</w:t>
        <w:br/>
        <w:t>І чапля, і приплив зникали, як ступав я&lt;br /&gt;</w:t>
        <w:br/>
        <w:t>Понад границі&lt;br /&gt;</w:t>
        <w:br/>
        <w:t>Брам міських,&lt;br /&gt;</w:t>
        <w:br/>
        <w:t>Ще замкнутих — а місто прокидалось.&lt;br /&gt;</w:t>
        <w:br/>
        <w:t>І жайворонки весняні у хмарах,&lt;br /&gt;</w:t>
        <w:br/>
        <w:t>Кущі біля доріг, пташиним свистом повні,&lt;br /&gt;</w:t>
        <w:br/>
        <w:t>І сонця блиск жовтневої пори,&lt;br /&gt;</w:t>
        <w:br/>
        <w:t>Проміння&lt;br /&gt;</w:t>
        <w:br/>
        <w:t>На краях узвиш —&lt;br /&gt;</w:t>
        <w:br/>
        <w:t>Одразу і співці крилаті, й вітерці&lt;br /&gt;</w:t>
        <w:br/>
        <w:t>Влились у ранню рань, де я блукав і слухав&lt;br /&gt;</w:t>
        <w:br/>
        <w:t>Навалу зливи:&lt;br /&gt;</w:t>
        <w:br/>
        <w:t>Зимний шквал&lt;br /&gt;</w:t>
        <w:br/>
        <w:t>Далеко в лісі віяв піді мною.&lt;br /&gt;</w:t>
        <w:br/>
        <w:t>Дощ понад гаванню, здаля малою,&lt;br /&gt;</w:t>
        <w:br/>
        <w:t>І понад церквою із равлика завбільшки,&lt;br /&gt;</w:t>
        <w:br/>
        <w:t>Що ріжками розтяв і млу, й палац,&lt;br /&gt;</w:t>
        <w:br/>
        <w:t>Подібний&lt;br /&gt;</w:t>
        <w:br/>
        <w:t>Видом до сови;&lt;br /&gt;</w:t>
        <w:br/>
        <w:t>Але ж сади усі — і весняні, і літні,&lt;br /&gt;</w:t>
        <w:br/>
        <w:t>Легендами були повиті. З-поза хмар я&lt;br /&gt;</w:t>
        <w:br/>
        <w:t>Своєму дневі&lt;br /&gt;</w:t>
        <w:br/>
        <w:t>Дивувавсь,&lt;br /&gt;</w:t>
        <w:br/>
        <w:t>Але погода інша наставала.</w:t>
      </w:r>
    </w:p>
    <w:p>
      <w:r>
        <w:br/>
        <w:t>Вона покинула краї блаженні —&lt;br /&gt;</w:t>
        <w:br/>
        <w:t>Новий повіяв дух. Нове синіло небо,&lt;br /&gt;</w:t>
        <w:br/>
        <w:t>І знов чудесне літо долинало&lt;br /&gt;</w:t>
        <w:br/>
        <w:t>З плодами&lt;br /&gt;</w:t>
        <w:br/>
        <w:t>Яблунь, груш пахких,&lt;br /&gt;</w:t>
        <w:br/>
        <w:t>І раптом я уздрів у цій новій одміні&lt;br /&gt;</w:t>
        <w:br/>
        <w:t>Забутий досвіток, і матір, і дитя,&lt;br /&gt;</w:t>
        <w:br/>
        <w:t>Що йшли крізь казку&lt;br /&gt;</w:t>
        <w:br/>
        <w:t>Сонцебризну&lt;br /&gt;</w:t>
        <w:br/>
        <w:t>І крізь перекази зелених храмів.&lt;br /&gt;</w:t>
        <w:br/>
        <w:t>І двічі явлені поля дитинства,&lt;br /&gt;</w:t>
        <w:br/>
        <w:t>І серце, й сльози ті, що стали знов моїми...&lt;br /&gt;</w:t>
        <w:br/>
        <w:t>Так, це були ліси, ріка і море,&lt;br /&gt;</w:t>
        <w:br/>
        <w:t>Де хлопчик&lt;br /&gt;</w:t>
        <w:br/>
        <w:t>Літньої пори&lt;br /&gt;</w:t>
        <w:br/>
        <w:t>Умерлим вишептав своє правдиве щастя —&lt;br /&gt;</w:t>
        <w:br/>
        <w:t>І древу, й каменям, і рибі, і припливу:&lt;br /&gt;</w:t>
        <w:br/>
        <w:t>І потаємне&lt;br /&gt;</w:t>
        <w:br/>
        <w:t>Ожило,&lt;br /&gt;</w:t>
        <w:br/>
        <w:t>Озвавшись у воді й птахах співочих.</w:t>
      </w:r>
    </w:p>
    <w:p>
      <w:r>
        <w:br/>
        <w:t>Там дивувався я своєму дневі,&lt;br /&gt;</w:t>
        <w:br/>
        <w:t>Уже далекому, але погода одмінилась.&lt;br /&gt;</w:t>
        <w:br/>
        <w:t>І зблис дитини радісної спів&lt;br /&gt;</w:t>
        <w:br/>
        <w:t>У сонці.&lt;br /&gt;</w:t>
        <w:br/>
        <w:t>Мій тридцятий рік&lt;br /&gt;</w:t>
        <w:br/>
        <w:t>Під небесами плив — застиг у літнім півдні,&lt;br /&gt;</w:t>
        <w:br/>
        <w:t>Хоч місто линуло за кров'ю падолисту.&lt;br /&gt;</w:t>
        <w:br/>
        <w:t>Хай мого серця істина&lt;br /&gt;</w:t>
        <w:br/>
        <w:t>Співає&lt;br /&gt;</w:t>
        <w:br/>
        <w:t>На цій горі в круговороті літ!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у жовтні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