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про Влизька</w:t>
      </w:r>
    </w:p>
    <w:p>
      <w:r>
        <w:br/>
        <w:t xml:space="preserve"> ВІРШ ПРО ВЛИЗЬКА&lt;br /&gt;</w:t>
        <w:br/>
        <w:t>Не в очі, а в голову ззаду відстукали кулі,&lt;br /&gt;</w:t>
        <w:br/>
        <w:t>В коридорах вже крок конвоїрів замовк...&lt;br /&gt;</w:t>
        <w:br/>
        <w:t>Знаю, солодко вам, прокураторе Ульріх,&lt;br /&gt;</w:t>
        <w:br/>
        <w:t>Затягатись тепер моссельпромським димком.</w:t>
      </w:r>
    </w:p>
    <w:p>
      <w:r>
        <w:br/>
        <w:t>На затятих устах — немаскована злоба,&lt;br /&gt;</w:t>
        <w:br/>
        <w:t>Транспарент самовпевнення — ваше чоло,&lt;br /&gt;</w:t>
        <w:br/>
        <w:t>Та дарма над частиною шостою гльобу&lt;br /&gt;</w:t>
        <w:br/>
        <w:t>Гордовито підводите лоб!</w:t>
      </w:r>
    </w:p>
    <w:p>
      <w:r>
        <w:br/>
        <w:t>Ви — законів державних слуга і захисник,&lt;br /&gt;</w:t>
        <w:br/>
        <w:t>І черкнути пером не здрогнула рука,&lt;br /&gt;</w:t>
        <w:br/>
        <w:t>Та написано,— де? — що Історія звисне&lt;br /&gt;</w:t>
        <w:br/>
        <w:t>Вже незмінна на вістрі триграннім штика?</w:t>
      </w:r>
    </w:p>
    <w:p>
      <w:r>
        <w:br/>
        <w:t>У підвалах в’язниць, і катівень, і каторг,&lt;br /&gt;</w:t>
        <w:br/>
        <w:t>В усевлонській тайзі, в чорних покладах руд,&lt;br /&gt;</w:t>
        <w:br/>
        <w:t>В темних штольнях сердець заховавши відплату,&lt;br /&gt;</w:t>
        <w:br/>
        <w:t>Вже нові царегубці ростуть.</w:t>
      </w:r>
    </w:p>
    <w:p>
      <w:r>
        <w:br/>
        <w:t>Чи ж не чуєте ще: хід напружених кроків,&lt;br /&gt;</w:t>
        <w:br/>
        <w:t>Чи ж не бачите вже: блиск народжених сяйв?&lt;br /&gt;</w:t>
        <w:br/>
        <w:t>Недаремно&lt;br /&gt;</w:t>
        <w:br/>
        <w:t>Поетів під муром цегляним епохи&lt;br /&gt;</w:t>
        <w:br/>
        <w:t>Вже вітають букетами сальв.&lt;br /&gt;</w:t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про Влизька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