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Вірменський триптих</w:t>
      </w:r>
    </w:p>
    <w:p>
      <w:r>
        <w:br/>
        <w:t xml:space="preserve"> (З Армена Шекояна)</w:t>
      </w:r>
    </w:p>
    <w:p>
      <w:r>
        <w:br/>
        <w:t>1. Поет</w:t>
      </w:r>
    </w:p>
    <w:p>
      <w:r>
        <w:br/>
        <w:t>Він повернувся із мандрів дальніх&lt;br /&gt;</w:t>
        <w:br/>
        <w:t>і сказав,&lt;br /&gt;</w:t>
        <w:br/>
        <w:t>що бачив усе.&lt;br /&gt;</w:t>
        <w:br/>
        <w:t>Він повернувся із відчуттям,&lt;br /&gt;</w:t>
        <w:br/>
        <w:t>що може звільнити від болю&lt;br /&gt;</w:t>
        <w:br/>
        <w:t>душі людські,&lt;br /&gt;</w:t>
        <w:br/>
        <w:t>але поки що не знав,&lt;br /&gt;</w:t>
        <w:br/>
        <w:t>із чого почати,&lt;br /&gt;</w:t>
        <w:br/>
        <w:t>несучи пилюгу доріг&lt;br /&gt;</w:t>
        <w:br/>
        <w:t>на своїх плечах,&lt;br /&gt;</w:t>
        <w:br/>
        <w:t>а в такому вигляді – незручно.</w:t>
      </w:r>
    </w:p>
    <w:p>
      <w:r>
        <w:br/>
        <w:t>Він печальним був,&lt;br /&gt;</w:t>
        <w:br/>
        <w:t>бо в дорозі розгубив&lt;br /&gt;</w:t>
        <w:br/>
        <w:t>свої старі пісні,&lt;br /&gt;</w:t>
        <w:br/>
        <w:t>він був знічений,&lt;br /&gt;</w:t>
        <w:br/>
        <w:t>бо нові пісні,&lt;br /&gt;</w:t>
        <w:br/>
        <w:t>які склалися в путі,&lt;br /&gt;</w:t>
        <w:br/>
        <w:t>він ще не міг співати.</w:t>
      </w:r>
    </w:p>
    <w:p>
      <w:r>
        <w:br/>
        <w:t>Він припав до землі,&lt;br /&gt;</w:t>
        <w:br/>
        <w:t>щоб усе обдумати і відпочити,&lt;br /&gt;</w:t>
        <w:br/>
        <w:t>але почув такий рідний запах,&lt;br /&gt;</w:t>
        <w:br/>
        <w:t>аж йому світ хитнувся,&lt;br /&gt;</w:t>
        <w:br/>
        <w:t>і він зрозумів,&lt;br /&gt;</w:t>
        <w:br/>
        <w:t>що стає землею.</w:t>
      </w:r>
    </w:p>
    <w:p>
      <w:r>
        <w:br/>
        <w:t>2. Швець</w:t>
      </w:r>
    </w:p>
    <w:p>
      <w:r>
        <w:br/>
        <w:t>Значить, так: Арон завжди посміхається,&lt;br /&gt;</w:t>
        <w:br/>
        <w:t>працюючи або відпочиваючи.&lt;br /&gt;</w:t>
        <w:br/>
        <w:t>Разом із ним усміхається з фото над головою&lt;br /&gt;</w:t>
        <w:br/>
        <w:t>Ален Делон перших своїх фільмів.</w:t>
      </w:r>
    </w:p>
    <w:p>
      <w:r>
        <w:br/>
        <w:t>Арон – швець. У ного майстерні&lt;br /&gt;</w:t>
        <w:br/>
        <w:t>живуть кінозірки&lt;br /&gt;</w:t>
        <w:br/>
        <w:t>і кілька постійних клієнтів.</w:t>
      </w:r>
    </w:p>
    <w:p>
      <w:r>
        <w:br/>
        <w:t>Арон усміхається із цвяхом у зубах,&lt;br /&gt;</w:t>
        <w:br/>
        <w:t>ніби так і має бути.&lt;br /&gt;</w:t>
        <w:br/>
        <w:t>Арон совісний –&lt;br /&gt;</w:t>
        <w:br/>
        <w:t>клієнт ніколи не запитує про ціну завчасно.</w:t>
      </w:r>
    </w:p>
    <w:p>
      <w:r>
        <w:br/>
        <w:t>Коли питання політики вичерпані,&lt;br /&gt;</w:t>
        <w:br/>
        <w:t>Арон починає будь-яку іншу тему.&lt;br /&gt;</w:t>
        <w:br/>
        <w:t>Все ж нікому не вдалося дізнатися,&lt;br /&gt;</w:t>
        <w:br/>
        <w:t>коли він народився,&lt;br /&gt;</w:t>
        <w:br/>
        <w:t>звідки він до нас прийшов&lt;br /&gt;</w:t>
        <w:br/>
        <w:t>і відколи сяє його усмішка.</w:t>
      </w:r>
    </w:p>
    <w:p>
      <w:r>
        <w:br/>
        <w:t>Поруч із ним все настільки живе,&lt;br /&gt;</w:t>
        <w:br/>
        <w:t>що, здається, мисливець на фото&lt;br /&gt;</w:t>
        <w:br/>
        <w:t>зараз вистрелить.&lt;br /&gt;</w:t>
        <w:br/>
        <w:t>Для Арона життя – таке свято,&lt;br /&gt;</w:t>
        <w:br/>
        <w:t>Як воскресіння для душі.</w:t>
      </w:r>
    </w:p>
    <w:p>
      <w:r>
        <w:br/>
        <w:t>3. Дід</w:t>
      </w:r>
    </w:p>
    <w:p>
      <w:r>
        <w:br/>
        <w:t>Сумирним, спокійним чоловіком&lt;br /&gt;</w:t>
        <w:br/>
        <w:t>був мій дід,&lt;br /&gt;</w:t>
        <w:br/>
        <w:t>а коли говорив згарячу,&lt;br /&gt;</w:t>
        <w:br/>
        <w:t>завше додавав: "Так сказав Шекспір" –&lt;br /&gt;</w:t>
        <w:br/>
        <w:t>і ми змушені були поважати&lt;br /&gt;</w:t>
        <w:br/>
        <w:t>того Шекспіра.</w:t>
      </w:r>
    </w:p>
    <w:p>
      <w:r>
        <w:br/>
        <w:t>Мій дід не любив лайки,&lt;br /&gt;</w:t>
        <w:br/>
        <w:t>сідав за стіл, якщо запросять,&lt;br /&gt;</w:t>
        <w:br/>
        <w:t>не пив ні грама,&lt;br /&gt;</w:t>
        <w:br/>
        <w:t>а хмелів за всіх.</w:t>
      </w:r>
    </w:p>
    <w:p>
      <w:r>
        <w:br/>
        <w:t>На нього находила іноді&lt;br /&gt;</w:t>
        <w:br/>
        <w:t>незбагненна печаль,&lt;br /&gt;</w:t>
        <w:br/>
        <w:t>яку ніхто не міг пояснити,&lt;br /&gt;</w:t>
        <w:br/>
        <w:t>але навіть у такі дні&lt;br /&gt;</w:t>
        <w:br/>
        <w:t>він не забував нагодувати курей.</w:t>
      </w:r>
    </w:p>
    <w:p>
      <w:r>
        <w:br/>
        <w:t>Він завжди про все пам'ятав&lt;br /&gt;</w:t>
        <w:br/>
        <w:t>і завжди свої оповіді починав так:&lt;br /&gt;</w:t>
        <w:br/>
        <w:t>"Турки напали вночі…"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Вірменський триптих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