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Вино з троянд (збірка)</w:t>
      </w:r>
    </w:p>
    <w:p>
      <w:r>
        <w:br/>
        <w:t xml:space="preserve"> &lt;p&gt;Новели та гуморески</w:t>
      </w:r>
    </w:p>
    <w:p>
      <w:r>
        <w:br/>
        <w:t>ВИНО З ТРОЯНД</w:t>
      </w:r>
    </w:p>
    <w:p>
      <w:r>
        <w:br/>
        <w:t>На неї задивлялися навіть дідугани, і вже рідко який хлопець не міряв очима з голови до п'ят. В одних у зорі світилося захоплення, в других — неприхована хіть, а треті милувалися нею, як шедевром краси. Коли вона кидала чорні коси на пружні груди і пливла селом з сапкою на плечі, хлопці божеволіли. Приходили боязко до її воріт і натхненно говорили про кохання, а вона тільки слухала і мовчала. Ніхто не насмілювався торкнутися її, мов боявся осквернити дотиком красу. Вона ніким не гордувала і ніколи не ганила, а тільки прохала прощаючись.</w:t>
      </w:r>
    </w:p>
    <w:p>
      <w:r>
        <w:br/>
        <w:t>— Не ходи до мене більше. Добре?</w:t>
      </w:r>
    </w:p>
    <w:p>
      <w:r>
        <w:br/>
        <w:t>І в тернових очах було стільки благання, що ніхто не зважувався їй заперечувати. Минало в хлопців оп'яніння від краси, закохувалися вони в звичайних кирпатих і гостроносих дівчат, а Ольга ставала для них приємною згадкою.</w:t>
      </w:r>
    </w:p>
    <w:p>
      <w:r>
        <w:br/>
        <w:t>Андрій ніколи не зважувався підійти до неї. Та й куди йому, кульгавому горбаневі, було сікатися, коли й не такі, як він, од неї гарбузи качали. Вона часто ловила його погляд на собі і завжди у відповідь світилася привітністю, але він вбачав у тому образливу жалісливість.</w:t>
      </w:r>
    </w:p>
    <w:p>
      <w:r>
        <w:br/>
        <w:t>Хлопці ставали трактористами і шоферами, йшли в льотчики і моряки, а він і мріяти про це не міг. Він копирсався в колгоспному саду, а вдома розводив квіти.</w:t>
      </w:r>
    </w:p>
    <w:p>
      <w:r>
        <w:br/>
        <w:t>До квітів принадився, відколи померла мати. В його садибі не росла ніяка городина, лише виноград, яблуні, вишні і квіти, квіти. І могила матері з ранньої провесни аж до бабиного літа квітувала, мов клумба.</w:t>
      </w:r>
    </w:p>
    <w:p>
      <w:r>
        <w:br/>
        <w:t>Він дарував розкішні букети нареченим, і всі були йому вдячні, і всі шанували його, а йому ж хотілося випити хоч краплю кохання.</w:t>
      </w:r>
    </w:p>
    <w:p>
      <w:r>
        <w:br/>
        <w:t>— Чи й мені ти подаруєш букет на весілля? — запитала якось Ольга, коли в саду трусили яблука. Він мало не отерп від несподіванки, але мовив:</w:t>
      </w:r>
    </w:p>
    <w:p>
      <w:r>
        <w:br/>
        <w:t>— Ти вибереш сама, які захочеш. — Потім він посміливішав і сказав: — У мене їх дуже багато. І ще, коли захочеш, до твого весілля я зроблю вино з пелюсток троянди.</w:t>
      </w:r>
    </w:p>
    <w:p>
      <w:r>
        <w:br/>
        <w:t>— Вино з троянди? — здивувалася дівчина. — Таке й вигадаєш.</w:t>
      </w:r>
    </w:p>
    <w:p>
      <w:r>
        <w:br/>
        <w:t>— Не віриш? — захвилювався він. — Те вино — як ніжність. Коли прийдеш по квіти, покуштуєш.</w:t>
      </w:r>
    </w:p>
    <w:p>
      <w:r>
        <w:br/>
        <w:t>І він зашкутильгав до куреня, куди його кликав сторож.</w:t>
      </w:r>
    </w:p>
    <w:p>
      <w:r>
        <w:br/>
        <w:t>Андрій чомусь вірив, що Ольга прийде по квіти. Він виглядав її кожен вечір. Його збентеженість помітили навіть сусідські хлопчаки, які щовечора щебетали на подвір'ї. Це були вірні Андрієві друзі і надійні охоронці його квітів та саду. Того, хто насмілювався зірвати без дозволу бодай гроно винограду чи квітку, піддавали безпощадному остракізмові. Його цькували так настійливо і жорстоко, як це можуть робити лише діти.</w:t>
      </w:r>
    </w:p>
    <w:p>
      <w:r>
        <w:br/>
        <w:t>Ці голомозі квітникарі вечорами, як мухи, обсідали Андрія. Він розповідав їм, що бачать у снах квіти, як вони перешіптуються з сивими зорями, вигадував казки про дивовижні краї, де квіти не тільки пахнуть, але й розмовляють, і ходять, і граються в піжмурки, а в'януть лише тоді, коли в тій країні з'являється хоч одна нещаслива людина.</w:t>
      </w:r>
    </w:p>
    <w:p>
      <w:r>
        <w:br/>
        <w:t>— Квіти люблять щасливих. У нас від нещасть вони не в'януть, а плачуть. Ви бачили, скільки вранці на них роси? Ото їхні сльози. Хто росяного ранку знайде незаплакану квітку, той буде дуже щасливий.</w:t>
      </w:r>
    </w:p>
    <w:p>
      <w:r>
        <w:br/>
        <w:t>— А ви знаходили незаплакану квітку?</w:t>
      </w:r>
    </w:p>
    <w:p>
      <w:r>
        <w:br/>
        <w:t>— Ні, я не знаходив та, мабуть, і не знайду... Висіло над ними добре і щире небо, і малюкам здавалося, що всіяне воно не зорями, а квітами, і що посадив ті дивовижні квіти дядько Андрій.</w:t>
      </w:r>
    </w:p>
    <w:p>
      <w:r>
        <w:br/>
        <w:t>Ольга прийшла в неділю зранку. Вона була така прекрасна, що відразу якось похнюпились квіти, а господар відчув себе нікчемою і не знав, де подітися.</w:t>
      </w:r>
    </w:p>
    <w:p>
      <w:r>
        <w:br/>
        <w:t>— Це правда, що суха квітка, знайдена росяного ранку, віщує щастя? — запитала вона в Андрія.</w:t>
      </w:r>
    </w:p>
    <w:p>
      <w:r>
        <w:br/>
        <w:t>Язик у хлопця прикипів до піднебіння, очі застигли від подиву.</w:t>
      </w:r>
    </w:p>
    <w:p>
      <w:r>
        <w:br/>
        <w:t>— Хто... Від кого ти чула про це?</w:t>
      </w:r>
    </w:p>
    <w:p>
      <w:r>
        <w:br/>
        <w:t>— Я приходила до тебе вчора ввечері і слухала, що ти казав дітям. Так то правда чи ні?</w:t>
      </w:r>
    </w:p>
    <w:p>
      <w:r>
        <w:br/>
        <w:t>— Ні. То я сам вигадав. — Андрій заховав очі в кущ півоній.</w:t>
      </w:r>
    </w:p>
    <w:p>
      <w:r>
        <w:br/>
        <w:t>Ольга зітхнула.</w:t>
      </w:r>
    </w:p>
    <w:p>
      <w:r>
        <w:br/>
        <w:t>— Жаль, що я не вмію так гарно видумувати. "Для чого тобі це? — дивувався хлопець. — 3 тебе досить тієї вроди, якою наділила мати. А в мене... Що я робитиму, коли зрадять мене ще й ті химерні вигадки?"</w:t>
      </w:r>
    </w:p>
    <w:p>
      <w:r>
        <w:br/>
        <w:t>Перегодом вони сиділи в заплетеній хмелем і диким виноградом альтанці і смакували вино з троянд.</w:t>
      </w:r>
    </w:p>
    <w:p>
      <w:r>
        <w:br/>
        <w:t>— Ти дуже гарний хлопець, Андрію, — мовила Ольга.</w:t>
      </w:r>
    </w:p>
    <w:p>
      <w:r>
        <w:br/>
        <w:t>— Ти хотіла сказати, що я непогана людина? — перепитав.</w:t>
      </w:r>
    </w:p>
    <w:p>
      <w:r>
        <w:br/>
        <w:t>— Я хотіла сказати те, що сказала, — засміялася Ольга і без усякого зв'язку стала побиватися: — Мені багато кажуть, що я гарна і тому мене люблять. Гадають, мені приємно від того. А хіба я винна, що я гарна? Хіба моя врода — це я?</w:t>
      </w:r>
    </w:p>
    <w:p>
      <w:r>
        <w:br/>
        <w:t>Вона грайливо перекинула коси зі спини на груди.</w:t>
      </w:r>
    </w:p>
    <w:p>
      <w:r>
        <w:br/>
        <w:t>— Я хочу, щоб хтось полюбив мене, а не мою красу, чорні брови та рожеві щічки. — Вона помітила, що Андрій хоче вклинцювати своє слово, і заговорила ще швидше: — Що та краса? Вітри видублять шкіру, дощі змиють рум'янець! Натягаєшся ящиків на токах, попогнеш спину на буряках — де та й врода дінеться...</w:t>
      </w:r>
    </w:p>
    <w:p>
      <w:r>
        <w:br/>
        <w:t>Вона замовкла, і Андрій не знав, що сказати.</w:t>
      </w:r>
    </w:p>
    <w:p>
      <w:r>
        <w:br/>
        <w:t>— Ну, скажи, Андрію, коли висушить мене праця та негода, чи буду любою для того, що спокусився красою?</w:t>
      </w:r>
    </w:p>
    <w:p>
      <w:r>
        <w:br/>
        <w:t>— Не знаю, Ольго, — щиро зітхнув хлопець. — Не знаю, хто б тебе зміг не любити отаку!</w:t>
      </w:r>
    </w:p>
    <w:p>
      <w:r>
        <w:br/>
        <w:t>— Я не весь вік такою буду, Андрію, — мовила сумно. — Так мені можна нарвати квітів?</w:t>
      </w:r>
    </w:p>
    <w:p>
      <w:r>
        <w:br/>
        <w:t>Андрій кивнув головою, і дівчина побрела в барвисте живе озеро. Вона ходила між квітами, а за нею ходили його закохані очі. Ольга прискіпливо обдивилася чи не кожну пелюстку і вернулася до альтанки з порожніми руками.</w:t>
      </w:r>
    </w:p>
    <w:p>
      <w:r>
        <w:br/>
        <w:t>— Мені жаль рвати їх, — соромливо зізналася. — Вони такі гарні. Краще я зайду іншим разом. Добре?</w:t>
      </w:r>
    </w:p>
    <w:p>
      <w:r>
        <w:br/>
        <w:t>Він іде з нею до хвіртки і мовчить. Дівчина виходить на вулицю і, дивлячись у синій неспокій його очей, тихо каже:</w:t>
      </w:r>
    </w:p>
    <w:p>
      <w:r>
        <w:br/>
        <w:t>— А до весілля ти неодмінно приготуй вино з троянд...</w:t>
      </w:r>
    </w:p>
    <w:p>
      <w:r>
        <w:br/>
        <w:t>КУКУРІКАЛИ ПІВНІ НА РУШНИКАХ</w:t>
      </w:r>
    </w:p>
    <w:p>
      <w:r>
        <w:br/>
        <w:t>В Ониськи дерев'яніли ноги, коли десь поруч дзвенів його голос Вона завжди йшла повз нього ледве жива і не сміла повести навіть бровою в його бік.</w:t>
      </w:r>
    </w:p>
    <w:p>
      <w:r>
        <w:br/>
        <w:t>А Віктор кричав:</w:t>
      </w:r>
    </w:p>
    <w:p>
      <w:r>
        <w:br/>
        <w:t>— Онисько! Коли ти скажеш, що я для тебе найкращий?</w:t>
      </w:r>
    </w:p>
    <w:p>
      <w:r>
        <w:br/>
        <w:t>— Як надоїш од цапа повну дійницю молока, — шмагонула дівчина.</w:t>
      </w:r>
    </w:p>
    <w:p>
      <w:r>
        <w:br/>
        <w:t>— Я не буду бігати за тобою, — кепкував парубок. — Я просто прийду сватацця.</w:t>
      </w:r>
    </w:p>
    <w:p>
      <w:r>
        <w:br/>
        <w:t>— Приходь, гарбузи вродили добрі, — мов крізь цідилку, пропускала слова, тамуючи за білизною зубів і образу, і біль, і надію.</w:t>
      </w:r>
    </w:p>
    <w:p>
      <w:r>
        <w:br/>
        <w:t>Іноді дояркам уривався терпець, і вони починали заступатися за Ониську.</w:t>
      </w:r>
    </w:p>
    <w:p>
      <w:r>
        <w:br/>
        <w:t>— Ти її мізинця негоден! — казали йому.</w:t>
      </w:r>
    </w:p>
    <w:p>
      <w:r>
        <w:br/>
        <w:t>— Ов-ва! Аби тільки сказав "ціп-ціп", то прибіжить, мов квочка, — не вгавав обліковець.</w:t>
      </w:r>
    </w:p>
    <w:p>
      <w:r>
        <w:br/>
        <w:t>— Гляди, щоб не довелося самому на яйцях сидіти, — рубала Ониська під загальний регіт.</w:t>
      </w:r>
    </w:p>
    <w:p>
      <w:r>
        <w:br/>
        <w:t>Тільки татові могла Ониська довірити, чого коштувала їй та розв'язність. Тато був зовсім юний. Він пішов на війну тридцятилітнім і таким залишився навіки. Ониська часто хотіла побачити його сивим і вусатим. Не виходило. Мати поздоровкалася зі старістю, а тато залишився молодим. Час уже втратив над ним владу.</w:t>
      </w:r>
    </w:p>
    <w:p>
      <w:r>
        <w:br/>
        <w:t>— Ой, як мені важко, тату, — казала Ониська, опускаючи до пояса чорну тугу своїх кіс. — Як я його люблю і як... ненавиджу! — тупала маленькою ніжкою. — Що мені робити, тату?</w:t>
      </w:r>
    </w:p>
    <w:p>
      <w:r>
        <w:br/>
        <w:t>Але батько мовчав, і тоді дуги дівочих брів сповзалися до кирпатого носа, а виї швидко-швидко кліпали, заганяючи назад неслухняні сльози.</w:t>
      </w:r>
    </w:p>
    <w:p>
      <w:r>
        <w:br/>
        <w:t>Осінні світанки тривожні, як марення. Ониська заспаними очима обмацувала їх сиву бездонність і пірнала в їхню тривогу. По дорозі до ферми вона додивлялася свої дівочі сни.</w:t>
      </w:r>
    </w:p>
    <w:p>
      <w:r>
        <w:br/>
        <w:t>Одного разу її розбудив Віктор.</w:t>
      </w:r>
    </w:p>
    <w:p>
      <w:r>
        <w:br/>
        <w:t>— Чого йдеш, мов лунатик? — засміявся він біля самого вуха, і Ониська знов відчула, як терпнуть ноги. Але голова і язик у неї ніколи не терпли.</w:t>
      </w:r>
    </w:p>
    <w:p>
      <w:r>
        <w:br/>
        <w:t>— Скажи краще, а чого ти так рано з пелюшок виліз?</w:t>
      </w:r>
    </w:p>
    <w:p>
      <w:r>
        <w:br/>
        <w:t>Він змовчав, а потім якось несміливо взяв за руку. Онисьці зовсім не хотілося випручувати її.</w:t>
      </w:r>
    </w:p>
    <w:p>
      <w:r>
        <w:br/>
        <w:t>— Ніколи не думав, що в тебе такі тендітні руки...</w:t>
      </w:r>
    </w:p>
    <w:p>
      <w:r>
        <w:br/>
        <w:t>— Мужик не повірить, поки не помацає, — сховала досаду в посмішці.</w:t>
      </w:r>
    </w:p>
    <w:p>
      <w:r>
        <w:br/>
        <w:t>— Підеш за мене? — раптом ні сіло ні впало запитав Віктор. — Підеш?</w:t>
      </w:r>
    </w:p>
    <w:p>
      <w:r>
        <w:br/>
        <w:t>— Може, й піду за тебе... обліковцем працювати — Вона таки випручила руку і йшла немов по гострих лезах.</w:t>
      </w:r>
    </w:p>
    <w:p>
      <w:r>
        <w:br/>
        <w:t>— То я прийду сватацця, — сказав, ніби не чув її слів, і так само раптово, як з'явився, розтанув у сизій прозорості.</w:t>
      </w:r>
    </w:p>
    <w:p>
      <w:r>
        <w:br/>
        <w:t>Цілий тиждень за Ониською, куди б не йшла, повзли перешіптування та хихоньки. Під неприховане цікавими поглядами її плечі сутулилися, а думки гнітила образа: "На все село розцвірінькав". Мука туго стискувала груди.</w:t>
      </w:r>
    </w:p>
    <w:p>
      <w:r>
        <w:br/>
        <w:t>Віктор прийшов у суботу. В кепці набакир, у начищених до блиску хромовиках, вродливий і прилизаний, мов плакат. Він розсівся на лаві, закинув ногу на ногу, ніби виставляючи напоказ нові чоботи. І відразу ж завів якусь порожню розмову з матір'ю. Говорив довго і одверто хизувався, а потім, наче між іншим, мовив:</w:t>
      </w:r>
    </w:p>
    <w:p>
      <w:r>
        <w:br/>
        <w:t>— Я оце, тітко, прийшов сватати вашу Ониську...</w:t>
      </w:r>
    </w:p>
    <w:p>
      <w:r>
        <w:br/>
        <w:t>Мати здивовано звела голову і сказала ображено:</w:t>
      </w:r>
    </w:p>
    <w:p>
      <w:r>
        <w:br/>
        <w:t>— Хіба, Вікторе, тепер про це з батьками торгуються? В Ониськи своя голова на в'язах. — І, ніби підкреслюючи свою непричетність до того, що діється в хаті, повільно видибала на подвір'я.</w:t>
      </w:r>
    </w:p>
    <w:p>
      <w:r>
        <w:br/>
        <w:t>Вони довго сиділи вдвох у хаті і мовчали. Кукурікали півні на рушниках, і од їхнього мовчазною співу дзвеніло у вухах.</w:t>
      </w:r>
    </w:p>
    <w:p>
      <w:r>
        <w:br/>
        <w:t>— То що ж ти скажеш мені, Онисько? — здалеку хлюпнув тривогою Вікторів голос.</w:t>
      </w:r>
    </w:p>
    <w:p>
      <w:r>
        <w:br/>
        <w:t>— А ти в мене нічого не питав.</w:t>
      </w:r>
    </w:p>
    <w:p>
      <w:r>
        <w:br/>
        <w:t>— Ти ж знаєш, чого я тут. — Він дивився так благальне і винувато, що в неї все тіло сповнилося лінивою жагою.</w:t>
      </w:r>
    </w:p>
    <w:p>
      <w:r>
        <w:br/>
        <w:t>— Ти ще не втоптав стежки і до моїх воріт, а вже стукаєш у серце, — струснула з себе млявість.</w:t>
      </w:r>
    </w:p>
    <w:p>
      <w:r>
        <w:br/>
        <w:t>— Але ж ти кохаєш мене...</w:t>
      </w:r>
    </w:p>
    <w:p>
      <w:r>
        <w:br/>
        <w:t>— Звідки ти знаєш? — насмішкувато підвела очі.</w:t>
      </w:r>
    </w:p>
    <w:p>
      <w:r>
        <w:br/>
        <w:t>— Про це говорить усе село...</w:t>
      </w:r>
    </w:p>
    <w:p>
      <w:r>
        <w:br/>
        <w:t>— Але одна людина цього не говорить. — Ониська відкинула на покуть вишивання і не знала, що робити з своїми руками. Гнівом спалахнули карі зіниці.</w:t>
      </w:r>
    </w:p>
    <w:p>
      <w:r>
        <w:br/>
        <w:t>Віктор немов уперше побачив її.</w:t>
      </w:r>
    </w:p>
    <w:p>
      <w:r>
        <w:br/>
        <w:t>— І ти осоромиш мене на все село? — зразу ж збагнув безглузду жалюгідність свого запитання.</w:t>
      </w:r>
    </w:p>
    <w:p>
      <w:r>
        <w:br/>
        <w:t>— Який ти, Вікторе, — не слова, а сльози текли з її вуст. — Іди звідси геть і можеш набрати на грядці скільки завгодно гарбузів. Хоч підводою приїжджай. — Ониська глумилася над своєю мукою. — Одного тобі мало, бери цілий віз і годуй ними свою пиху...</w:t>
      </w:r>
    </w:p>
    <w:p>
      <w:r>
        <w:br/>
        <w:t>Він пішов згорбившись, ніби й справді ніс на своїх плечах підводу гарбузів.</w:t>
      </w:r>
    </w:p>
    <w:p>
      <w:r>
        <w:br/>
        <w:t>Ониська ридала над вишиванням.</w:t>
      </w:r>
    </w:p>
    <w:p>
      <w:r>
        <w:br/>
        <w:t>ЧОРНА ПІДКОВА</w:t>
      </w:r>
    </w:p>
    <w:p>
      <w:r>
        <w:br/>
        <w:t>Хмари повзли так низько, що перехожі несподівано виринали з них і так само несподівано тонули. Дівчина задерла голову, ніби хотіла протаранити очима їх клубчасту похмурість. Довгими віями вона торкалася країв хмар, а її очі були єдиними синіми цятками серед передгрозової сірості.</w:t>
      </w:r>
    </w:p>
    <w:p>
      <w:r>
        <w:br/>
        <w:t>— Я не люблю тебе, — сказала дівчина, дивлячись у небо. — Ти брехав мені...</w:t>
      </w:r>
    </w:p>
    <w:p>
      <w:r>
        <w:br/>
        <w:t>— Я не брехав тобі...</w:t>
      </w:r>
    </w:p>
    <w:p>
      <w:r>
        <w:br/>
        <w:t>— Ти не любив мене.</w:t>
      </w:r>
    </w:p>
    <w:p>
      <w:r>
        <w:br/>
        <w:t>Він дивився в землю і не бачив, що коїться над ними.</w:t>
      </w:r>
    </w:p>
    <w:p>
      <w:r>
        <w:br/>
        <w:t>— Я люблю тебе. — Хлопець нервово човгав черевиком по зеленому горбику і вже вибив на ньому чорну підкову. — Я люблю тебе...</w:t>
      </w:r>
    </w:p>
    <w:p>
      <w:r>
        <w:br/>
        <w:t>— Ти просто боїшся втратити мене і залишитись самотнім.</w:t>
      </w:r>
    </w:p>
    <w:p>
      <w:r>
        <w:br/>
        <w:t>— Дурниці! — раптом загарячився він. — Коли я став байдужим тобі, то...</w:t>
      </w:r>
    </w:p>
    <w:p>
      <w:r>
        <w:br/>
        <w:t>Вона метнула на нього дві сині блискавки.</w:t>
      </w:r>
    </w:p>
    <w:p>
      <w:r>
        <w:br/>
        <w:t>— Чому ти весь час дивишся в землю?</w:t>
      </w:r>
    </w:p>
    <w:p>
      <w:r>
        <w:br/>
        <w:t>Він важко, мов гирі, підняв свої очі і спідлоба глипнув на неї, але за мить його очі знову впали в траву.</w:t>
      </w:r>
    </w:p>
    <w:p>
      <w:r>
        <w:br/>
        <w:t>— Це не має значення, куди я дивлюся.</w:t>
      </w:r>
    </w:p>
    <w:p>
      <w:r>
        <w:br/>
        <w:t>— Ти ніколи не дивився мені в очі. Ти завжди був жадібним і нетерплячим, — розстрілювала вона його сумніви. — Ти не хотів бути щасливим зі мною, ти просто хотів ощасливити мене.</w:t>
      </w:r>
    </w:p>
    <w:p>
      <w:r>
        <w:br/>
        <w:t>Вона раптом заплакала і ледве втрималася, щоб не припасти йому до грудей.</w:t>
      </w:r>
    </w:p>
    <w:p>
      <w:r>
        <w:br/>
        <w:t>— Я теж хочу бодай одну людину зробити щасливою, — сердито ввігнала підбор у глевку землю і прожогом кинулася геть.</w:t>
      </w:r>
    </w:p>
    <w:p>
      <w:r>
        <w:br/>
        <w:t>— Почекай! — Він рушив за нею.</w:t>
      </w:r>
    </w:p>
    <w:p>
      <w:r>
        <w:br/>
        <w:t>Тягуче закашлявся грім, і об листя запорощали великі, мов боруб'яхи, краплі. З хмар виринули двоє. Вони трималися за руки і бігли прямо під клен. Зупинилися захекані і мокрі, щасливі, що знайшли таку густу крону.</w:t>
      </w:r>
    </w:p>
    <w:p>
      <w:r>
        <w:br/>
        <w:t>— Дивися, підкова, — вигукнув хлопець.</w:t>
      </w:r>
    </w:p>
    <w:p>
      <w:r>
        <w:br/>
        <w:t>Вони присіли біля чорної дуги, впаяної в зелене божевілля. І якось несподівано зустрілися їхні очі, потім руки і губи.</w:t>
      </w:r>
    </w:p>
    <w:p>
      <w:r>
        <w:br/>
        <w:t>— Підкову знаходять на щастя, — прошелестіли її вуста.</w:t>
      </w:r>
    </w:p>
    <w:p>
      <w:r>
        <w:br/>
        <w:t>Ті, що знаходять підкову, ніколи не думають про того, хто загубив її.</w:t>
      </w:r>
    </w:p>
    <w:p>
      <w:r>
        <w:br/>
        <w:t>ВІН ЗАВАЖАВ ЇЙ СПАТИ</w:t>
      </w:r>
    </w:p>
    <w:p>
      <w:r>
        <w:br/>
        <w:t>Інколи його за груди хапав довгий і тягучий кашель. Від куріння.</w:t>
      </w:r>
    </w:p>
    <w:p>
      <w:r>
        <w:br/>
        <w:t>— Гнате, мені обридло твоє бухкання! — кричала вона тоді зі спальні. — Ти заважаєш спати.</w:t>
      </w:r>
    </w:p>
    <w:p>
      <w:r>
        <w:br/>
        <w:t>Він винувато дивився на коричневі портьєри і казав:</w:t>
      </w:r>
    </w:p>
    <w:p>
      <w:r>
        <w:br/>
        <w:t>— Добре, Лі, я не кашлятиму.</w:t>
      </w:r>
    </w:p>
    <w:p>
      <w:r>
        <w:br/>
        <w:t>— Взагалі ти міг би йти на кухню і кашляти там хоч до ранку! — солодко тягнула слова та, котру він називав Лі.</w:t>
      </w:r>
    </w:p>
    <w:p>
      <w:r>
        <w:br/>
        <w:t>Світло разом з ним переходило до тісної кухні. Перед світом воно втомлювалося і гасло. Мабуть, втомлювався і він. Короткий нервовий сон сповнювався химерними видовиськами. Колись він глузував над позитивними героями убогих романів. Позитивним завжди снився верстат або трактор. А йому тоді снилися всі дівчата, крім Лі. А як не хотілося розлучатися з нею навіть уві сні!</w:t>
      </w:r>
    </w:p>
    <w:p>
      <w:r>
        <w:br/>
        <w:t>Тепер йому снилися формули, снилися паралельні жирні лінії і вуса головного конструктора. Правда, в Якима Івановича зроду над губами не було щетини, але Гнат у сні чомусь твердо знав, що то все ж його вуса. Одного разу він сказав про це Якимові Івановичу.</w:t>
      </w:r>
    </w:p>
    <w:p>
      <w:r>
        <w:br/>
        <w:t>— Добре, намотаю це на вус, — відбувся той жартом. — А взагалі такі сни спроста не сняться. Ти, мабуть, виснажився.</w:t>
      </w:r>
    </w:p>
    <w:p>
      <w:r>
        <w:br/>
        <w:t>Яким Іванович любив Гната, але не виявляв своїх почуттів, щоб не було зайвих розмов. Як-не-як, а Гнат був його зятем. Того разу несподівано для самого себе він запитав:</w:t>
      </w:r>
    </w:p>
    <w:p>
      <w:r>
        <w:br/>
        <w:t>— Ви часто сваритеся з Лідою?</w:t>
      </w:r>
    </w:p>
    <w:p>
      <w:r>
        <w:br/>
        <w:t>— Ні, ми ніколи не сваримося...</w:t>
      </w:r>
    </w:p>
    <w:p>
      <w:r>
        <w:br/>
        <w:t>— І вона ніколи не сичить на тебе?</w:t>
      </w:r>
    </w:p>
    <w:p>
      <w:r>
        <w:br/>
        <w:t>— Буває. Але тільки тоді, коли я заважаю їй спати...</w:t>
      </w:r>
    </w:p>
    <w:p>
      <w:r>
        <w:br/>
        <w:t>— Я так і знав, що ти заважаєш їй спати, — кинув Яким Іванович, і його добрі карі очі раптом стали сивіти. Так було завжди, коли він сердився.</w:t>
      </w:r>
    </w:p>
    <w:p>
      <w:r>
        <w:br/>
        <w:t>— Боже мій, що ти зробив з кухнею! —— щоранку жахалася Ліда, оглядаючи купи недопалків. — Ти сам скоро перетворишся в пунктирну лінію...</w:t>
      </w:r>
    </w:p>
    <w:p>
      <w:r>
        <w:br/>
        <w:t>А Гнат любив свої прокурені ночі. Він любив свої сигарети, свій кашель і свої креслярські знаряддя. Звісно, без кашлю він міг би обійтися, але без таких ночей — ніяк! Він любив свою втому і свої химерні сни. І ще любив сонне бурмотіння дружини.</w:t>
      </w:r>
    </w:p>
    <w:p>
      <w:r>
        <w:br/>
        <w:t>— Як ти насмалився цих смердючих сигарет...</w:t>
      </w:r>
    </w:p>
    <w:p>
      <w:r>
        <w:br/>
        <w:t>Ліда не розуміла ні його сигарет, ні його кашлю, ні його снів. І не любила його втому і його ночі.</w:t>
      </w:r>
    </w:p>
    <w:p>
      <w:r>
        <w:br/>
        <w:t>Коли Гнат зв'язав докупи всі свої думки, коли його безсоння втілилося в химернім павутинні креслень, він прибіг у спальню і схопив Ліду за плечі:</w:t>
      </w:r>
    </w:p>
    <w:p>
      <w:r>
        <w:br/>
        <w:t>— Лі, як усе здорово вийшло...</w:t>
      </w:r>
    </w:p>
    <w:p>
      <w:r>
        <w:br/>
        <w:t>— Ну, чого ти? — крізь сонну лінь запитала вона.</w:t>
      </w:r>
    </w:p>
    <w:p>
      <w:r>
        <w:br/>
        <w:t>— Лі, я знайшов те, що шукав!</w:t>
      </w:r>
    </w:p>
    <w:p>
      <w:r>
        <w:br/>
        <w:t>— Але ж, милий, хіба через це треба будити все місто?</w:t>
      </w:r>
    </w:p>
    <w:p>
      <w:r>
        <w:br/>
        <w:t>Він до ранку сидів на кухні і заїдав тютюновим димом її байдужість. Ранком він складав речі в чемодан і говорив їй образливі слова. Вона плакала і відповідала йому тим же.</w:t>
      </w:r>
    </w:p>
    <w:p>
      <w:r>
        <w:br/>
        <w:t>А потім він стояв у кабінеті тестя, чи то пак головного конструктора, і виливав йому свою образу.</w:t>
      </w:r>
    </w:p>
    <w:p>
      <w:r>
        <w:br/>
        <w:t>— Я пішов од неї, щоб не заважать їй спати. Я поїду на Північ і ніколи звідти не вернуся...</w:t>
      </w:r>
    </w:p>
    <w:p>
      <w:r>
        <w:br/>
        <w:t>У Якима Івановича очі були сиві, а голос байдужий.</w:t>
      </w:r>
    </w:p>
    <w:p>
      <w:r>
        <w:br/>
        <w:t>— Іди й сідай за роботу. Нічого нюні розпускати, — сказав Яким Іванович. І замовк.</w:t>
      </w:r>
    </w:p>
    <w:p>
      <w:r>
        <w:br/>
        <w:t>Увечері він сам прийшов до Гнатового столу:</w:t>
      </w:r>
    </w:p>
    <w:p>
      <w:r>
        <w:br/>
        <w:t>— Ліда приходила до мене...</w:t>
      </w:r>
    </w:p>
    <w:p>
      <w:r>
        <w:br/>
        <w:t>Гнат відкинув з чола чорну чуприну і немов з ями глянув на тестя.</w:t>
      </w:r>
    </w:p>
    <w:p>
      <w:r>
        <w:br/>
        <w:t>— Що вона говорила?</w:t>
      </w:r>
    </w:p>
    <w:p>
      <w:r>
        <w:br/>
        <w:t>— Тільки те, що завжди кажуть жінки в таких випадках. — Він обмацував очима незграбну постать зятя і думав, мабуть, про щось дуже далеке. — Я сказав їй: коли люблять — не носять своїх сліз до посередників.</w:t>
      </w:r>
    </w:p>
    <w:p>
      <w:r>
        <w:br/>
        <w:t>Гнат одягався і ніяк не міг всунути лівий черевик у калошу. Потім вони спускалися з третього поверху і курили сигарети.</w:t>
      </w:r>
    </w:p>
    <w:p>
      <w:r>
        <w:br/>
        <w:t>На вулиці реготав осінній вечір. Вони йшли крізь його регіт.</w:t>
      </w:r>
    </w:p>
    <w:p>
      <w:r>
        <w:br/>
        <w:t>Несподівано Яким Іванович вхопив Гната за плечі і повернув лицем до себе:</w:t>
      </w:r>
    </w:p>
    <w:p>
      <w:r>
        <w:br/>
        <w:t>— Я сказав їй, що ти, може, повернешся до неї, коли вона проснеться. Тоді ти не заважатимеш їй спати.</w:t>
      </w:r>
    </w:p>
    <w:p>
      <w:r>
        <w:br/>
        <w:t>Він пішов, майже побіг од Гната.</w:t>
      </w:r>
    </w:p>
    <w:p>
      <w:r>
        <w:br/>
        <w:t>Гнат прийшов у готель і дуже рано вклався в ліжко. Йому снилася Ліда, паралельні лінії і неіснуючі вуса головного конструктора.</w:t>
      </w:r>
    </w:p>
    <w:p>
      <w:r>
        <w:br/>
        <w:t>ВЕСІЛЛЯ ОПАНАСА КРОКВИ</w:t>
      </w:r>
    </w:p>
    <w:p>
      <w:r>
        <w:br/>
        <w:t>Ніхто не розумів, що ґелґотів довготелесий та сухоребрий каратель. Але всі бачили, як з його рота виповзали гадюки. Вони довго сичали у вухах, а потім їхнє сичання перекладав на людську мову переляканий учитель з сусіднього села.</w:t>
      </w:r>
    </w:p>
    <w:p>
      <w:r>
        <w:br/>
        <w:t>— Він каже, що під вашим хутором вчора застрелено троє солдатів. Якби це трапилося тут, вони б забили всіх до одного. А так хочуть повісити лише тих, у кого в сім'ях є партизани. Якщо ж ви не видасте партизанських родичів, то будете знищені всі.</w:t>
      </w:r>
    </w:p>
    <w:p>
      <w:r>
        <w:br/>
        <w:t>Двісті дідів, бабів, жінок та дітей стояли під божевільно гарячим сонцем, але їм було холодно. Цівки морозу струменіли з чорних отворів автоматів і кулеметів, націлених у всіх разом і ні в кого зокрема. Над натовпом висіли переджнивна спека і передсмертне мовчання. Потім знову з есесівського рота поповзли гадюки.</w:t>
      </w:r>
    </w:p>
    <w:p>
      <w:r>
        <w:br/>
        <w:t>— Він каже, що ви можете мовчати ще десять хвилин, а тоді він звелить стріляти.</w:t>
      </w:r>
    </w:p>
    <w:p>
      <w:r>
        <w:br/>
        <w:t>Десять хвилин бігали зморшки по чолах, десять хвилин стікало мовчанням сонце, десять хвилин задубілими очима вдивлялися в закручений шпориш, ніби хотіли віднайти в ньому який порятунок. Потім натовп заворушився, і озерце людей вихлюпнуло наперед тисячолітнього Опанаса Крокву. Він забув навіть уклонитися людям, а пішов прямо на вчителя.</w:t>
      </w:r>
    </w:p>
    <w:p>
      <w:r>
        <w:br/>
        <w:t>— Скажи цьому кнурові, що то мої сини забили тих вилупків. І ще скажи, хай не сміють мене бити, бо я коростявий. Хай просто вішають.</w:t>
      </w:r>
    </w:p>
    <w:p>
      <w:r>
        <w:br/>
        <w:t>— Скільки ваших синів у лісі? — переклав учитель запитання есесівця.</w:t>
      </w:r>
    </w:p>
    <w:p>
      <w:r>
        <w:br/>
        <w:t>— Та всі до одного.</w:t>
      </w:r>
    </w:p>
    <w:p>
      <w:r>
        <w:br/>
        <w:t>— А хто у вас є дома?</w:t>
      </w:r>
    </w:p>
    <w:p>
      <w:r>
        <w:br/>
        <w:t>— Була баба, та вмерла.</w:t>
      </w:r>
    </w:p>
    <w:p>
      <w:r>
        <w:br/>
        <w:t>— А щоб тобі язик не відсох! — висунулася з юрби сива жіноча постать, хіба на яке століття молодша від Опанаса. — Живою мене до могили кладе, та ще й прилюдно. Не втечеш ти від мене, іроде, і на той світ!</w:t>
      </w:r>
    </w:p>
    <w:p>
      <w:r>
        <w:br/>
        <w:t>Есесівець реготав довго і смачно, коли вчитель переклав йому цей монолог старої.</w:t>
      </w:r>
    </w:p>
    <w:p>
      <w:r>
        <w:br/>
        <w:t>— Це ваша баба? — спитав Опанаса.</w:t>
      </w:r>
    </w:p>
    <w:p>
      <w:r>
        <w:br/>
        <w:t>— Угу. Моя. А чия ж іще?</w:t>
      </w:r>
    </w:p>
    <w:p>
      <w:r>
        <w:br/>
        <w:t>— Правду казав дід, що ваші сини в партизанах? — допитувалися в баби.</w:t>
      </w:r>
    </w:p>
    <w:p>
      <w:r>
        <w:br/>
        <w:t>— А правду. Хіба такий збреше? Усі соколята наші в лісі гніздяться...</w:t>
      </w:r>
    </w:p>
    <w:p>
      <w:r>
        <w:br/>
        <w:t>Їх повісили на гігантському в'язі біля колишньої церковки. Здивованими очима дивилися вони на врятованих ними людей і показували вслід карателям свої сині прикушені язики.</w:t>
      </w:r>
    </w:p>
    <w:p>
      <w:r>
        <w:br/>
        <w:t>Опанас Кроква зроду не мав дітей, а баба Орися, що поєдналася з ним вірьовкою, ніколи не була його дружиною. Кажуть, у юності вони дуже кохалися і хотіли побратись, але батьки не дозволили. Видали Орисю за багатшого.</w:t>
      </w:r>
    </w:p>
    <w:p>
      <w:r>
        <w:br/>
        <w:t>Може, це правда, а може, людська фантазія творить нову легенду про велику любов, яка вже на смертному одрі зачала життя.</w:t>
      </w:r>
    </w:p>
    <w:p>
      <w:r>
        <w:br/>
        <w:t>ДУМА ПРО ДІДА</w:t>
      </w:r>
    </w:p>
    <w:p>
      <w:r>
        <w:br/>
        <w:t>Сиджу під клунею, а дід на низу змагається з сонцем — хто першим закінчить свої денні турботи. Довга тінь од горба вже облизує його ліву ногу, а права ще ступає по сонячній смужці. Гостра коса аж висвистує — так не терпиться дідові докосити останню ручку і нарешті спочити. А тінь уже сягнула дідових колін, потім раптово підскочила до пояса, поповзла на груди.</w:t>
      </w:r>
    </w:p>
    <w:p>
      <w:r>
        <w:br/>
        <w:t>Я підвівся з місця і став навшпиньки.</w:t>
      </w:r>
    </w:p>
    <w:p>
      <w:r>
        <w:br/>
        <w:t>— Іванку! — доноситься до мене дідів голос. Він стоїть уже по шию в тіні і жмутком сіна витирає косу. — Чуєш, Іванку?</w:t>
      </w:r>
    </w:p>
    <w:p>
      <w:r>
        <w:br/>
        <w:t>— Ні, не чую, — кричу, склавши долоні човником.</w:t>
      </w:r>
    </w:p>
    <w:p>
      <w:r>
        <w:br/>
        <w:t>— То чого ж озиваєшся, ледащо? — Голос у діда лагідний, і я знаю, що він зовсім не сердиться на мене. — Принеси кисет, бо комарі з'їдять.</w:t>
      </w:r>
    </w:p>
    <w:p>
      <w:r>
        <w:br/>
        <w:t>Це дід, звичайно, лякає мене. Комарі ніколи не з'їдять його, бо він дуже великий і в сто разів сильніший від усіх комарів, що живуть на нашому болоті. Але мені приємно зробити послугу дідові. Я притьмом біжу через грядку до дідового піджака, добуваю з кишені кисет, вибігаю на сінокіс і, стрибаючи через покоси, мчу до діда.</w:t>
      </w:r>
    </w:p>
    <w:p>
      <w:r>
        <w:br/>
        <w:t>— Ноги не поколи, — чую його настанову. — Летиш, мов заєць переляканий.</w:t>
      </w:r>
    </w:p>
    <w:p>
      <w:r>
        <w:br/>
        <w:t>— А хіба перелякані зайці швидко бігають?</w:t>
      </w:r>
    </w:p>
    <w:p>
      <w:r>
        <w:br/>
        <w:t>— Та вже ж що швидко.</w:t>
      </w:r>
    </w:p>
    <w:p>
      <w:r>
        <w:br/>
        <w:t>— Так, що й ви не доженете?</w:t>
      </w:r>
    </w:p>
    <w:p>
      <w:r>
        <w:br/>
        <w:t>— Не знаю, не пробував.</w:t>
      </w:r>
    </w:p>
    <w:p>
      <w:r>
        <w:br/>
        <w:t>— А чому не пробували?</w:t>
      </w:r>
    </w:p>
    <w:p>
      <w:r>
        <w:br/>
        <w:t>Дід слинить цигарку і лукаво посміхається у вуса.</w:t>
      </w:r>
    </w:p>
    <w:p>
      <w:r>
        <w:br/>
        <w:t>— Бо за це трудоднів не пишуть.</w:t>
      </w:r>
    </w:p>
    <w:p>
      <w:r>
        <w:br/>
        <w:t>— А якби писали?</w:t>
      </w:r>
    </w:p>
    <w:p>
      <w:r>
        <w:br/>
        <w:t>— Однак не взявся б. Не люблю дурне діло робити.</w:t>
      </w:r>
    </w:p>
    <w:p>
      <w:r>
        <w:br/>
        <w:t>Відповідь не влаштовує мене, і я мов з торби висипаю перед дідом купу запитань.</w:t>
      </w:r>
    </w:p>
    <w:p>
      <w:r>
        <w:br/>
        <w:t>— Гей-гей, — сміються його пожмакані вуста. — Бери краще косу та неси її до клуні.</w:t>
      </w:r>
    </w:p>
    <w:p>
      <w:r>
        <w:br/>
        <w:t>Ми йдемо через сінокіс, і темніє над нами небо, і дзвенить земля на тисячу ладів, і я слухаю. Слухаю небо, і слухаю землю, і слухаю дідову мову. І в серце. моє вливається якась незрима сила, що на віки вічні прив'яже мене до цієї землі, до співучої тихої мови.</w:t>
      </w:r>
    </w:p>
    <w:p>
      <w:r>
        <w:br/>
        <w:t>...Чим густіша паморозь падала на дідову голову, тим більше він любив мене і щедріше розкривав свою душевну скарбницю. Він старів на моїх очах, і йому здавалося, що сила його і навіть саме життя його переливаються в мене, бо не було в діда синів — покосили їх пошесті та кулі...</w:t>
      </w:r>
    </w:p>
    <w:p>
      <w:r>
        <w:br/>
        <w:t>— Безсмертячко ти моє кирпате, — шепотів дід, коли я засинав під музику його слів.</w:t>
      </w:r>
    </w:p>
    <w:p>
      <w:r>
        <w:br/>
        <w:t>То були дуже гарні слова, бо поганих дід не говорив мені.</w:t>
      </w:r>
    </w:p>
    <w:p>
      <w:r>
        <w:br/>
        <w:t>Я часто ображав і кривдив діда то своєю нетямучістю, то жорстоким дитячим егоїзмом. Але дід великодушно пробачав мені, як уміють пробачати великі люди. А дід був великим і простотою своєю, і тим, що не канючив од життя більше, ніж заслужив.</w:t>
      </w:r>
    </w:p>
    <w:p>
      <w:r>
        <w:br/>
        <w:t>Любив дід читати історію та географію, а ще любив Шевченка та Горького, бо, Шевченко — це, мовляв, селянський письменник, а Горький — городський.</w:t>
      </w:r>
    </w:p>
    <w:p>
      <w:r>
        <w:br/>
        <w:t>— Правди такої, як у них, ні в кого немає. Інші теж розумні, але не такі. Не селянський і не робочий розум у них. Якщо я не зрозумів, їх, то попроси у них за мене пробачення, коли виростеш.</w:t>
      </w:r>
    </w:p>
    <w:p>
      <w:r>
        <w:br/>
        <w:t>Що ж, пробачте йому, графе Толстой і Антоне Чехов, не ображайтесь на нього, могутній Франко і ніжна Лесю, не гнівайтеся, Олександре Блок, Володимире Маяковський і Олександре Довженко. І ще й ще інші. А ті, хто бачив, як сам відривав від рота, оддавши останню зернину фронтові, як годував на трьохсотграмовий трудодень своїх внуків, — ті, що бачили це і мовчали або цвірінькотіли римами про кохання, нехай самі підуть до його могили і попросять у нього пробачення. Не збагнули вони ні сили, ні краси, ані роботи його. І якщо не простить він їх, то нехай спалять свої книжки і візьмуться за іншу працю, щоб не була їх старість убогою.</w:t>
      </w:r>
    </w:p>
    <w:p>
      <w:r>
        <w:br/>
        <w:t>...Я ходив тоді в восьмий клас. Дев'ять кілометрів було до школи. Як на мої чотирнадцять років, то це не так вже й мало.</w:t>
      </w:r>
    </w:p>
    <w:p>
      <w:r>
        <w:br/>
        <w:t>В неділю дід цілий день читав. Географію, мабуть.</w:t>
      </w:r>
    </w:p>
    <w:p>
      <w:r>
        <w:br/>
        <w:t>— Іване, піди врубай дров, — сказала мати.</w:t>
      </w:r>
    </w:p>
    <w:p>
      <w:r>
        <w:br/>
        <w:t>— Чого це саме я?</w:t>
      </w:r>
    </w:p>
    <w:p>
      <w:r>
        <w:br/>
        <w:t>— Бо я вже не можу, — промовив дід.</w:t>
      </w:r>
    </w:p>
    <w:p>
      <w:r>
        <w:br/>
        <w:t>— Ви самі книжки читаєте!</w:t>
      </w:r>
    </w:p>
    <w:p>
      <w:r>
        <w:br/>
        <w:t>— Не пащекуй, Іване! — гримнула мати. — Тільки на язик і проворний.</w:t>
      </w:r>
    </w:p>
    <w:p>
      <w:r>
        <w:br/>
        <w:t>Я цюкав сиру лозу біля дровітні. Дід повз мене пройшов у клуню. В нього в руці теліпався цупкий конопляний налигач. Я цюкав лозу, а в клуні було тихо.</w:t>
      </w:r>
    </w:p>
    <w:p>
      <w:r>
        <w:br/>
        <w:t>Раптом ніби обухом хтось гепнув по серцю. Я кинув сокиру в сніг і кинувся в клуню.</w:t>
      </w:r>
    </w:p>
    <w:p>
      <w:r>
        <w:br/>
        <w:t>— Ді-дусю!</w:t>
      </w:r>
    </w:p>
    <w:p>
      <w:r>
        <w:br/>
        <w:t>Він стояв і робив мішанку для корови. А від ясел за кожним його рухом жадібно стежила прип'ята цупким налигачем Лиска. Дід глянув на мене і, забачивши переляк на обличчі, стурбувався й сам.</w:t>
      </w:r>
    </w:p>
    <w:p>
      <w:r>
        <w:br/>
        <w:t>— Що з тобою, Іване?</w:t>
      </w:r>
    </w:p>
    <w:p>
      <w:r>
        <w:br/>
        <w:t>— Ви йшли з налигачем, і я подумав... Я припав до його древнього кожуха, і ревів, мов дитина, і просив прощення. Увечері дід сказав:</w:t>
      </w:r>
    </w:p>
    <w:p>
      <w:r>
        <w:br/>
        <w:t>— Ганно, нехай Іванко завтра не йде в школу.</w:t>
      </w:r>
    </w:p>
    <w:p>
      <w:r>
        <w:br/>
        <w:t>— Чого?</w:t>
      </w:r>
    </w:p>
    <w:p>
      <w:r>
        <w:br/>
        <w:t>— Раз кажу, то треба.</w:t>
      </w:r>
    </w:p>
    <w:p>
      <w:r>
        <w:br/>
        <w:t>— Добре, Іванко не піде. — Мати здвигнула плечима.</w:t>
      </w:r>
    </w:p>
    <w:p>
      <w:r>
        <w:br/>
        <w:t>Але то не була примха. В понеділок діда вже не було. Суворий і прекрасний, він лежав у домовині на старезній дубовій лаві. А надворі світило сонце, скрипів сніг і кукурікали півні на відлигу.</w:t>
      </w:r>
    </w:p>
    <w:p>
      <w:r>
        <w:br/>
        <w:t>...Я нікого так не люблю, як дідів. Це жива мудрість, неписана історія нашого народу. На своїх зігнутих плечах несуть вони стільки краси і ніжності, що може позаздрити їм будь-хто.</w:t>
      </w:r>
    </w:p>
    <w:p>
      <w:r>
        <w:br/>
        <w:t>І коли в автобусі я бачу сідоглавого предка мого з в'язанкою бубликів, я чомусь думаю: зараз прийде в хату, добуде свій нехитрий гостинець і скаже своєму Іванкові:</w:t>
      </w:r>
    </w:p>
    <w:p>
      <w:r>
        <w:br/>
        <w:t>— А глянь, що я приніс від зайця...</w:t>
      </w:r>
    </w:p>
    <w:p>
      <w:r>
        <w:br/>
        <w:t>Він посадить на коліна своє чорняве чи біляве безсмертячко, і воно, роззявивши ротика, слухатиме його простодушні оповіді, в яких переплететься дійсність і фантазія. І колись обов'язково проснеться в його душі дідова краса, і живитиме його дідова мудрість і дідова мова.</w:t>
      </w:r>
    </w:p>
    <w:p>
      <w:r>
        <w:br/>
        <w:t>ПОСМІШКИ НІКОГО НЕ ОБРАЖАЮТЬ</w:t>
      </w:r>
    </w:p>
    <w:p>
      <w:r>
        <w:br/>
        <w:t>Дерева цілий день вимітали небо своїми зеленими мітлами, і надвечір з-за хмар таки виглянуло сонце.</w:t>
      </w:r>
    </w:p>
    <w:p>
      <w:r>
        <w:br/>
        <w:t>Воно було велике і засоромлене. Гроза обмила втому не лише з вродливої природи — я майже фізично відчував, як у грудях забрунькувала радість. Якась безпричинна і вже зовсім нестатечна радість.</w:t>
      </w:r>
    </w:p>
    <w:p>
      <w:r>
        <w:br/>
        <w:t>Я сів на лавку в скверику і усміхався деревам, сонцю, пошматованим хмарам і перехожим. Потім поруч зі мною сіла дівчина. Вона, теж радіючи всім єством, жадібно впивала очима красу надвечір'я. На її безпроглядно темних бровах втомлено присіли невидимі клаптики вологи, і від того брови стали трішечки сивуватими і неймовірно красивими.</w:t>
      </w:r>
    </w:p>
    <w:p>
      <w:r>
        <w:br/>
        <w:t>— Чому ви посміхаєтесь?</w:t>
      </w:r>
    </w:p>
    <w:p>
      <w:r>
        <w:br/>
        <w:t>Вона здивовано глянула на мене і відповіла</w:t>
      </w:r>
    </w:p>
    <w:p>
      <w:r>
        <w:br/>
        <w:t>— Хіба я знаю?</w:t>
      </w:r>
    </w:p>
    <w:p>
      <w:r>
        <w:br/>
        <w:t>Ми сиділи і посміхалися всім і всьому, а я — трішечки — посміхався лише до неї, і вона — трішечки — посміхалася лише для мене. І нам було прекрасно і весело, і між нами не було нічого, крім німої щирості.</w:t>
      </w:r>
    </w:p>
    <w:p>
      <w:r>
        <w:br/>
        <w:t>А потім на нашій лавці сів сивий-сивий чоловік і теж заходився дарувати всім і всьому свою вечірню посмішку. Він не заважав нам, а ми не заважали йому — простору для посмішок вистачало.</w:t>
      </w:r>
    </w:p>
    <w:p>
      <w:r>
        <w:br/>
        <w:t>— Боже мій, до чого тепер безсоромна молодь! — зупинився біля нас перехожий, сповнений гніву. Це був такий дисонанс у надвечірній радості, що різонув навіть мої немузикальні вуха. Але я посміхнув ся йому й мовив:</w:t>
      </w:r>
    </w:p>
    <w:p>
      <w:r>
        <w:br/>
        <w:t>— Це ви, мабуть, не про нас кажете...</w:t>
      </w:r>
    </w:p>
    <w:p>
      <w:r>
        <w:br/>
        <w:t>— Ні, я про вас! — Перехожий аж тупнув ногою.</w:t>
      </w:r>
    </w:p>
    <w:p>
      <w:r>
        <w:br/>
        <w:t>— Даруйте, але ми нічого не робимо.</w:t>
      </w:r>
    </w:p>
    <w:p>
      <w:r>
        <w:br/>
        <w:t>— Хіба можна так зухвало показувати всьому світу своє щастя?</w:t>
      </w:r>
    </w:p>
    <w:p>
      <w:r>
        <w:br/>
        <w:t>— У нас немає ніякого щастя, — посміхнулася йому дівчина. — У нас є тільки радість.</w:t>
      </w:r>
    </w:p>
    <w:p>
      <w:r>
        <w:br/>
        <w:t>— І до того ж у кожного своя, — докинув я.</w:t>
      </w:r>
    </w:p>
    <w:p>
      <w:r>
        <w:br/>
        <w:t>— Ви ображаєте людей, ви своєю поведінкою на водите тінь на теперішню молодь, — вичитував нас перехожий.</w:t>
      </w:r>
    </w:p>
    <w:p>
      <w:r>
        <w:br/>
        <w:t>— Хіба посмішка може когось образити або накинути тінь? — допитувався я, хоч не сподівався ні якої відповіді.</w:t>
      </w:r>
    </w:p>
    <w:p>
      <w:r>
        <w:br/>
        <w:t>Я знав, що він повчатиме нас, доки не зіпсує настрою і мені, і дівчині, і вечорові. А потім піде, задоволений собою так, ніби й насправді утнув щось ду же гарне.</w:t>
      </w:r>
    </w:p>
    <w:p>
      <w:r>
        <w:br/>
        <w:t>— Ну, чого ви сидите перед очима у всіх і шкірите зуби? — дошульпувався він. — Хіба для вас мало закутків?</w:t>
      </w:r>
    </w:p>
    <w:p>
      <w:r>
        <w:br/>
        <w:t>— Чого це посмішки треба шукати по закутках?</w:t>
      </w:r>
    </w:p>
    <w:p>
      <w:r>
        <w:br/>
        <w:t>— Бо треба поводитись пристойно.</w:t>
      </w:r>
    </w:p>
    <w:p>
      <w:r>
        <w:br/>
        <w:t>— Ви, певне, думаєте, що ми закохані? — раптом запитала дівчина.</w:t>
      </w:r>
    </w:p>
    <w:p>
      <w:r>
        <w:br/>
        <w:t>— У всякому разі, якісь там фіглі-міглі між вами Є, і не треба ними муляти очі порядним людям.</w:t>
      </w:r>
    </w:p>
    <w:p>
      <w:r>
        <w:br/>
        <w:t>— Та ми навіть незнайомі! — засміялася дівчина.</w:t>
      </w:r>
    </w:p>
    <w:p>
      <w:r>
        <w:br/>
        <w:t>Від несподіванки він ледве не став кам'яним монументом.</w:t>
      </w:r>
    </w:p>
    <w:p>
      <w:r>
        <w:br/>
        <w:t>— Як? Ви навіть не знайомі? І ви сидите поруч і посміхаєтесь одне одному перед очима цілого міста?</w:t>
      </w:r>
    </w:p>
    <w:p>
      <w:r>
        <w:br/>
        <w:t>Мені здавалося, що він репне від гніву. Він так заходився шпарувати нас банальностями, що навіть сонце спіткнулося і нахромилося на вістря тополі. Я хотів уже заткнути вуха і сторчма кинутися куди влучу, але тут озвався отой сивий-сивий чоловік.</w:t>
      </w:r>
    </w:p>
    <w:p>
      <w:r>
        <w:br/>
        <w:t>— Якого дідька ви прилипли до цих молодят? Нехай собі посміхаються, це ображає тільки бегемотів.</w:t>
      </w:r>
    </w:p>
    <w:p>
      <w:r>
        <w:br/>
        <w:t>— Через таких потуральників, як ви, і молодь у нас розбещена, — з жовчю напереваги ринув захисник цнотливості на сивочолого.</w:t>
      </w:r>
    </w:p>
    <w:p>
      <w:r>
        <w:br/>
        <w:t>— Та йдіть геть, бо покличу міліціонера, — втомлено відповів той. — Зануда.</w:t>
      </w:r>
    </w:p>
    <w:p>
      <w:r>
        <w:br/>
        <w:t>— Це вас треба в міліцію! Безсоромники! — зарепетував ображений, але таки ушнипився йти, і за хвилю його постать, сповнена обуренням і прописними істинами, зникла за остріхом кущів.</w:t>
      </w:r>
    </w:p>
    <w:p>
      <w:r>
        <w:br/>
        <w:t>А ми знову сиділи і посміхалися. І небо реготало так, що аж видно було його червоні ясна.</w:t>
      </w:r>
    </w:p>
    <w:p>
      <w:r>
        <w:br/>
        <w:t>СІРИЙ ПАКЕТ</w:t>
      </w:r>
    </w:p>
    <w:p>
      <w:r>
        <w:br/>
        <w:t>Коли поїзд смикнув вагони і Слава скочив на підніжку, ми збилися докупи і скандували щосили.</w:t>
      </w:r>
    </w:p>
    <w:p>
      <w:r>
        <w:br/>
        <w:t>— Славі — слава! Славі — слава!</w:t>
      </w:r>
    </w:p>
    <w:p>
      <w:r>
        <w:br/>
        <w:t>Слава махав нам на прощання якоюсь брошурою, щось кричав, але ми не чули і не хотіли чути, — тоді він висолопив язика і скорчив таку гримасу, що йому могла б позаздрити мавпа.</w:t>
      </w:r>
    </w:p>
    <w:p>
      <w:r>
        <w:br/>
        <w:t>Таким він і пішов з мого життя, а якщо повернеться, — то, я певна, таким самим. У мене в сумочці лежав сірий пакет. Цю коштовність Слава вручив мені вже на пероні і попрохав:</w:t>
      </w:r>
    </w:p>
    <w:p>
      <w:r>
        <w:br/>
        <w:t>— Прочитаєш, коли поїзд удаль загуркоче...</w:t>
      </w:r>
    </w:p>
    <w:p>
      <w:r>
        <w:br/>
        <w:t>Чудний, милий кривляка цей Слава. Я через нього набралася стільки лиха і неприємностей, що повинна б ненавидіти його, як кажуть, усіма фібрами душі. Передусім він недолюблював мою маму, а вона платила йому тією ж монетою так щедро, що навіть при ньому казала мені:</w:t>
      </w:r>
    </w:p>
    <w:p>
      <w:r>
        <w:br/>
        <w:t>— Коли вже ти віднадиш оце опудало?..</w:t>
      </w:r>
    </w:p>
    <w:p>
      <w:r>
        <w:br/>
        <w:t>Слава реготав і дражнився:</w:t>
      </w:r>
    </w:p>
    <w:p>
      <w:r>
        <w:br/>
        <w:t>— Ображаючи мене, тьоха Зінет, ви ображаєте майбутнє. Ми — ваша зміна. Коли ви гратимете в шахи з Магометом або Ісавом, я ще швендятиму по землі і вноситиму посильний вклад у розвиток цивілізації...</w:t>
      </w:r>
    </w:p>
    <w:p>
      <w:r>
        <w:br/>
        <w:t>— Боже мій, цей дикун базікає про цивілізацію! — драматично вигукувала мама.</w:t>
      </w:r>
    </w:p>
    <w:p>
      <w:r>
        <w:br/>
        <w:t>У мене на столику стоїть Славине фото, яке я сама в нього попросила. Мама ненавидить цей відбиток, бо Слава на ньому ніби живий. Лукавим поглядом спідлоба оглядає він наше житло, і здається, що з його великих губ ось-ось зірветься насмішка. Невеличку бородавку біля носа я перетворила на симпатичну коричневу мушку, і від цього Слава став ще чуднішим.</w:t>
      </w:r>
    </w:p>
    <w:p>
      <w:r>
        <w:br/>
        <w:t>...Ми поверталися з вокзалу, потім довго ще в нашій квартирі харчала радіола і дзвеніли чарки, але все було не так, як раніше. А може, це тільки мені було не так, а всім іншим — так. Може, інші попрощалися з Славою навіки ще на вокзалі. Може, інших він не образив так, як мене, отією мавпячою гримасою. Я чекала, що він хоч попрощається зі мною по-людськи. Кривляка!</w:t>
      </w:r>
    </w:p>
    <w:p>
      <w:r>
        <w:br/>
        <w:t>Коли всі нарешті розповзлися по домівках, я, стомлена, сіла на канапу і роздерла пакет. Роздерла зубами, бо ніколи було шукати ножиці. Роздерла і дістала з пакета... конверт! Звичайнісінький поштовий конверт з маркою в чотири копійки. Мені хотілося побити вчителя, котрий навчив Славу так красиво, ка-лі-гра-фіч-но писати. На конверті були слова: "Розкривати лише в тому разі, якщо кохаєш". Жахливим каліграфічним почерком написав Слава цю засторогу. Жоден раз його рука не здригнулася. Філолог!</w:t>
      </w:r>
    </w:p>
    <w:p>
      <w:r>
        <w:br/>
        <w:t>Спочатку я кинула конверт на підлогу і люто топтала його ногами. Я мстила тому кривляці за чотири довгих роки, що він забрав у мене. Забрав свавільно, віроломно і кат його знає для чого. Чотири порожні, нікчемні роки! Тисячу чотириста шістдесят один день морочив мені голову, щоб піднести в дар оцей жалюгідний конверт вартістю в п'ять копійок!</w:t>
      </w:r>
    </w:p>
    <w:p>
      <w:r>
        <w:br/>
        <w:t>Потім я вхопила конверт і розірвала його. Ні, звичайно, не на шматочки, я просто дістала з нього мікроскопічно малий аркушик паперу і прочитала:</w:t>
      </w:r>
    </w:p>
    <w:p>
      <w:r>
        <w:br/>
        <w:t>"Ще цілий рік ти колекціонуватимеш у залікову книжку дорогоцінні автографи екзаменаторів. Я чекатиму тебе цілий рік (Нахаба! Я чекала чотири роки! Одну тисячу чотириста шістдесят один день), хоч не знаю, чи зважишся ти кинути Київ задля якогось пришелепкуватого баламута. Але я чекатиму. Я кохаю тебе до божевілля. Слава".</w:t>
      </w:r>
    </w:p>
    <w:p>
      <w:r>
        <w:br/>
        <w:t>І все. Більше ні слова. Навіть клякси не знайшла я на цьому холодному клаптикові паперу. Він таки справді божевільний. Завтра ж куплю гамівну сорочку і відправлю йому терміновою посилкою. Нехай носить на здоров'я!</w:t>
      </w:r>
    </w:p>
    <w:p>
      <w:r>
        <w:br/>
        <w:t>Невже зараз він уклався на свою плацкарту і спить?..</w:t>
      </w:r>
    </w:p>
    <w:p>
      <w:r>
        <w:br/>
        <w:t>ПСИХОЛОГІЧНИЙ ПОЄДИНОК</w:t>
      </w:r>
    </w:p>
    <w:p>
      <w:r>
        <w:br/>
        <w:t>В Опанаса Шворня завжди збиралася літературна публіка. Невизнані генії всідалися за круглим столом і починали дискусії. Ці словесні поєдинки були такі гарячі, що за якихось півгодини кімната наповнювалася димом. А диму ж без вогню не буває.</w:t>
      </w:r>
    </w:p>
    <w:p>
      <w:r>
        <w:br/>
        <w:t>Одного разу, коли письменники вже порозкривали роти, щоб здивувати світ новими великими думками, , Шворень схопився з свого (точніше, позиченого в сусідки) стільця і закалатав:</w:t>
      </w:r>
    </w:p>
    <w:p>
      <w:r>
        <w:br/>
        <w:t>— Товариство! Я пропоную влаштувати конкурс.</w:t>
      </w:r>
    </w:p>
    <w:p>
      <w:r>
        <w:br/>
        <w:t>— Як? — підвів голову гуморист.</w:t>
      </w:r>
    </w:p>
    <w:p>
      <w:r>
        <w:br/>
        <w:t>— Гм, — чиркнув сірником послідовник Ремарка.</w:t>
      </w:r>
    </w:p>
    <w:p>
      <w:r>
        <w:br/>
        <w:t>— Що? — перепитав сатирик.</w:t>
      </w:r>
    </w:p>
    <w:p>
      <w:r>
        <w:br/>
        <w:t>— Коли? — недбало кинув поет, готовий у будь-яку хвилину виявити своє обдарування.</w:t>
      </w:r>
    </w:p>
    <w:p>
      <w:r>
        <w:br/>
        <w:t>— Валяй, — підвів підсумок реаліст.</w:t>
      </w:r>
    </w:p>
    <w:p>
      <w:r>
        <w:br/>
        <w:t>— Ну, то слухайте. — Шворень хотів стати на стілець, але сусідка з дверей показала йому електричну праску, і Опанас змушений був продовжувати з підлоги. — Вчора я підслухав прощання двох закоханих. Як ви думаєте, що говорила дівчина юнакові? Певен — не вгадаєте: вона просила, майже благала, щоб він не їхав автобусом, а йшов пішки. Так от: нехай кожен логічно обгрунтує це її прохання. Хто буде найближче до істини, той переможе.</w:t>
      </w:r>
    </w:p>
    <w:p>
      <w:r>
        <w:br/>
        <w:t>— А хто буде арбітром? — не втримався від запитання реаліст.</w:t>
      </w:r>
    </w:p>
    <w:p>
      <w:r>
        <w:br/>
        <w:t>— Я дівчину приведу, — роз'яснив Шворень. — Хто перший?</w:t>
      </w:r>
    </w:p>
    <w:p>
      <w:r>
        <w:br/>
        <w:t>Усі замовкли. За хвилину поет підвівся з місця і закотив очі під лоба. Він належав до новітньої школи, яка, — на заздрість тим, що відмовилися від розділових знаків, — творила красу, користуючись лише останніми.</w:t>
      </w:r>
    </w:p>
    <w:p>
      <w:r>
        <w:br/>
        <w:t>Риска, дужка, знак окличний, Знак питання симпатичний, Три тире, чотири коми — От вже й істина відома.</w:t>
      </w:r>
    </w:p>
    <w:p>
      <w:r>
        <w:br/>
        <w:t>— Геніально! — вигукнув Шворень і так заплескав у долоні, що на смерть перелякав рудого кота, який дрімав посеред столу і був його єдиною прикрасою.</w:t>
      </w:r>
    </w:p>
    <w:p>
      <w:r>
        <w:br/>
        <w:t>Після цього взяв слово послідовник Ремарка:</w:t>
      </w:r>
    </w:p>
    <w:p>
      <w:r>
        <w:br/>
        <w:t>— Вона знала, що в той вечір він випив багато вина і пива. Отже, йому на кожній зупинці доводилося б вискакувати з автобуса. Тим паче що в нього слабкий сечовий міхур.</w:t>
      </w:r>
    </w:p>
    <w:p>
      <w:r>
        <w:br/>
        <w:t>Сатирик теж не примусив себе довго чекати:</w:t>
      </w:r>
    </w:p>
    <w:p>
      <w:r>
        <w:br/>
        <w:t>— Він не мав постійної прописки і до того ж був п'яний. Дівчина боялася, що в автобусі його затримає міліція. Вона, по-моєму, спекулянтка.</w:t>
      </w:r>
    </w:p>
    <w:p>
      <w:r>
        <w:br/>
        <w:t>Реаліст, почухавши тім'я трохи більше, ніж слід було, випалив одним духом:</w:t>
      </w:r>
    </w:p>
    <w:p>
      <w:r>
        <w:br/>
        <w:t>— Вона ревнувала його до кондукторші. Не встиг він знову піднести руку до тім'я, як затараторив гуморист:</w:t>
      </w:r>
    </w:p>
    <w:p>
      <w:r>
        <w:br/>
        <w:t>— Вона працювала з ним в одній установі. Була дуже скупа. Вона боялася, що юнак потрапить під автобус. В такому разі з усіх працівників збирали б по карбованцю на вінок, а дівчина не бажала розлучатися з карбованцем.</w:t>
      </w:r>
    </w:p>
    <w:p>
      <w:r>
        <w:br/>
        <w:t>Цей феноменальний дотеп так розсмішив Шворня, що на нього напала гикавка. Нарешті, зібравши всі сили, щоб подолати регіт, Опанас звернувся до сусідки:</w:t>
      </w:r>
    </w:p>
    <w:p>
      <w:r>
        <w:br/>
        <w:t>— А тепер. Пашо, скажи, хто з них був найближче до і-і-і-стини?</w:t>
      </w:r>
    </w:p>
    <w:p>
      <w:r>
        <w:br/>
        <w:t>— Найближче до стіни сидить оте опудало, — сказала Паша на замріяного поета. — Але я не розумію, для чого таке дурне запитання?</w:t>
      </w:r>
    </w:p>
    <w:p>
      <w:r>
        <w:br/>
        <w:t>— Я питаю, хто з них найближче був до правди?</w:t>
      </w:r>
    </w:p>
    <w:p>
      <w:r>
        <w:br/>
        <w:t>— Та всі плели чортзна-що! А я просила хлопця, щоб він не їхав автобусом, бо хотіла, щоб стояв він зі мною до світанку. А останній автобус відходить дуже рано — всього о першій годині ночі. Дійшло? — відповіла Паша і, показавши язика невизнаним геніям, вибігла геть.</w:t>
      </w:r>
    </w:p>
    <w:p>
      <w:r>
        <w:br/>
        <w:t>НЕЙМОВІРНЕ ІНТЕРВ'Ю</w:t>
      </w:r>
    </w:p>
    <w:p>
      <w:r>
        <w:br/>
        <w:t>Ранком Шворня розбудив телефонний дзвінок. Опанас узяв трубку.</w:t>
      </w:r>
    </w:p>
    <w:p>
      <w:r>
        <w:br/>
        <w:t>— Слухаю.</w:t>
      </w:r>
    </w:p>
    <w:p>
      <w:r>
        <w:br/>
        <w:t>— Шворень? Це з редакції "Поетичний дріб'язок". Зараз до вас прийде наш кореспондент. Зустріньте його у всеозброєнні.</w:t>
      </w:r>
    </w:p>
    <w:p>
      <w:r>
        <w:br/>
        <w:t>Опанас кинув трубку і зарядив пугача. Скоро в кімнату ввалився незграбний і заяложений юнак. Його руда морда була обдерта і вкрита вуграми. Дивився спідлоба полохливо, але нахабно.</w:t>
      </w:r>
    </w:p>
    <w:p>
      <w:r>
        <w:br/>
        <w:t>— Добрий ранок! Ягоди поспіли. Не ждали? А я от — ніжним тілом у віконце вліз і став.</w:t>
      </w:r>
    </w:p>
    <w:p>
      <w:r>
        <w:br/>
        <w:t>— Хто ти? — дико вигукнув Опанас, спантеличений появою цього суцільного виродка.</w:t>
      </w:r>
    </w:p>
    <w:p>
      <w:r>
        <w:br/>
        <w:t>— Я репортер. Я гібрид поезії та прози і газети незаконний син. Ясно? Я мислю образами. Все сказане тут ви можете знайти в моїй збірці "Лакований бруд". Спробуйте зрозуміть.</w:t>
      </w:r>
    </w:p>
    <w:p>
      <w:r>
        <w:br/>
        <w:t>— Ви з "Поетичного дріб'язку"? — нарешті вибрав паузу, Шворень.</w:t>
      </w:r>
    </w:p>
    <w:p>
      <w:r>
        <w:br/>
        <w:t>— Я скроплюю там поетичну палітру. Питання перше: де, коли, яким чином ви народилися?</w:t>
      </w:r>
    </w:p>
    <w:p>
      <w:r>
        <w:br/>
        <w:t>Шворень розкрив рота, але виродок не вгавав:</w:t>
      </w:r>
    </w:p>
    <w:p>
      <w:r>
        <w:br/>
        <w:t>— Мене мати не родила, я родився сам. Мій талант — це мускули машинні, голова — лабораторний лабіринт. Я останнє слово науки. Стою край шляху в жовтім молочаї — відсидів за ділом я в калині. Да, бувало. Ех, летить жирафа понад житом. До речі, де пройшло ваше дитинство?</w:t>
      </w:r>
    </w:p>
    <w:p>
      <w:r>
        <w:br/>
        <w:t>— Я народи...</w:t>
      </w:r>
    </w:p>
    <w:p>
      <w:r>
        <w:br/>
        <w:t>— Ага. Я й забув. Біля хати я серцем порожнім напуваю голодних гусей. Кажуть, каламбур. А дозвольте запитати вас, що таке талант? Не знаєте? Ну, от. Талант — це... Стривайте, я відхилився. Отже, де ви навчалися?</w:t>
      </w:r>
    </w:p>
    <w:p>
      <w:r>
        <w:br/>
        <w:t>Балакучий виродок навіть не збирався замовкнути.</w:t>
      </w:r>
    </w:p>
    <w:p>
      <w:r>
        <w:br/>
        <w:t>— Я знаю, що прийде мій час і на мою сорочку тріпотливу ручища покладе. Шо? Мене дивує ваша нескромність. Ви не смієте перебивати гостя, особливо мене. Ага! Я взнав тебе по голосу і звуку. Крокую рибною землею, скидаю чоботи сушить. Гарно? Сам собі заздрю. А ви знаєте: сіно пахне космосом і бронзою, що мені на пам'ятник кують. До вас не дійде.</w:t>
      </w:r>
    </w:p>
    <w:p>
      <w:r>
        <w:br/>
        <w:t>У Шворня трусилися руки, він гарячкове виробляв план дій.</w:t>
      </w:r>
    </w:p>
    <w:p>
      <w:r>
        <w:br/>
        <w:t>— Над чим ви зараз працюєте? — захлинався "терорист". — Я очима чую, вухами я бачу, на моїй долоні всесвіт спочиває.</w:t>
      </w:r>
    </w:p>
    <w:p>
      <w:r>
        <w:br/>
        <w:t>Він підійшов до дзеркала, глянув у нього і здивовано запитав:</w:t>
      </w:r>
    </w:p>
    <w:p>
      <w:r>
        <w:br/>
        <w:t>— Це що за злодій? Вбивця? Грабіжник?</w:t>
      </w:r>
    </w:p>
    <w:p>
      <w:r>
        <w:br/>
        <w:t>— Геній, — просичав, Шворень.</w:t>
      </w:r>
    </w:p>
    <w:p>
      <w:r>
        <w:br/>
        <w:t>— Справді? А я гадав, що тільки я...</w:t>
      </w:r>
    </w:p>
    <w:p>
      <w:r>
        <w:br/>
        <w:t>— Дайте йому руку, — порадив, Шворень. "Терорист" повернувся до дзеркала і простягнув руку... Шворень стукнув його карафкою по тім'ї і жбурнув гостя за двері.</w:t>
      </w:r>
    </w:p>
    <w:p>
      <w:r>
        <w:br/>
        <w:t>Хвилину було тихо. Потім під міцними ударами двері затріщали і в свіжі щілини ввірвався життєстверджуючий вірш:</w:t>
      </w:r>
    </w:p>
    <w:p>
      <w:r>
        <w:br/>
        <w:t>Зорі кукурікають в квасолі,</w:t>
      </w:r>
    </w:p>
    <w:p>
      <w:r>
        <w:br/>
        <w:t>Сіріус присів на перелаз.</w:t>
      </w:r>
    </w:p>
    <w:p>
      <w:r>
        <w:br/>
        <w:t>В ковдрі неба в зорянім наколі</w:t>
      </w:r>
    </w:p>
    <w:p>
      <w:r>
        <w:br/>
        <w:t>Віз я Київ милій напоказ.</w:t>
      </w:r>
    </w:p>
    <w:p>
      <w:r>
        <w:br/>
        <w:t>У, Шворня не було вибору. Він кинув писати вірші. Двійник більше не з'являвся.</w:t>
      </w:r>
    </w:p>
    <w:p>
      <w:r>
        <w:br/>
        <w:t>БІЛІ ПРИВИДИ</w:t>
      </w:r>
    </w:p>
    <w:p>
      <w:r>
        <w:br/>
        <w:t>Білі привиди заходили до вестибюля, гупотіли незграбними ногами, ляскали долонями, і молочні хітони осипалися з них на підлогу.</w:t>
      </w:r>
    </w:p>
    <w:p>
      <w:r>
        <w:br/>
        <w:t>— Оце так зима! — вигукували одні, бо фантазії на більше в них не вистачало.</w:t>
      </w:r>
    </w:p>
    <w:p>
      <w:r>
        <w:br/>
        <w:t>— Привіт від Прадіда Мороза! — намагалися жартувати інші, кидаючи вологі пальта через бильце гардероба.</w:t>
      </w:r>
    </w:p>
    <w:p>
      <w:r>
        <w:br/>
        <w:t>Ліна автоматично посміхалася їм, бо треба ж бути ввічливою. "До чого всі вони нудні і невиразні", — прялася думка. Нудні і невиразні піднімалися в танцзал і приймалися монотонно шліфувати паркет, залицятися до таких самих нудних і невиразних дівчат або збивалися табунцями і страшенно бездумно патякали бозна про що й для чого.</w:t>
      </w:r>
    </w:p>
    <w:p>
      <w:r>
        <w:br/>
        <w:t>Ні-ні, Ліна не зневажає їх, просто їй страшенно жаль оцих бундючних гиндиків, що з дня на день тринькають свій час та енергію на танцюльках. Так, саме на танцюльках, бо вона не сміє кощунствувати і називати танцями оце шаркотіння.</w:t>
      </w:r>
    </w:p>
    <w:p>
      <w:r>
        <w:br/>
        <w:t>— Про що задумались, міледі? — рве Лінине прядиво занадто вкрадливий голос. Ага, це той самий, що вчора і позавчора намагався полонити її дотепами й мімікою, взятими напрокат з індійських фільмів.</w:t>
      </w:r>
    </w:p>
    <w:p>
      <w:r>
        <w:br/>
        <w:t>— Ви знову забули цигарки? — обминає очима його цукеркову посмішку.</w:t>
      </w:r>
    </w:p>
    <w:p>
      <w:r>
        <w:br/>
        <w:t>— Ви вліпили прямо в десятку, мем.</w:t>
      </w:r>
    </w:p>
    <w:p>
      <w:r>
        <w:br/>
        <w:t>— Номер? — збагачена його інформацією, Ліна добуває з правої кишені дешевого імпортного півпальта замусолену пачку "Казбеку". Немає сумніву, що цей галантний джентльмен смалить звичайнісінькі гільзи, котрі щовечора набиває якимось дешевеньким тютюном. Але з якою помпою він стукає мундштуком цигарки об коробку! Як велично чиркає сірником!</w:t>
      </w:r>
    </w:p>
    <w:p>
      <w:r>
        <w:br/>
        <w:t>— Може, ви підніметеся зі мною на один танець?</w:t>
      </w:r>
    </w:p>
    <w:p>
      <w:r>
        <w:br/>
        <w:t>— Ні, я не опущуся до цього.</w:t>
      </w:r>
    </w:p>
    <w:p>
      <w:r>
        <w:br/>
        <w:t>— О, ангел показує зуби! Але все-таки?</w:t>
      </w:r>
    </w:p>
    <w:p>
      <w:r>
        <w:br/>
        <w:t>— Слухайте, — каже вона роздратовано, — це гардероб, а не колекціонерня компліментів з позаторішніх фільмів.</w:t>
      </w:r>
    </w:p>
    <w:p>
      <w:r>
        <w:br/>
        <w:t>— Громадяни, будьте взаємно ввічливі, — метає лозунг чемний кавалер.</w:t>
      </w:r>
    </w:p>
    <w:p>
      <w:r>
        <w:br/>
        <w:t>— Відвідувачі, не заважайте працівникам виконувати свої службові обов'язки, — ультрачемно посміхається Ліна.</w:t>
      </w:r>
    </w:p>
    <w:p>
      <w:r>
        <w:br/>
        <w:t>— Може, леді назвуть своє ім'я?</w:t>
      </w:r>
    </w:p>
    <w:p>
      <w:r>
        <w:br/>
        <w:t>— Макбет.</w:t>
      </w:r>
    </w:p>
    <w:p>
      <w:r>
        <w:br/>
        <w:t>— Я чекатиму вас біля виходу.</w:t>
      </w:r>
    </w:p>
    <w:p>
      <w:r>
        <w:br/>
        <w:t>— Якщо балеро мають зайвий час, вони можуть скоротати його в товаристві однієї з балерин. — Ліна показує пальчиком угору.</w:t>
      </w:r>
    </w:p>
    <w:p>
      <w:r>
        <w:br/>
        <w:t>— Ты меня не любишь, не жалеешь...</w:t>
      </w:r>
    </w:p>
    <w:p>
      <w:r>
        <w:br/>
        <w:t>— Гурток художнього читання працює у вівторок і п'ятницю після третьої, — дає йому безплатну довідку. Хвала Всевишньому, заграли прощальний фокс, і тоненька цівочка людей потягнулася за одягом.</w:t>
      </w:r>
    </w:p>
    <w:p>
      <w:r>
        <w:br/>
        <w:t>Ліна ненавидить свою "професію", але їй страшенно подобається одягати і роздягати людей. Щось є в цьому магічне й незрозуміле, і коли вона нарешті підшукає собі справжню роботу, їй ще довго ввижатимуться букети людських облич, сміятимуться, сумуватимуть і проситимуть очі. Кінець кінцем сюди, крім професійних шаркунів, знічев'я забивається і чимало гарних хлопців та дівчат. Куди не зажене нудьга! Може, і їй колись доведеться марнувати свої вечори в отакому танцзалі, і помирати від нудотних та порожніх розмов, і вислухувати комісовані компліменти, і танцювати, "як поведе партнер"...</w:t>
      </w:r>
    </w:p>
    <w:p>
      <w:r>
        <w:br/>
        <w:t>Хух!.. Нарешті останнє пальто, останнє "до побачення". Можна й додому, але в тьоті Паші сьогодні жах скільки роботи — нанесли снігу, багна, накидали недокурків біля урн. Ліна пурхає по вестибюлю, а тьотя Паша бурчить і проганяє її додому.</w:t>
      </w:r>
    </w:p>
    <w:p>
      <w:r>
        <w:br/>
        <w:t>— Може, тебе хтось ще й чекає...</w:t>
      </w:r>
    </w:p>
    <w:p>
      <w:r>
        <w:br/>
        <w:t>— Хто чекає, той дочекається. — Ліна торохтить совком, шастає віником і обстрілює тьотю Пашу кулеметними чергами вражень, а та докоряє їй за нерозсудливість.</w:t>
      </w:r>
    </w:p>
    <w:p>
      <w:r>
        <w:br/>
        <w:t>— Колись і кортітиме, щоб залицялися, та ніхто не захоче... Дівування, воно стече, як вода навесні...</w:t>
      </w:r>
    </w:p>
    <w:p>
      <w:r>
        <w:br/>
        <w:t>Ліна похапцем одягається і водночас переконує тьотю Пашу, що вона зроду-віку і не подумає виходити заміж, бо тепер тільки й чути, що про розлучення, а путніх хлопців дуже мало.</w:t>
      </w:r>
    </w:p>
    <w:p>
      <w:r>
        <w:br/>
        <w:t>— Та йди вже додому, мороко ти моя гостроноса!.. А в хлопцях ти тямиш, мов коза в рогозі...</w:t>
      </w:r>
    </w:p>
    <w:p>
      <w:r>
        <w:br/>
        <w:t>Біля виходу її справді чекає білий привид. Він іде поруч, і від його розв'язної галантності не лишилося й сліду. Мимрить щось про погоду і неоковирно жартує. Лінине роздратування дрімає в найтихішому закапелку душі.</w:t>
      </w:r>
    </w:p>
    <w:p>
      <w:r>
        <w:br/>
        <w:t>— Мені подобається, що ти не ламаєшся і не кривляєшся, — каже білий привид.</w:t>
      </w:r>
    </w:p>
    <w:p>
      <w:r>
        <w:br/>
        <w:t>— То чого ж сам граєшся в денді?</w:t>
      </w:r>
    </w:p>
    <w:p>
      <w:r>
        <w:br/>
        <w:t>— А так...</w:t>
      </w:r>
    </w:p>
    <w:p>
      <w:r>
        <w:br/>
        <w:t>— І мене чекав "а так"?</w:t>
      </w:r>
    </w:p>
    <w:p>
      <w:r>
        <w:br/>
        <w:t>— Трішечки "а так", а трішечки не "а так".</w:t>
      </w:r>
    </w:p>
    <w:p>
      <w:r>
        <w:br/>
        <w:t>— — Мені не треба твоїх трішечок!</w:t>
      </w:r>
    </w:p>
    <w:p>
      <w:r>
        <w:br/>
        <w:t>— А мені треба!</w:t>
      </w:r>
    </w:p>
    <w:p>
      <w:r>
        <w:br/>
        <w:t>— Слухай, ти негідник чи ні? — ставить вона питання руба.</w:t>
      </w:r>
    </w:p>
    <w:p>
      <w:r>
        <w:br/>
        <w:t>— Може, й негідник, але не дуже, — зітхає хлопець, і вони замовкають, і йдуть поруч, і думають про своє.</w:t>
      </w:r>
    </w:p>
    <w:p>
      <w:r>
        <w:br/>
        <w:t>— Можливо, я дурень, — раптом каже Недуженегідник.</w:t>
      </w:r>
    </w:p>
    <w:p>
      <w:r>
        <w:br/>
        <w:t>— Дійсно, це ймовірно, — погоджується Ліна.</w:t>
      </w:r>
    </w:p>
    <w:p>
      <w:r>
        <w:br/>
        <w:t>— А ти розумна?</w:t>
      </w:r>
    </w:p>
    <w:p>
      <w:r>
        <w:br/>
        <w:t>— Хтозна. Мама каже, що я злюка.</w:t>
      </w:r>
    </w:p>
    <w:p>
      <w:r>
        <w:br/>
        <w:t>— Твоя мама — великий чоловік!</w:t>
      </w:r>
    </w:p>
    <w:p>
      <w:r>
        <w:br/>
        <w:t>І вони йдуть, а місто спить, а сніг валить і валить, і ліхтарі від снігу такі чудні й казкові, що Ліні здається, ніби вона ступила на іншу планету. І скільки загадок і несподіванок чекають її в цьому дивному, незнайомому, білому, рідному місті!</w:t>
      </w:r>
    </w:p>
    <w:p>
      <w:r>
        <w:br/>
        <w:t>Він так і не посмів узяти її під руку і попрощався біля під'їзду, не прохаючи, як інші, постояти з ним "хоч хвилинку".</w:t>
      </w:r>
    </w:p>
    <w:p>
      <w:r>
        <w:br/>
        <w:t>Ліна впала на біле як сніг простирадло і зітхнула тривожно й легко. У сні в неї з очей росли фіолетові квіти.</w:t>
      </w:r>
    </w:p>
    <w:p>
      <w:r>
        <w:br/>
        <w:t>БЕНКЕТ НА ТОКУ</w:t>
      </w:r>
    </w:p>
    <w:p>
      <w:r>
        <w:br/>
        <w:t>Омелько Гужко, сухорлявий балакун, скаржився на току вантажникам:</w:t>
      </w:r>
    </w:p>
    <w:p>
      <w:r>
        <w:br/>
        <w:t>— Що в тих інститутах, їдрі його навиворіт, тільки думають? Понавчають усяких дівок, а тоді маєш з ними рахубу. Ні побалакать, ні виматюкатися.</w:t>
      </w:r>
    </w:p>
    <w:p>
      <w:r>
        <w:br/>
        <w:t>Кучерявий секретар сільської Ради Трохим Канівець, якого в жнива одірвали від паперів, повчально замітив:</w:t>
      </w:r>
    </w:p>
    <w:p>
      <w:r>
        <w:br/>
        <w:t>— Положим, без матірщини прожить можна. Оно жінки ж не матюкаються...</w:t>
      </w:r>
    </w:p>
    <w:p>
      <w:r>
        <w:br/>
        <w:t>— Так то ж баби, — скорчив порепані губи Омелько. — А в нашому чоловічому ділі без цього важко.</w:t>
      </w:r>
    </w:p>
    <w:p>
      <w:r>
        <w:br/>
        <w:t>Прийдеш рано до тракторів, зразу ж тебе обступають з усіх боків — того дай, цього дай, отого дістань. А де візьмеш? З носа ж не висякаєш... Пошлеш їх усіх к такій матері, і якось мов легше стане. А хлопці дадуть тобі здачі, то й самі підбадьоряться. — Він пихнув цигаркою, вивалив густу хмару диму. — В нашому ділі без цього ніззя.</w:t>
      </w:r>
    </w:p>
    <w:p>
      <w:r>
        <w:br/>
        <w:t>Парубки дружно загиготіли, Данило аж навприсядки зайшовся, Омелько обминав оте капосне "ніззя", мов турок сало. І якщо воно таки випурхувало з його рота, всі знали, що бригадир тракторної бригади чимось дуже клопочеться. "Ніззя" — то його вуличне прізвисько, і Омелько вже не одну пляшку самогону ставив, щоб його так не дражнили. На тому латалося чимало любителів заправитися надурняк.</w:t>
      </w:r>
    </w:p>
    <w:p>
      <w:r>
        <w:br/>
        <w:t>— Чого іржете? — вилаявся Омелько. — Однак тепер самогону не сискать. А балакав я оте до чого? Прийшла сьогодні до мене агрономша та й каже:</w:t>
      </w:r>
    </w:p>
    <w:p>
      <w:r>
        <w:br/>
        <w:t>"Ви думаєте що-небудь, коли трактори на оранку пускаєте?" — "А що?" — питаю. "А те, — вона мені, — що ондечки ваш Федько посеред борозни "рятуйте" кричить. Трактор зупинився". — "Е-е, баришня, — пояснюю їй, — тут не думки потрібні, а запчасті". — "Ти диви, — прикидається янголом, — а я думала, що до трактора, крім запчастин, ще й голова не зашкодить". Ну мене й заїло. "Багато таких премудрих тут вештається, — одказую агрономші, — та тільки за весь їх розум копійку нову жаль дати". Ну, а потім зірвався язик з цепу, і я, значить, закрутив їй кілька обичайок. Вона попервах рака спекла, а потім оговталася і каже: "Матюкаться можна й ворону навчити. А трактор заправляти ворона не втне. А вам треба вміти. То везіть Федькові пальне. Механізатори мені!" Я ледве не провалився від сорому, а вона сміється очима і промовляє: "Як будете матюкатись, то поскаржусь, що поле засмічуєте. Від матюків же бур'ян росте".</w:t>
      </w:r>
    </w:p>
    <w:p>
      <w:r>
        <w:br/>
        <w:t>— Ну це вже вона заливає! — вигукнув Трохим.</w:t>
      </w:r>
    </w:p>
    <w:p>
      <w:r>
        <w:br/>
        <w:t>— Я теж казав їй таке, — провадив своє Омелько. — А вона гомонить, що про це і в книжці написано.</w:t>
      </w:r>
    </w:p>
    <w:p>
      <w:r>
        <w:br/>
        <w:t>— А може, й правда, — озвався лінивий на слова здоровань Данило. — Мені батько теж казали, що земля любить усе чисте — і зерно, і слово, і совість.</w:t>
      </w:r>
    </w:p>
    <w:p>
      <w:r>
        <w:br/>
        <w:t>— То може, до неї треба й руки печатним милом мити? — пирснув Трохим.</w:t>
      </w:r>
    </w:p>
    <w:p>
      <w:r>
        <w:br/>
        <w:t>— Для чого? — щиро здивувався Данило. — Хіба то брудні руки, якщо в них земля в'їлася?</w:t>
      </w:r>
    </w:p>
    <w:p>
      <w:r>
        <w:br/>
        <w:t>— Руки треба мити до їжі. Гігієнічно. — Трохим вставив учене слово.</w:t>
      </w:r>
    </w:p>
    <w:p>
      <w:r>
        <w:br/>
        <w:t>— А бідова ж дівка і на язик клепана, — захоплювався Омелько. — Щоб скинуть оце років п'ятнадцять, оддав би жінку сусідові і до агрономші підсипався б. Але ніззя, — зітхнув чоловік, і знову звалився на нього мішок парубоцького реготу. Все село знало, що бригадир любив свою Олену шалено й несамовито. Колись посмів її вдарити, вона забрала руденьких близнят й майнула до матері. Він благав її повернутися, став навколішки, але марно. Тоді Омелько ліг під ворітьми й сказав, що не встане і ріски в рот не візьме, доки Олена не простить йому.</w:t>
      </w:r>
    </w:p>
    <w:p>
      <w:r>
        <w:br/>
        <w:t>— А не простиш, то вмру. Тільки перед смертю собі кулака відрубаю.</w:t>
      </w:r>
    </w:p>
    <w:p>
      <w:r>
        <w:br/>
        <w:t>Він лежав колодою біля воріт два дні і дві ночі, — добре, що літо було, — а третього дня сипонув дощ. Змилувалась тоді Олена й забрала його в хату.</w:t>
      </w:r>
    </w:p>
    <w:p>
      <w:r>
        <w:br/>
        <w:t>— Ой, скажу тітці, — давився реготом Трохим, — доведеться вам язика рубати.</w:t>
      </w:r>
    </w:p>
    <w:p>
      <w:r>
        <w:br/>
        <w:t>— Ну, вона не така дурна, як ти, і понімає, де в жарт, а де до діла, — насупився бригадир. — А на твоєму місці я не ловив би гав. Таку дівку, як агрономша, не зустрінеш, хоч три дні пішки шмаляй.</w:t>
      </w:r>
    </w:p>
    <w:p>
      <w:r>
        <w:br/>
        <w:t>— Що це ви, дядьку, мене тут висватуєте? — сполохав тиху балачку грудний дівочий голос. — Ще подумають, ніби я вас найняла. — Вона стояла перед хлопцями і грала карими очима. Губи ясніли посмішкою, а ніс задиркувато стирчав угору.</w:t>
      </w:r>
    </w:p>
    <w:p>
      <w:r>
        <w:br/>
        <w:t>— Та це я не про тебе, — огризнувся Омелько. — Яка з тебе краля, коли ти підстрижена?</w:t>
      </w:r>
    </w:p>
    <w:p>
      <w:r>
        <w:br/>
        <w:t>Примхливість відразу як вітром здуло, і на її рожевому обличчі вже малювався інший клопіт:</w:t>
      </w:r>
    </w:p>
    <w:p>
      <w:r>
        <w:br/>
        <w:t>— Чи йтиме ще машина в село?</w:t>
      </w:r>
    </w:p>
    <w:p>
      <w:r>
        <w:br/>
        <w:t>— Та ждемо ж оце. Тут хіба на одну ходку лишилося, — сказав Данило.</w:t>
      </w:r>
    </w:p>
    <w:p>
      <w:r>
        <w:br/>
        <w:t>Всі почули себе ніяково і мовчали. Сонце з-за обрію прощально махало червоною косинкою, і дівчина впивалася тим прощанням. Вона втомлено присіла на ручній каламашці та й засумувала під перехресним вогнем парубочих зіниць.</w:t>
      </w:r>
    </w:p>
    <w:p>
      <w:r>
        <w:br/>
        <w:t>— А в якій же книжці написано, що від матюків бур'яни ростуть? — порушив мовчанку Данило. Дівчина повела бровою на Омелька. "Ич, старий брехун, а казав — не про мене теленькав", — торжествував її погляд.</w:t>
      </w:r>
    </w:p>
    <w:p>
      <w:r>
        <w:br/>
        <w:t>— Забула, як зветься. Дуже давно читала. — Вона знову була весела і жвава, і ніхто не повірив би, що дівчина взагалі сумувала колись. — А чого ви, хлопці, такі похнюплені? Не обідали, може? Так у мене цілий вузлик ласощів усяких. — Вона спурхнула з свого сідала, блискавично послала газету і припрошувала. — Хто не боїться, що причарую, їжте! Тільки щоб потім називали мене Тамарою, а не агрономшею. Добре?</w:t>
      </w:r>
    </w:p>
    <w:p>
      <w:r>
        <w:br/>
        <w:t>Вони відщипували від окрайця дрібні шматочки, кидали їх у роти і дякували їй очима не за їжу, а за щирість.</w:t>
      </w:r>
    </w:p>
    <w:p>
      <w:r>
        <w:br/>
        <w:t>У небі вже проростали перші зорі, а в душах крізь кірку настороженості проштрикувалися перші пагони довір'я. І капосні цвіркуни підгледіли те проростання й розплескали про це по всьому полю, а коники не вірили їм і спросоння виплигували на тік, щоб на власні очі пересвідчитися в тому.</w:t>
      </w:r>
    </w:p>
    <w:p>
      <w:r>
        <w:br/>
        <w:t>Коли довгождана машина намацала своїми довгими віями каламутний тік, бенкет каламашки вже закінчився, і Омелько Гужко подавав на десерт щось дуже легке й приємне, бо всі наввипередки пред'являли йому паспорти щирості — посмішки.</w:t>
      </w:r>
    </w:p>
    <w:p>
      <w:r>
        <w:br/>
        <w:t>НАЇВНЕ ДІВЧИСЬКО</w:t>
      </w:r>
    </w:p>
    <w:p>
      <w:r>
        <w:br/>
        <w:t>Вітер лагідно підштовхував її в спину. Вона вимахувала сумочкою і загравала з вітром — підставляла йому рум'яні щоки або раптом обкручувалася на одній нозі, і він грайливо окреслював її непорочний стан. Дівчина відчувала, що на ній схрещуються цікаві погляди, і їй це явно подобалося. Може, вчора, а може, тільки но ранком вона відкрила в собі жінку і трепетно переживала це відкриття.</w:t>
      </w:r>
    </w:p>
    <w:p>
      <w:r>
        <w:br/>
        <w:t>Вона ніби вдруге народжувалася на світ. На сіруватих великих очах раптом заіскрилася блискуча вогка поволока, конопляні пасма волосся чомусь поніжнішали і прищулилися до лобика, а тіло стало таким легким і слухняним що вона й сама дивувалася, як це вітер не вхопить її на свої легкі лапаті крила і не понесе кудись далеко-далеко.</w:t>
      </w:r>
    </w:p>
    <w:p>
      <w:r>
        <w:br/>
        <w:t>Дівчина була об тій порі, коли кожного манить щось загадкове, незбагненне і таємниче. Вона ще не знала, що та загадковість і таємниця — поруч, що то звичайна потреба юності кохати і бути коханою. Вона тільки знала, що прагне чогось дуже гарного і ще не звіданого, чогось такого, без чого й жити не варто.</w:t>
      </w:r>
    </w:p>
    <w:p>
      <w:r>
        <w:br/>
        <w:t>Дівчина йшла на роботу. Цілий вечір і ранок маги начиняла її інструкціями і годувала повчаннями, а вона дослухалася лише незрозумілої бентеги свого єства. Ну й що, коли вона вперше йде на роботу? Колись вона й до школи йшла вперше, а потім це стільки разів повторювалося, що аж обридло.</w:t>
      </w:r>
    </w:p>
    <w:p>
      <w:r>
        <w:br/>
        <w:t>— Тато насилу підшукав тобі місце, — наставляла мати. — Тримайся його. Робота чиста і люди там гарні.</w:t>
      </w:r>
    </w:p>
    <w:p>
      <w:r>
        <w:br/>
        <w:t>Подумаєш, люди там хороші! Ніби в іншому місці немає ще кращих. Ось вона стоїть в автобусі, і всі на неї дивляться такими добрими очима. Хіба в поганих людей бувають добрі очі? І взагалі хіба погана людина стане дивитися на гарну?</w:t>
      </w:r>
    </w:p>
    <w:p>
      <w:r>
        <w:br/>
        <w:t>Вона випурхує з автобуса і, заграючи з білим сніговієм, біжить до заводоуправління.</w:t>
      </w:r>
    </w:p>
    <w:p>
      <w:r>
        <w:br/>
        <w:t>— Де тут завком? — довірливо запитує у вахтера.</w:t>
      </w:r>
    </w:p>
    <w:p>
      <w:r>
        <w:br/>
        <w:t>— Це, дочко, на третьому поверсі праворуч, — каже він їй цілком серйозно, як і личить вахтерові говорити з дорослою людиною.</w:t>
      </w:r>
    </w:p>
    <w:p>
      <w:r>
        <w:br/>
        <w:t>— Я прийшла на роботу. Мене звуть Оксана Оришечко, — на повному серйозі доповідає вона вже підтоптаному чолов'язі з темними очима і галявиною серед чорної чуприни.</w:t>
      </w:r>
    </w:p>
    <w:p>
      <w:r>
        <w:br/>
        <w:t>— Ага. Дуже приємно, — відповідає той і міряє її лінивим поглядом. — Я голова завкому Крекотень. Для відвідувачів товариш Крекотень, для вас — Микола Панасович.</w:t>
      </w:r>
    </w:p>
    <w:p>
      <w:r>
        <w:br/>
        <w:t>Він запалює цигарку і не дуже доречно запитує.</w:t>
      </w:r>
    </w:p>
    <w:p>
      <w:r>
        <w:br/>
        <w:t>— Де вчилися друкувати?</w:t>
      </w:r>
    </w:p>
    <w:p>
      <w:r>
        <w:br/>
        <w:t>— У мами. Вона друкарка.</w:t>
      </w:r>
    </w:p>
    <w:p>
      <w:r>
        <w:br/>
        <w:t>— Сідайте за машинку.</w:t>
      </w:r>
    </w:p>
    <w:p>
      <w:r>
        <w:br/>
        <w:t>Він диктує їй метрів сорок бездумності з протоколу чи газети, а потім безбарвним голосом підбадьорює.</w:t>
      </w:r>
    </w:p>
    <w:p>
      <w:r>
        <w:br/>
        <w:t>Добре. Молодець. Зрідка це нам ставатиме в нагоді А тепер підшийте газети, бо тут справжній кавардак. — І простує до свого кабінету.</w:t>
      </w:r>
    </w:p>
    <w:p>
      <w:r>
        <w:br/>
        <w:t>Оксана мугиче пісеньку про сніг і вітер, газети тріпотять в її руках сірими крилами і слухняно лягають одна на одну. Вона з легеньким вихилясом огинає стола з підшивками і заходить до кабінету.</w:t>
      </w:r>
    </w:p>
    <w:p>
      <w:r>
        <w:br/>
        <w:t>— Миколо Панасовичу, газети підшиті.</w:t>
      </w:r>
    </w:p>
    <w:p>
      <w:r>
        <w:br/>
        <w:t>— От і добре.</w:t>
      </w:r>
    </w:p>
    <w:p>
      <w:r>
        <w:br/>
        <w:t>Якусь хвилину чути лише його важке дихання.</w:t>
      </w:r>
    </w:p>
    <w:p>
      <w:r>
        <w:br/>
        <w:t>— Якщо будуть відвідувачі, кажіть, що прийматиму з другої години. Зараз зайнятий. — Перед ним лежить розгорнутий журнал, у голосі його лінь і втома.</w:t>
      </w:r>
    </w:p>
    <w:p>
      <w:r>
        <w:br/>
        <w:t>— А що мені робити? — вихоплюється в неї.</w:t>
      </w:r>
    </w:p>
    <w:p>
      <w:r>
        <w:br/>
        <w:t>— Не спіши поперед батька в пекло, — несподівано переходить на "ти". — Будеш потрібна — скажу.</w:t>
      </w:r>
    </w:p>
    <w:p>
      <w:r>
        <w:br/>
        <w:t>Знічев'я вона гортає підшивки газет, друкує листа знайомій у село, скорботно заглядає в маленьке дзеркальце. Часом її викликає Микола Панасович:</w:t>
      </w:r>
    </w:p>
    <w:p>
      <w:r>
        <w:br/>
        <w:t>— Надрукуй список заочників.</w:t>
      </w:r>
    </w:p>
    <w:p>
      <w:r>
        <w:br/>
        <w:t>— Зніми копію з цього листа. Два примірники.</w:t>
      </w:r>
    </w:p>
    <w:p>
      <w:r>
        <w:br/>
        <w:t>Стікає день. Проповзає тиждень. На незриму вісь часу намотуються одноманітність і нудота. Шурхотять папери, і стукає серце.</w:t>
      </w:r>
    </w:p>
    <w:p>
      <w:r>
        <w:br/>
        <w:t>— Коли вже я почну щось робити? — питає вона одного разу.</w:t>
      </w:r>
    </w:p>
    <w:p>
      <w:r>
        <w:br/>
        <w:t>— Ти прекрасно справляєшся з обов'язками.</w:t>
      </w:r>
    </w:p>
    <w:p>
      <w:r>
        <w:br/>
        <w:t>— А хіба в мене так і не буде справжнього діла?</w:t>
      </w:r>
    </w:p>
    <w:p>
      <w:r>
        <w:br/>
        <w:t>— Справжнього діла? — Микола Панасович навіть осміхається. — Наївне ти дівчисько. Кожне діло справжнє. Так нас учать.</w:t>
      </w:r>
    </w:p>
    <w:p>
      <w:r>
        <w:br/>
        <w:t>Вона починає щось палко доводити, а він поблажливо і докірливо хитає головою. Йому смішно чути її докази. Він — син свого часу. Колись якось висунувся, його підняли і посадили в це крісло. І він сидить. І сидітиме без жодних нарікань, доки не пересадять в інше. Як це завжди буває з людьми низької культури і убогої душі, совість його не турбує. Він навіть зверхньо дивиться на людей, особливо неспокійних, і вважає себе незамінимим. Порожнечу справді нелегко замінити чимось.</w:t>
      </w:r>
    </w:p>
    <w:p>
      <w:r>
        <w:br/>
        <w:t>— Знаєте, Миколо Панасовичу, — несподівано для самої себе каже Оксана, — завтра я не прийду на роботу...</w:t>
      </w:r>
    </w:p>
    <w:p>
      <w:r>
        <w:br/>
        <w:t>Вона не чує, що він бубонить їй услід. Вона вже біжить по східцях, сумочка викреслює кола, а в грудях оживає щось незмірно дороге і ніжне, відвойоване в байдужості.</w:t>
      </w:r>
    </w:p>
    <w:p>
      <w:r>
        <w:br/>
        <w:t>Оксані знов хочеться, щоб на неї дивилися. І справді, в автобусі вона ловить чийсь погляд. Ага, це он той чорнявий. Він зводиться з місця і пропонує:</w:t>
      </w:r>
    </w:p>
    <w:p>
      <w:r>
        <w:br/>
        <w:t>— Сідайте, будь ласка.</w:t>
      </w:r>
    </w:p>
    <w:p>
      <w:r>
        <w:br/>
        <w:t>— Я зараз сходжу, — прямує дівчина до виходу, — почуваючи на собі його незвичайний погляд. Перед тим, як зійти, вона озирається, раптом показує парубійкові кінчик язика і виплигує на асфальт.</w:t>
      </w:r>
    </w:p>
    <w:p>
      <w:r>
        <w:br/>
        <w:t>Вітер підхоплює Оксану на свої білі крила, вона кокетує з ним і зовсім не думає про те, що мама страждатиме від її нерозважного вчинку.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 з троянд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