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і нині скрипаль...</w:t>
      </w:r>
    </w:p>
    <w:p>
      <w:r>
        <w:br/>
        <w:t xml:space="preserve"> Він і нині скрипаль,&lt;br /&gt;</w:t>
        <w:br/>
        <w:t>хоч висихає мозок у кістках,&lt;br /&gt;</w:t>
        <w:br/>
        <w:t>коли стрічає писану, пожеристу,&lt;br /&gt;</w:t>
        <w:br/>
        <w:t>особливо барванину, яка жалить кожного,&lt;br /&gt;</w:t>
        <w:br/>
        <w:t>бо найперша прокинулась і виповзла з нори,&lt;br /&gt;</w:t>
        <w:br/>
        <w:t>а до тої ночі, коли зацвіте папороть,&lt;br /&gt;</w:t>
        <w:br/>
        <w:t>ще далеко.</w:t>
      </w:r>
    </w:p>
    <w:p>
      <w:r>
        <w:br/>
        <w:t>Тонко, тонко на скрипці…</w:t>
      </w:r>
    </w:p>
    <w:p>
      <w:r>
        <w:br/>
        <w:t>Ми не хотіли більше випробувань —&lt;br /&gt;</w:t>
        <w:br/>
        <w:t>ми опорядили його туди,&lt;br /&gt;</w:t>
        <w:br/>
        <w:t>куди й кінь не ірже —&lt;br /&gt;</w:t>
        <w:br/>
        <w:t>сам іржав, пішов і вже повертається.</w:t>
      </w:r>
    </w:p>
    <w:p>
      <w:r>
        <w:br/>
        <w:t>Сіль ти в очах!</w:t>
      </w:r>
    </w:p>
    <w:p>
      <w:r>
        <w:br/>
        <w:t>Ми й дочекались. Один питає:</w:t>
      </w:r>
    </w:p>
    <w:p>
      <w:r>
        <w:br/>
        <w:t>"В тебе ангел на лівому плечі?&lt;br /&gt;</w:t>
        <w:br/>
        <w:t>Оберіг твій за ременем —&lt;br /&gt;</w:t>
        <w:br/>
        <w:t>тріска з дерева громовиці?"&lt;br /&gt;</w:t>
        <w:br/>
        <w:t>Другий прозріває: "А хто на правому сидить?&lt;br /&gt;</w:t>
        <w:br/>
        <w:t>А хто згинається від торби з громами?"</w:t>
      </w:r>
    </w:p>
    <w:p>
      <w:r>
        <w:br/>
        <w:t>Тонко, тонко — на скрипці, нехристе!</w:t>
      </w:r>
    </w:p>
    <w:p>
      <w:r>
        <w:br/>
        <w:t>А ще тонше його іржання,&lt;br /&gt;</w:t>
        <w:br/>
        <w:t>залишене на тому боці,&lt;br /&gt;</w:t>
        <w:br/>
        <w:t>розсипане на тому березі —&lt;br /&gt;</w:t>
        <w:br/>
        <w:t>мусив же чимось він себе виказати!</w:t>
      </w:r>
    </w:p>
    <w:p>
      <w:r>
        <w:br/>
        <w:t>Сіль ти в очах!</w:t>
      </w:r>
    </w:p>
    <w:p>
      <w:r>
        <w:br/>
        <w:t>Він і нині скрипаль!</w:t>
      </w:r>
    </w:p>
    <w:p>
      <w:r>
        <w:br/>
        <w:t>Хіба не надоїв у скрипку молока&lt;br /&gt;</w:t>
        <w:br/>
        <w:t>від чорної корови із чорним первістком?&lt;br /&gt;</w:t>
        <w:br/>
        <w:t>Хіба не заклинав?&lt;br /&gt;</w:t>
        <w:br/>
        <w:t>Хіба не ховав?&lt;br /&gt;</w:t>
        <w:br/>
        <w:t>Хіба не ждав?&lt;br /&gt;</w:t>
        <w:br/>
        <w:t>— Тішся, Аріднику! —&lt;br /&gt;</w:t>
        <w:br/>
        <w:t>А потому, коли скуштував,&lt;br /&gt;</w:t>
        <w:br/>
        <w:t>хіба не знав,&lt;br /&gt;</w:t>
        <w:br/>
        <w:t>що п'є кров?</w:t>
      </w:r>
    </w:p>
    <w:p>
      <w:r>
        <w:br/>
        <w:t>Тремтить деревина — одна лишень —&lt;br /&gt;</w:t>
        <w:br/>
        <w:t>яка не вклонилась Господові, тріпоче…&lt;br /&gt;</w:t>
        <w:br/>
        <w:t>Щоб не повісився на ній зрадник,&lt;br /&gt;</w:t>
        <w:br/>
        <w:t>щоб не впустила вона — одна лишень —&lt;br /&gt;</w:t>
        <w:br/>
        <w:t>цвяхи з кров'ю розп'ятого,&lt;br /&gt;</w:t>
        <w:br/>
        <w:t>ховай свою скрипку, ховай…</w:t>
      </w:r>
    </w:p>
    <w:p>
      <w:r>
        <w:br/>
        <w:t>Він повернувся. Ось безстрашно&lt;br /&gt;</w:t>
        <w:br/>
        <w:t>іде, граючи, вже на нашому березі,&lt;br /&gt;</w:t>
        <w:br/>
        <w:t>розпалюючись від</w:t>
      </w:r>
    </w:p>
    <w:p>
      <w:r>
        <w:br/>
        <w:t>нашого березневого пробудження,&lt;br /&gt;</w:t>
        <w:br/>
        <w:t>нашого весняного відроджения.&lt;br /&gt;</w:t>
        <w:br/>
        <w:t>Йде і не дивиться під ноги!</w:t>
      </w:r>
    </w:p>
    <w:p>
      <w:r>
        <w:br/>
        <w:t>Тонко, тонко…</w:t>
      </w:r>
    </w:p>
    <w:p>
      <w:r>
        <w:br/>
        <w:t>А ми танцюємо навколо нього! —&lt;br /&gt;</w:t>
        <w:br/>
        <w:t>так наші предки&lt;br /&gt;</w:t>
        <w:br/>
        <w:t>тільки танцюючи&lt;br /&gt;</w:t>
        <w:br/>
        <w:t>викопували закляте зілля матриган.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і нині скрипаль...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