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Вільшаний король</w:t>
      </w:r>
    </w:p>
    <w:p>
      <w:r>
        <w:br/>
        <w:t xml:space="preserve"> Хто пізно так мчить у час нічний?&lt;br /&gt;</w:t>
        <w:br/>
        <w:t>То їде батько, з ним син малий.&lt;br /&gt;</w:t>
        <w:br/>
        <w:t>Чогось боїться і мерзне син —&lt;br /&gt;</w:t>
        <w:br/>
        <w:t>Малого тулить і гріє він.</w:t>
      </w:r>
    </w:p>
    <w:p>
      <w:r>
        <w:br/>
        <w:t>— Чому тремтиш ти, мій сину, щомить?&lt;br /&gt;</w:t>
        <w:br/>
        <w:t>— Король вільшаний он там стоїть!&lt;br /&gt;</w:t>
        <w:br/>
        <w:t>Він у короні, хвостатий пан!&lt;br /&gt;</w:t>
        <w:br/>
        <w:t>— То, сину, вранішній туман!</w:t>
      </w:r>
    </w:p>
    <w:p>
      <w:r>
        <w:br/>
        <w:t>"Любе дитя, до мене мерщій!&lt;br /&gt;</w:t>
        <w:br/>
        <w:t>Будемо гратись в оселі моїй,&lt;br /&gt;</w:t>
        <w:br/>
        <w:t>Квіти прекрасні знайду тобі я,&lt;br /&gt;</w:t>
        <w:br/>
        <w:t>У злото матуся одягне моя".</w:t>
      </w:r>
    </w:p>
    <w:p>
      <w:r>
        <w:br/>
        <w:t>— Мій тату, мій тату, яке страшне!&lt;br /&gt;</w:t>
        <w:br/>
        <w:t>Як надить вільшаний король мене!&lt;br /&gt;</w:t>
        <w:br/>
        <w:t>— Годі, маля, заспокойся, маля!&lt;br /&gt;</w:t>
        <w:br/>
        <w:t>То вітер колише в гаю гілля!</w:t>
      </w:r>
    </w:p>
    <w:p>
      <w:r>
        <w:br/>
        <w:t>"Хлопчику любий, іди ж до нас!&lt;br /&gt;</w:t>
        <w:br/>
        <w:t>Дочки мої у танку в цей час,&lt;br /&gt;</w:t>
        <w:br/>
        <w:t>Дочки мої тебе прийдуть стрічать,&lt;br /&gt;</w:t>
        <w:br/>
        <w:t>Вітати, співати, тебе колихать!"</w:t>
      </w:r>
    </w:p>
    <w:p>
      <w:r>
        <w:br/>
        <w:t>— Мій тату, мій тату, туди подивись!&lt;br /&gt;</w:t>
        <w:br/>
        <w:t>Он королівни вільшані зійшлись!&lt;br /&gt;</w:t>
        <w:br/>
        <w:t>— Не бійся, мій синку! Повір мені:&lt;br /&gt;</w:t>
        <w:br/>
        <w:t>То верби сивіють в далині!</w:t>
      </w:r>
    </w:p>
    <w:p>
      <w:r>
        <w:br/>
        <w:t>"Мені, хлопче, люба краса твоя!&lt;br /&gt;</w:t>
        <w:br/>
        <w:t>З неволі чи з волі візьму тебе я!"&lt;br /&gt;</w:t>
        <w:br/>
        <w:t>— Мій тату, мій тату, він нас догнав!&lt;br /&gt;</w:t>
        <w:br/>
        <w:t>Ой, як болюче мене він обняв!</w:t>
      </w:r>
    </w:p>
    <w:p>
      <w:r>
        <w:br/>
        <w:t>Батькові страшно, батько спішить,&lt;br /&gt;</w:t>
        <w:br/>
        <w:t>В руках його хлопчик бідний кричить;&lt;br /&gt;</w:t>
        <w:br/>
        <w:t>Насилу додому доїхав він,&lt;br /&gt;</w:t>
        <w:br/>
        <w:t>В руках уже мертвий лежав його син.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Вільшаний 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