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 і цап</w:t>
      </w:r>
    </w:p>
    <w:p>
      <w:r>
        <w:br/>
        <w:t xml:space="preserve"> &lt;p&gt;Бродив якось віл темним лісом, шукаючи паші. Аж раптом з гущавини вискочив лев і кинувся до нього. Бідолашний віл дременув щодуху і вмить зник за деревами. Не встиг лев його схопити.</w:t>
      </w:r>
    </w:p>
    <w:p>
      <w:r>
        <w:br/>
        <w:t>А той мчав, як навіжений. Коли це впала йому в око печера, що ховалася в густих заростях.</w:t>
      </w:r>
    </w:p>
    <w:p>
      <w:r>
        <w:br/>
        <w:t>"Якщо я в неї влізу,— подумав віл,— то я врятований. Спробую щастя".</w:t>
      </w:r>
    </w:p>
    <w:p>
      <w:r>
        <w:br/>
        <w:t>Підбіг до печери й пропхався всередину. Вона була простора, тільки вхід тісний. Але жив у ній цап. Як побачив він переляканого вола, що й досі трусився, грізно закричав:</w:t>
      </w:r>
    </w:p>
    <w:p>
      <w:r>
        <w:br/>
        <w:t>— Чого тобі треба в моїй печері?</w:t>
      </w:r>
    </w:p>
    <w:p>
      <w:r>
        <w:br/>
        <w:t>Віл мовчав, не відриваючи очей від входу.</w:t>
      </w:r>
    </w:p>
    <w:p>
      <w:r>
        <w:br/>
        <w:t>— Ти чуєш, чи ні? — невгавав цап.— Чому зайшов, не спитавши? Це моя оселя! Іншим сюди — зась! Забирайся геть, та мерщій!</w:t>
      </w:r>
    </w:p>
    <w:p>
      <w:r>
        <w:br/>
        <w:t>Віл ані пари з вуст. Бо що відповісти? Скажеш — сварка може спалахнути, лев почує — адже він десь поблизу шастає. Тож і мовчав віл, а цапа те дратувало дедалі дужче.</w:t>
      </w:r>
    </w:p>
    <w:p>
      <w:r>
        <w:br/>
        <w:t>— Як не вийдеш сам, то я тебе вижену!</w:t>
      </w:r>
    </w:p>
    <w:p>
      <w:r>
        <w:br/>
        <w:t>Та й ну штрикати вола рогами! А той і не ворухнеться. Стоїть та дослухається, що надворі діється. А бородань своєї править:</w:t>
      </w:r>
    </w:p>
    <w:p>
      <w:r>
        <w:br/>
        <w:t>— Геть, поки не пізно! Геть з моєї печери!</w:t>
      </w:r>
    </w:p>
    <w:p>
      <w:r>
        <w:br/>
        <w:t>Урвався волові терпець, повернувся він до цапа, подивився, подивився та й каже:</w:t>
      </w:r>
    </w:p>
    <w:p>
      <w:r>
        <w:br/>
        <w:t>— Чи не забрав ти собі в голову, цапе, що це я тебе так налякався? Ба ні! За мною гнався лев — ось кого я боюся! Та хай він тільки звідси піде, отоді взнаєш, що таке цап, а що — віл. Зрозумів, цапе?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 і 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