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Виклик</w:t>
      </w:r>
    </w:p>
    <w:p>
      <w:r>
        <w:br/>
        <w:t xml:space="preserve"> Ніч яка, господи! Місячна, зоряна:&lt;br /&gt;</w:t>
        <w:br/>
        <w:t>Ясно, хоч голки збирай...&lt;br /&gt;</w:t>
        <w:br/>
        <w:t>Вийди, коханая, працею зморена,&lt;br /&gt;</w:t>
        <w:br/>
        <w:t>Хоч на хвилиночку в гай!</w:t>
      </w:r>
    </w:p>
    <w:p>
      <w:r>
        <w:br/>
        <w:t>Сядем укупі ми тут під калиною —&lt;br /&gt;</w:t>
        <w:br/>
        <w:t>І над панами я пан...&lt;br /&gt;</w:t>
        <w:br/>
        <w:t>Глянь, моя рибонько, — срібною хвилею&lt;br /&gt;</w:t>
        <w:br/>
        <w:t>Стелеться полем туман;</w:t>
      </w:r>
    </w:p>
    <w:p>
      <w:r>
        <w:br/>
        <w:t>Гай чарівний, ніби променем всипаний,&lt;br /&gt;</w:t>
        <w:br/>
        <w:t>Чи загадався, чи спить?&lt;br /&gt;</w:t>
        <w:br/>
        <w:t>Он на стрункій та високій осичині&lt;br /&gt;</w:t>
        <w:br/>
        <w:t>Листя пестливо тремтить;</w:t>
      </w:r>
    </w:p>
    <w:p>
      <w:r>
        <w:br/>
        <w:t>Небо незміряне всипано зорями —&lt;br /&gt;</w:t>
        <w:br/>
        <w:t>Що то за божа краса!&lt;br /&gt;</w:t>
        <w:br/>
        <w:t>Перлами-зорями теж під тополями&lt;br /&gt;</w:t>
        <w:br/>
        <w:t>Грає перлиста роса.</w:t>
      </w:r>
    </w:p>
    <w:p>
      <w:r>
        <w:br/>
        <w:t>Ти не лякайся-но, що свої ніженьки&lt;br /&gt;</w:t>
        <w:br/>
        <w:t>Вмочиш в холодну росу:&lt;br /&gt;</w:t>
        <w:br/>
        <w:t>Я тебе, вірная, аж до хатиноньки&lt;br /&gt;</w:t>
        <w:br/>
        <w:t>Сам на руках однесу.</w:t>
      </w:r>
    </w:p>
    <w:p>
      <w:r>
        <w:br/>
        <w:t>Ти не лякайсь, а що змерзнеш, лебедонько;&lt;br /&gt;</w:t>
        <w:br/>
        <w:t>Тепло-ні вітру, ні хмар...&lt;br /&gt;</w:t>
        <w:br/>
        <w:t>Я пригорну тебе до свого серденька,&lt;br /&gt;</w:t>
        <w:br/>
        <w:t>Й займеться зразу, мов жар;</w:t>
      </w:r>
    </w:p>
    <w:p>
      <w:r>
        <w:br/>
        <w:t>Ти не лякайсь, аби тут та підслухали&lt;br /&gt;</w:t>
        <w:br/>
        <w:t>Тиху розмову твою:&lt;br /&gt;</w:t>
        <w:br/>
        <w:t>Нічка поклала всіх, соном окутала —&lt;br /&gt;</w:t>
        <w:br/>
        <w:t>Ані шелесне в гаю!</w:t>
      </w:r>
    </w:p>
    <w:p>
      <w:r>
        <w:br/>
        <w:t>Сплять вороги твої, знуджені працею,&lt;br /&gt;</w:t>
        <w:br/>
        <w:t>Нас не сполоха їх сміх...&lt;br /&gt;</w:t>
        <w:br/>
        <w:t>Чи ж нам, окривдженим долею клятою,&lt;br /&gt;</w:t>
        <w:br/>
        <w:t>Й хвиля кохання — за гріх?</w:t>
      </w:r>
    </w:p>
    <w:p>
      <w:r>
        <w:br/>
        <w:t>1870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Виклик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