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Війна у хаті</w:t>
      </w:r>
    </w:p>
    <w:p>
      <w:r>
        <w:br/>
        <w:t xml:space="preserve"> А то таке… Всі захисні шари&lt;br /&gt;</w:t>
        <w:br/>
        <w:t>Ховає пам’ять тільки до пори,&lt;br /&gt;</w:t>
        <w:br/>
        <w:t>Вони зникають разом із дитинством,&lt;br /&gt;</w:t>
        <w:br/>
        <w:t>Злітають із дерев пожухлим листям,</w:t>
      </w:r>
    </w:p>
    <w:p>
      <w:r>
        <w:br/>
        <w:t>Миттєвості, заховані на дні,&lt;br /&gt;</w:t>
        <w:br/>
        <w:t>Проявляться на тканім полотні,&lt;br /&gt;</w:t>
        <w:br/>
        <w:t>Вдивляєшся в невиразні гримаси&lt;br /&gt;</w:t>
        <w:br/>
        <w:t>Своїх страхів із підземелля часу,</w:t>
      </w:r>
    </w:p>
    <w:p>
      <w:r>
        <w:br/>
        <w:t>Котрі не відділяє навіть скло:&lt;br /&gt;</w:t>
        <w:br/>
        <w:t>Нічого ж не минуло, не пройшло.&lt;br /&gt;</w:t>
        <w:br/>
        <w:t>Бо чутно як крізь сон матуся плаче,&lt;br /&gt;</w:t>
        <w:br/>
        <w:t>Тремтить десь у кутку душа дитяча,</w:t>
      </w:r>
    </w:p>
    <w:p>
      <w:r>
        <w:br/>
        <w:t>Ховається від наступу примар,&lt;br /&gt;</w:t>
        <w:br/>
        <w:t>Як мати в ніч вигукує: Пожар!&lt;br /&gt;</w:t>
        <w:br/>
        <w:t>В сільській оселі тиша кам’яна,&lt;br /&gt;</w:t>
        <w:br/>
        <w:t>До неї знов вернулася війна…</w:t>
      </w:r>
    </w:p>
    <w:p>
      <w:r>
        <w:br/>
        <w:t>Палають там будівлі і мости,&lt;br /&gt;</w:t>
        <w:br/>
        <w:t>Хитаються могили і хрести,&lt;br /&gt;</w:t>
        <w:br/>
        <w:t>І знов вона під бомбами біжить,&lt;br /&gt;</w:t>
        <w:br/>
        <w:t>І знов життя – лише тоненька нить,</w:t>
      </w:r>
    </w:p>
    <w:p>
      <w:r>
        <w:br/>
        <w:t>Блукає світом юна полонянка,&lt;br /&gt;</w:t>
        <w:br/>
        <w:t>Чекає порятунку… чи світанку…&lt;br /&gt;</w:t>
        <w:br/>
        <w:t>Вдихає тато тютюновий дим,&lt;br /&gt;</w:t>
        <w:br/>
        <w:t>Таким нещасним, видиться, старим…</w:t>
      </w:r>
    </w:p>
    <w:p>
      <w:r>
        <w:br/>
        <w:t>В печі вогонь пташиною сокоче,&lt;br /&gt;</w:t>
        <w:br/>
        <w:t>Згоряють там мої літа діточі..&lt;br /&gt;</w:t>
        <w:br/>
        <w:t>Не батьківська, і не моя вина,&lt;br /&gt;</w:t>
        <w:br/>
        <w:t>Що хату не покинула війна.</w:t>
      </w:r>
    </w:p>
    <w:p>
      <w:r>
        <w:br/>
        <w:t>Немов вовчиця завиває ніч,&lt;br /&gt;</w:t>
        <w:br/>
        <w:t>"Забудеться…" – течуть сльозини свіч,&lt;br /&gt;</w:t>
        <w:br/>
        <w:t>А мамине розірване намисто&lt;br /&gt;</w:t>
        <w:br/>
        <w:t>Все котиться по сходинках дитинства…</w:t>
      </w:r>
    </w:p>
    <w:p>
      <w:r>
        <w:br/>
        <w:t>…І я не знаю, як, коли, допоки&lt;br /&gt;</w:t>
        <w:br/>
        <w:t>Ця темна ніч протягнеться жорстока..&lt;br /&gt;</w:t>
        <w:br/>
        <w:t>Дитинства не крадіте у дітей!&lt;br /&gt;</w:t>
        <w:br/>
        <w:t>Молю я небо, Господа, людей,</w:t>
      </w:r>
    </w:p>
    <w:p>
      <w:r>
        <w:br/>
        <w:t>Із душ відкиньте темну пелену,&lt;br /&gt;</w:t>
        <w:br/>
        <w:t>З своєї хати проженіть війну!&lt;br /&gt;</w:t>
        <w:br/>
        <w:t>Бо всі казки згасають у дитині&lt;br /&gt;</w:t>
        <w:br/>
        <w:t>Як стогне мати сільській хатині.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Війна у хаті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