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 на лист</w:t>
      </w:r>
    </w:p>
    <w:p>
      <w:r>
        <w:br/>
        <w:t xml:space="preserve"> Відповідь на лист</w:t>
      </w:r>
    </w:p>
    <w:p>
      <w:r>
        <w:br/>
        <w:t>Добродійко,&lt;br /&gt;</w:t>
        <w:br/>
        <w:t>Я не забув той час, коли&lt;br /&gt;</w:t>
        <w:br/>
        <w:t>Мені уперше ціп дали,&lt;br /&gt;</w:t>
        <w:br/>
        <w:t>Хлопчиськові сільському;&lt;br /&gt;</w:t>
        <w:br/>
        <w:t>Як, гордий з успіхів своїх,&lt;br /&gt;</w:t>
        <w:br/>
        <w:t>Я все робив, що тільки міг,&lt;br /&gt;</w:t>
        <w:br/>
        <w:t>I не вважав на втому;&lt;br /&gt;</w:t>
        <w:br/>
        <w:t>Коли в ряду із усімu&lt;br /&gt;</w:t>
        <w:br/>
        <w:t>Так весело щоранку&lt;br /&gt;</w:t>
        <w:br/>
        <w:t>Займали з дівчиною ми&lt;br /&gt;</w:t>
        <w:br/>
        <w:t>Удвох одну ділянку&lt;br /&gt;</w:t>
        <w:br/>
        <w:t>I жали,&lt;br /&gt;</w:t>
        <w:br/>
        <w:t>В'язали&lt;br /&gt;</w:t>
        <w:br/>
        <w:t>I клали копи в ряд —&lt;br /&gt;</w:t>
        <w:br/>
        <w:t>I швидко час&lt;br /&gt;</w:t>
        <w:br/>
        <w:t>Летів для нас,&lt;br /&gt;</w:t>
        <w:br/>
        <w:t>I діло йшло на лад.</w:t>
      </w:r>
    </w:p>
    <w:p>
      <w:r>
        <w:br/>
        <w:t>Уже й тоді серед забав&lt;br /&gt;</w:t>
        <w:br/>
        <w:t>Я лиш одне бажання мав,&lt;br /&gt;</w:t>
        <w:br/>
        <w:t>Одну плекав надію,&lt;br /&gt;</w:t>
        <w:br/>
        <w:t>Що помогти в біді твоїй&lt;br /&gt;</w:t>
        <w:br/>
        <w:t>Колись і я, о краю мій,&lt;br /&gt;</w:t>
        <w:br/>
        <w:t>Хоч піснею зумію.&lt;br /&gt;</w:t>
        <w:br/>
        <w:t>Коли стрічався з будяком&lt;br /&gt;</w:t>
        <w:br/>
        <w:t>Я на лану своєму,&lt;br /&gt;</w:t>
        <w:br/>
        <w:t>Його обходив я серпом&lt;br /&gt;</w:t>
        <w:br/>
        <w:t>Як дорогу емблему.&lt;br /&gt;</w:t>
        <w:br/>
        <w:t>Не про скарби,&lt;br /&gt;</w:t>
        <w:br/>
        <w:t>Не про герби,&lt;br /&gt;</w:t>
        <w:br/>
        <w:t>Не про чужі краї,-&lt;br /&gt;</w:t>
        <w:br/>
        <w:t>Про бідне,&lt;br /&gt;</w:t>
        <w:br/>
        <w:t>Про рідне&lt;br /&gt;</w:t>
        <w:br/>
        <w:t>Були думки мої.</w:t>
      </w:r>
    </w:p>
    <w:p>
      <w:r>
        <w:br/>
        <w:t>Уривчасті і неясні&lt;br /&gt;</w:t>
        <w:br/>
        <w:t>У голові моїй пісні&lt;br /&gt;</w:t>
        <w:br/>
        <w:t>Вже почали роїться;&lt;br /&gt;</w:t>
        <w:br/>
        <w:t>Але їм скластися у лад&lt;br /&gt;</w:t>
        <w:br/>
        <w:t>Допомогла одна з дівчат —&lt;br /&gt;</w:t>
        <w:br/>
        <w:t>Моя весела жниця.&lt;br /&gt;</w:t>
        <w:br/>
        <w:t>Як зараз, бачу стан стрункий&lt;br /&gt;</w:t>
        <w:br/>
        <w:t>I чую голос юний,&lt;br /&gt;</w:t>
        <w:br/>
        <w:t>Той, на який в душі моїй&lt;br /&gt;</w:t>
        <w:br/>
        <w:t>Всі озивались струни.&lt;br /&gt;</w:t>
        <w:br/>
        <w:t>Огненний,&lt;br /&gt;</w:t>
        <w:br/>
        <w:t>Шалений&lt;br /&gt;</w:t>
        <w:br/>
        <w:t>Із серця рвався спів!&lt;br /&gt;</w:t>
        <w:br/>
        <w:t>Але й слівце&lt;br /&gt;</w:t>
        <w:br/>
        <w:t>Сказать про це&lt;br /&gt;</w:t>
        <w:br/>
        <w:t>Я дівчині не смів.</w:t>
      </w:r>
    </w:p>
    <w:p>
      <w:r>
        <w:br/>
        <w:t>Ура жіноцтву! Гук такий&lt;br /&gt;</w:t>
        <w:br/>
        <w:t>Крізь вихор танців святковuй&lt;br /&gt;</w:t>
        <w:br/>
        <w:t>Кругом лунає дзвінко.&lt;br /&gt;</w:t>
        <w:br/>
        <w:t>Хто нам гамує всі жалі?&lt;br /&gt;</w:t>
        <w:br/>
        <w:t>Ти, втіха втіх, рай на землі,&lt;br /&gt;</w:t>
        <w:br/>
        <w:t>Відрада серцю, жінко!&lt;br /&gt;</w:t>
        <w:br/>
        <w:t>Нелюдьки, що жінок весь час&lt;br /&gt;</w:t>
        <w:br/>
        <w:t>Хотіли б уникати,&lt;br /&gt;</w:t>
        <w:br/>
        <w:t>Глядіть, щоб не зреклася вас&lt;br /&gt;</w:t>
        <w:br/>
        <w:t>I ваша рідна мати!&lt;br /&gt;</w:t>
        <w:br/>
        <w:t>Хто зможе&lt;br /&gt;</w:t>
        <w:br/>
        <w:t>Негоже&lt;br /&gt;</w:t>
        <w:br/>
        <w:t>Помислити про них?&lt;br /&gt;</w:t>
        <w:br/>
        <w:t>Хай люди&lt;br /&gt;</w:t>
        <w:br/>
        <w:t>Усюди&lt;br /&gt;</w:t>
        <w:br/>
        <w:t>Того беруть на сміх!</w:t>
      </w:r>
    </w:p>
    <w:p>
      <w:r>
        <w:br/>
        <w:t>Вам, що в далі од нив і хат&lt;br /&gt;</w:t>
        <w:br/>
        <w:t>Співаєте на рідний лад,&lt;br /&gt;</w:t>
        <w:br/>
        <w:t>Я вдячний за вітання;&lt;br /&gt;</w:t>
        <w:br/>
        <w:t>В ваш плед охоче одягнусь,&lt;br /&gt;</w:t>
        <w:br/>
        <w:t>Бо знаю, що до мене й муз&lt;br /&gt;</w:t>
        <w:br/>
        <w:t>Прихилить це убрання.&lt;br /&gt;</w:t>
        <w:br/>
        <w:t>I буде одяг простий цей&lt;br /&gt;</w:t>
        <w:br/>
        <w:t>Мені любіш без міри&lt;br /&gt;</w:t>
        <w:br/>
        <w:t>Од горностаєвих кирей,&lt;br /&gt;</w:t>
        <w:br/>
        <w:t>Од мантії й порфіри.&lt;br /&gt;</w:t>
        <w:br/>
        <w:t>Прощайте!&lt;br /&gt;</w:t>
        <w:br/>
        <w:t>Не знайте&lt;br /&gt;</w:t>
        <w:br/>
        <w:t>Ні бід, ні втрат — і хай&lt;br /&gt;</w:t>
        <w:br/>
        <w:t>Ваш славний дім&lt;br /&gt;</w:t>
        <w:br/>
        <w:t>На втіху всім&lt;br /&gt;</w:t>
        <w:br/>
        <w:t>Цвіте, як тихий 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на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