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відпостити всю зиму замість мене...</w:t>
      </w:r>
    </w:p>
    <w:p>
      <w:r>
        <w:br/>
        <w:t xml:space="preserve"> відпостити всю зиму замість мене</w:t>
      </w:r>
    </w:p>
    <w:p>
      <w:r>
        <w:br/>
        <w:t>хіба зуміє ця челядинб</w:t>
      </w:r>
    </w:p>
    <w:p>
      <w:r>
        <w:br/>
        <w:t>впаде звізда і оскоромить вени</w:t>
      </w:r>
    </w:p>
    <w:p>
      <w:r>
        <w:br/>
        <w:t>зелений хрускіт теплого вина</w:t>
      </w:r>
    </w:p>
    <w:p>
      <w:r>
        <w:br/>
        <w:t>&lt;br /&gt;</w:t>
        <w:br/>
        <w:t>питво солодке а провадить сушу</w:t>
      </w:r>
    </w:p>
    <w:p>
      <w:r>
        <w:br/>
        <w:t>на рушникове листя тихо ша</w:t>
      </w:r>
    </w:p>
    <w:p>
      <w:r>
        <w:br/>
        <w:t>таку плиткэ таку холодну душу</w:t>
      </w:r>
    </w:p>
    <w:p>
      <w:r>
        <w:br/>
        <w:t>витравлює споряджена душа</w:t>
      </w:r>
    </w:p>
    <w:p>
      <w:r>
        <w:br/>
        <w:t>&lt;br /&gt;</w:t>
        <w:br/>
        <w:t>їй несть числа і звір її неплодний</w:t>
      </w:r>
    </w:p>
    <w:p>
      <w:r>
        <w:br/>
        <w:t>і висне дар над волосом її</w:t>
      </w:r>
    </w:p>
    <w:p>
      <w:r>
        <w:br/>
        <w:t>челядині бракує обезводнень</w:t>
      </w:r>
    </w:p>
    <w:p>
      <w:r>
        <w:br/>
        <w:t>розщеплених у череві змії</w:t>
      </w:r>
    </w:p>
    <w:p>
      <w:r>
        <w:br/>
        <w:t>&lt;br /&gt;</w:t>
        <w:br/>
        <w:t>чий палець вріжу кров чия загусне</w:t>
      </w:r>
    </w:p>
    <w:p>
      <w:r>
        <w:br/>
        <w:t>меж бартками вколошканий пісок</w:t>
      </w:r>
    </w:p>
    <w:p>
      <w:r>
        <w:br/>
        <w:t>зело лелію на велику пустку</w:t>
      </w:r>
    </w:p>
    <w:p>
      <w:r>
        <w:br/>
        <w:t>озпінених на ложі подуш&amp;#972;к</w:t>
      </w:r>
    </w:p>
    <w:p>
      <w:r>
        <w:br/>
        <w:t>&lt;br /&gt;</w:t>
        <w:br/>
        <w:t>і мжичить сонний лоск під образами</w:t>
      </w:r>
    </w:p>
    <w:p>
      <w:r>
        <w:br/>
        <w:t>позлітка заліпила образи</w:t>
      </w:r>
    </w:p>
    <w:p>
      <w:r>
        <w:br/>
        <w:t>а ця душа попукана так само</w:t>
      </w:r>
    </w:p>
    <w:p>
      <w:r>
        <w:br/>
        <w:t>як к&amp;#972;шниця зі свіжої лози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відпостити всю зиму замість мене...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