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Відьма</w:t>
      </w:r>
    </w:p>
    <w:p>
      <w:r>
        <w:br/>
        <w:t xml:space="preserve"> Гасає вітер свавільно на майдані за ринком,&lt;br /&gt;</w:t>
        <w:br/>
        <w:t>де кози пасе остання в містечку відьма,&lt;br /&gt;</w:t>
        <w:br/>
        <w:t>де імператор чортополоху здивований прикро,&lt;br /&gt;</w:t>
        <w:br/>
        <w:t>що сонну імперію непрошений гість відвідав.</w:t>
      </w:r>
    </w:p>
    <w:p>
      <w:r>
        <w:br/>
        <w:t>— Не за горами зима, — журиться відьма козами.&lt;br /&gt;</w:t>
        <w:br/>
        <w:t>З левади, де зорі пасуться, найпахучіше сіно.&lt;br /&gt;</w:t>
        <w:br/>
        <w:t>Та коня де дістати, і дишель зламався у Воза,&lt;br /&gt;</w:t>
        <w:br/>
        <w:t>а на віник тепер, ік старості, ледви чи б сіла.</w:t>
      </w:r>
    </w:p>
    <w:p>
      <w:r>
        <w:br/>
        <w:t>Як реп'яхів, не позбутися надокучливих мислей,&lt;br /&gt;</w:t>
        <w:br/>
        <w:t>що минувся той час — навіть вже не присниться,&lt;br /&gt;</w:t>
        <w:br/>
        <w:t>коли до Великого Воза запрягався місяць&lt;br /&gt;</w:t>
        <w:br/>
        <w:t>і відьмі привозив сіна цілу копицю.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