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Виделка</w:t>
      </w:r>
    </w:p>
    <w:p>
      <w:r>
        <w:br/>
        <w:t xml:space="preserve"> І&lt;br /&gt;</w:t>
        <w:br/>
        <w:t>Гуде, наче вулик, базарище браве,&lt;br /&gt;</w:t>
        <w:br/>
        <w:t>торгують наліво, торгують направо.&lt;br /&gt;</w:t>
        <w:br/>
        <w:t>Стоїть серед натовпу, як серед моря,&lt;br /&gt;</w:t>
        <w:br/>
        <w:t>старенька бабуся — подобонька горя.&lt;br /&gt;</w:t>
        <w:br/>
        <w:t>У вицвілім оці загусла сльозина —&lt;br /&gt;</w:t>
        <w:br/>
        <w:t>їй світ розколовся на дві половини.&lt;br /&gt;</w:t>
        <w:br/>
        <w:t>— Купіть ось виделку, — ледь чутно благала.&lt;br /&gt;</w:t>
        <w:br/>
        <w:t>— При шлюбнім вінчанні її я придбала.&lt;br /&gt;</w:t>
        <w:br/>
        <w:t>Вже літ має доста, а служить ще справно,&lt;br /&gt;</w:t>
        <w:br/>
        <w:t>гостей дорогих пригощала недавно.&lt;br /&gt;</w:t>
        <w:br/>
        <w:t>Купіть... поміняйте хоча б на хлібинку,&lt;br /&gt;</w:t>
        <w:br/>
        <w:t>бо світ розколовся на дві половинки.</w:t>
      </w:r>
    </w:p>
    <w:p>
      <w:r>
        <w:br/>
        <w:t>ІІ&lt;br /&gt;</w:t>
        <w:br/>
        <w:t>Та люди минають. Вдають, що не чують.&lt;br /&gt;</w:t>
        <w:br/>
        <w:t>Дивачка, товаром таким не торгують!&lt;br /&gt;</w:t>
        <w:br/>
        <w:t>Не відає, мабуть, що в моді банани,&lt;br /&gt;</w:t>
        <w:br/>
        <w:t>що імпортні шмотки сьогодні жадані.&lt;br /&gt;</w:t>
        <w:br/>
        <w:t>Отак і проходять. І знати не хочуть —&lt;br /&gt;</w:t>
        <w:br/>
        <w:t>сорокою смерть над старою стрекоче.&lt;br /&gt;</w:t>
        <w:br/>
        <w:t>Давно розміняла усенько, що мала,&lt;br /&gt;</w:t>
        <w:br/>
        <w:t>і жити бажання вже зовсім не стало.&lt;br /&gt;</w:t>
        <w:br/>
        <w:t>Аж ось крізь юрбу протиснувся до неї&lt;br /&gt;</w:t>
        <w:br/>
        <w:t>дідусь низькорослий у сірій киреї.&lt;br /&gt;</w:t>
        <w:br/>
        <w:t>Такий чепурний, що увесь аж світився,&lt;br /&gt;</w:t>
        <w:br/>
        <w:t>неначе таким, бач, на світ народився.&lt;br /&gt;</w:t>
        <w:br/>
        <w:t>Лиш очі зажурні, пригаслі, запалі,&lt;br /&gt;</w:t>
        <w:br/>
        <w:t>і руки худі ледь помітно дрижали.&lt;br /&gt;</w:t>
        <w:br/>
        <w:t>Послухав бабусю — і витягнув гривню&lt;br /&gt;</w:t>
        <w:br/>
        <w:t>(останню, звичайно, як було не кривдно!).&lt;br /&gt;</w:t>
        <w:br/>
        <w:t>Потримав хвилинку в холодній долоні&lt;br /&gt;</w:t>
        <w:br/>
        <w:t>й простяг до бабусі, склонившись в поклоні:&lt;br /&gt;</w:t>
        <w:br/>
        <w:t>— Візьміте, будь-ласка. Я знаю, що мало,&lt;br /&gt;</w:t>
        <w:br/>
        <w:t>але це усе, що в кишені зосталось.&lt;br /&gt;</w:t>
        <w:br/>
        <w:t>Коли за виделку платня моя бідна,&lt;br /&gt;</w:t>
        <w:br/>
        <w:t>простіть за турботу, що честі не гідна.&lt;br /&gt;</w:t>
        <w:br/>
        <w:t>Ледь-ледь тріпотіла на вітрі купюра,&lt;br /&gt;</w:t>
        <w:br/>
        <w:t>немов дідусева колись шевелюра,&lt;br /&gt;</w:t>
        <w:br/>
        <w:t>А він все тримав її міцно і вперто,&lt;br /&gt;</w:t>
        <w:br/>
        <w:t>й здавалось, що ладен отут навіть вмерти.</w:t>
      </w:r>
    </w:p>
    <w:p>
      <w:r>
        <w:br/>
        <w:t>ІІІ&lt;br /&gt;</w:t>
        <w:br/>
        <w:t>Майнула хвилина, за нею — і друга.&lt;br /&gt;</w:t>
        <w:br/>
        <w:t>Бриніла струною душевна напруга.&lt;br /&gt;</w:t>
        <w:br/>
        <w:t>Тим часом прохожі здвигались довкола&lt;br /&gt;</w:t>
        <w:br/>
        <w:t>і жартами нехіть ділились спроквола.&lt;br /&gt;</w:t>
        <w:br/>
        <w:t>Бабуся, нарешті, тихенько озвалась:&lt;br /&gt;</w:t>
        <w:br/>
        <w:t>— Я дякую, пане, — і сльози ховала.&lt;br /&gt;</w:t>
        <w:br/>
        <w:t>— Храни вас від голоду, Господи Боже!..&lt;br /&gt;</w:t>
        <w:br/>
        <w:t>Та бачу, що й ви не такі вже заможні.&lt;br /&gt;</w:t>
        <w:br/>
        <w:t>— Пусте, — пронеслося над юрмищем гідно,&lt;br /&gt;</w:t>
        <w:br/>
        <w:t>— коли у людини бува недорідно.&lt;br /&gt;</w:t>
        <w:br/>
        <w:t>Була б Україна, і пісня, і воля,&lt;br /&gt;</w:t>
        <w:br/>
        <w:t>тоді в нас щедротна поселиться доля.&lt;br /&gt;</w:t>
        <w:br/>
        <w:t>Сказав — і розтанув в юрбі, як в тумані.&lt;br /&gt;</w:t>
        <w:br/>
        <w:t>— Чекайте! — бабуся. — Назвіться хоч, пане!&lt;br /&gt;</w:t>
        <w:br/>
        <w:t>Але чоловік серед гамору й прози&lt;br /&gt;</w:t>
        <w:br/>
        <w:t>її не почув.&lt;br /&gt;</w:t>
        <w:br/>
        <w:t>...Тихо капали сльози.</w:t>
      </w:r>
    </w:p>
    <w:p>
      <w:r>
        <w:br/>
        <w:t>ІV&lt;br /&gt;</w:t>
        <w:br/>
        <w:t>Вже потім, пізніше, на іншому краю&lt;br /&gt;</w:t>
        <w:br/>
        <w:t>великого ринку почув я — лунає&lt;br /&gt;</w:t>
        <w:br/>
        <w:t>чийсь голос знайомий, немов дідусевий,&lt;br /&gt;</w:t>
        <w:br/>
        <w:t>в одвічній базарній нудній каруселі:&lt;br /&gt;</w:t>
        <w:br/>
        <w:t>"Купіть ось виделку, послужить ще справно,&lt;br /&gt;</w:t>
        <w:br/>
        <w:t>гостей пригощала вона донедавна.&lt;br /&gt;</w:t>
        <w:br/>
        <w:t>Купіть... поміняйте хоча б на хлібину,&lt;br /&gt;</w:t>
        <w:br/>
        <w:t>бо світ розколовся на дві половини".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