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Перікла до Леніна</w:t>
      </w:r>
    </w:p>
    <w:p>
      <w:r>
        <w:br/>
        <w:t xml:space="preserve"> В базальтах скель вибиваючи аннали,&lt;br /&gt;</w:t>
        <w:br/>
        <w:t>Понурі раби фараона Снофрy&lt;br /&gt;</w:t>
        <w:br/>
        <w:t>Чи ж думали коли, що гімн Інтернаціонала&lt;br /&gt;</w:t>
        <w:br/>
        <w:t>Прозвучить звитяжно Сені й Дніпру?</w:t>
      </w:r>
    </w:p>
    <w:p>
      <w:r>
        <w:br/>
        <w:t>Дикун чатує в очеретах Мвутанга,&lt;br /&gt;</w:t>
        <w:br/>
        <w:t>Застромивши в волосся два блискучі пера&lt;br /&gt;</w:t>
        <w:br/>
        <w:t>А в залах Bull обертається танго&lt;br /&gt;</w:t>
        <w:br/>
        <w:t>I огнями танцює Avenue de l'Opera.</w:t>
      </w:r>
    </w:p>
    <w:p>
      <w:r>
        <w:br/>
        <w:t>Та по-давньому з голок комашня метушлива&lt;br /&gt;</w:t>
        <w:br/>
        <w:t>Підіймає високо лабіринти-житлa,&lt;br /&gt;</w:t>
        <w:br/>
        <w:t>I бобер свою греблю споруджає на диво,&lt;br /&gt;</w:t>
        <w:br/>
        <w:t>I стільник з шестикутників ліпить бджола</w:t>
      </w:r>
    </w:p>
    <w:p>
      <w:r>
        <w:br/>
        <w:t>I ті самі в просторі персні Сатурна,&lt;br /&gt;</w:t>
        <w:br/>
        <w:t>Проміння Венери і орбіти комет,&lt;br /&gt;</w:t>
        <w:br/>
        <w:t>Як тоді, коли сцену стрясали котурни,&lt;br /&gt;</w:t>
        <w:br/>
        <w:t>Коли місяць на храми стягав Магомет.</w:t>
      </w:r>
    </w:p>
    <w:p>
      <w:r>
        <w:br/>
        <w:t>Від Перікла до Леніна, від сьогодні до завтра&lt;br /&gt;</w:t>
        <w:br/>
        <w:t>Моряка перебіжний на березі сон,&lt;br /&gt;</w:t>
        <w:br/>
        <w:t>I тупе миготіння в голові плеозавра&lt;br /&gt;</w:t>
        <w:br/>
        <w:t>Лиш помалу з'ясовує упертий Бергсон.</w:t>
      </w:r>
    </w:p>
    <w:p>
      <w:r>
        <w:br/>
        <w:t>I сяєва смілі Лобачевського й Маркса,&lt;br /&gt;</w:t>
        <w:br/>
        <w:t>Змагання віків, їх побідний пеан —&lt;br /&gt;</w:t>
        <w:br/>
        <w:t>Тільки іскорка звідти, з червоного Марса,&lt;br /&gt;</w:t>
        <w:br/>
        <w:t>З світових порошинок, що мчить Альдебаран.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Перікла до Леніна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