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 одного до десяти</w:t>
      </w:r>
    </w:p>
    <w:p>
      <w:r>
        <w:br/>
        <w:t xml:space="preserve"> С.Маршак&lt;br /&gt;</w:t>
        <w:br/>
        <w:t>Від одного до десяти&lt;br /&gt;</w:t>
        <w:br/>
        <w:t>Веселий рахунок&lt;br /&gt;</w:t>
        <w:br/>
        <w:t>Переклад українською – Н.Забіли</w:t>
      </w:r>
    </w:p>
    <w:p>
      <w:r>
        <w:br/>
        <w:t>Ось ОДИН, чи ОДИНИЦЯ,&lt;br /&gt;</w:t>
        <w:br/>
        <w:t>І тонка, й пряма, як спиця.</w:t>
      </w:r>
    </w:p>
    <w:p>
      <w:r>
        <w:br/>
        <w:t>А оце ось цифра ДВА.&lt;br /&gt;</w:t>
        <w:br/>
        <w:t>В неї кругла голова,&lt;br /&gt;</w:t>
        <w:br/>
        <w:t>Довгий хвіст, зігнута шийка,&lt;br /&gt;</w:t>
        <w:br/>
        <w:t>Отака, як бачиш, двійка!</w:t>
      </w:r>
    </w:p>
    <w:p>
      <w:r>
        <w:br/>
        <w:t>Перші цифри – дві сестри,&lt;br /&gt;</w:t>
        <w:br/>
        <w:t>Ось і третя цифра ТРИ.&lt;br /&gt;</w:t>
        <w:br/>
        <w:t>Трійку, третій із значків,&lt;br /&gt;</w:t>
        <w:br/>
        <w:t>Складено із двох гачків.</w:t>
      </w:r>
    </w:p>
    <w:p>
      <w:r>
        <w:br/>
        <w:t>Ось ЧОТИРИ жартівливо&lt;br /&gt;</w:t>
        <w:br/>
        <w:t>Випинають лікоть вліво.</w:t>
      </w:r>
    </w:p>
    <w:p>
      <w:r>
        <w:br/>
        <w:t>Потім вийшла погулять&lt;br /&gt;</w:t>
        <w:br/>
        <w:t>На папері цифра П'ЯТЬ,&lt;br /&gt;</w:t>
        <w:br/>
        <w:t>Руки вправо простягнула,&lt;br /&gt;</w:t>
        <w:br/>
        <w:t>Ніжку бубличком зігнула.</w:t>
      </w:r>
    </w:p>
    <w:p>
      <w:r>
        <w:br/>
        <w:t>Цифра ШІСТЬ – немов замок:&lt;br /&gt;</w:t>
        <w:br/>
        <w:t>Знизу – круг, вгорі – гачок.</w:t>
      </w:r>
    </w:p>
    <w:p>
      <w:r>
        <w:br/>
        <w:t>Цифра СІМ – як кочерга:&lt;br /&gt;</w:t>
        <w:br/>
        <w:t>В неї, бач, одна нога!</w:t>
      </w:r>
    </w:p>
    <w:p>
      <w:r>
        <w:br/>
        <w:t>В цифри ВІСІМ – два кільця&lt;br /&gt;</w:t>
        <w:br/>
        <w:t>Без початку, без кінця.</w:t>
      </w:r>
    </w:p>
    <w:p>
      <w:r>
        <w:br/>
        <w:t>Цифра ДЕВ'ЯТЬ, чи ДЕВ'ЯТКА,&lt;br /&gt;</w:t>
        <w:br/>
        <w:t>Наче в цирку акробатка:&lt;br /&gt;</w:t>
        <w:br/>
        <w:t>Сторчака як перевернеться,&lt;br /&gt;</w:t>
        <w:br/>
        <w:t>Зразу шісткою обернеться!</w:t>
      </w:r>
    </w:p>
    <w:p>
      <w:r>
        <w:br/>
        <w:t>Кругла, наче буква О,&lt;br /&gt;</w:t>
        <w:br/>
        <w:t>Цифра НУЛЬ, або ніщо.&lt;br /&gt;</w:t>
        <w:br/>
        <w:t>Як стоїть він сам-самісінький,&lt;br /&gt;</w:t>
        <w:br/>
        <w:t>То й не значить нічогісінько!&lt;br /&gt;</w:t>
        <w:br/>
        <w:t>Та як одиницю поруч&lt;br /&gt;</w:t>
        <w:br/>
        <w:t>Ми поставимо ліворуч,&lt;br /&gt;</w:t>
        <w:br/>
        <w:t>То із двох значків у нас&lt;br /&gt;</w:t>
        <w:br/>
        <w:t>Цифра ДЕСЯТЬ стане враз!</w:t>
      </w:r>
    </w:p>
    <w:p>
      <w:r>
        <w:br/>
        <w:t>По порядку цифри ці&lt;br /&gt;</w:t>
        <w:br/>
        <w:t>Запишіть на папірці.&lt;br /&gt;</w:t>
        <w:br/>
        <w:t>Я про кожну вам усім&lt;br /&gt;</w:t>
        <w:br/>
        <w:t>Щось цікаве розповім.</w:t>
      </w:r>
    </w:p>
    <w:p>
      <w:r>
        <w:br/>
        <w:t>Жили собі в книжці&lt;br /&gt;</w:t>
        <w:br/>
        <w:t>Один та один.&lt;br /&gt;</w:t>
        <w:br/>
        <w:t>Пішли вони битись&lt;br /&gt;</w:t>
        <w:br/>
        <w:t>Один на один.&lt;br /&gt;</w:t>
        <w:br/>
        <w:t>Та хутко закреслив&lt;br /&gt;</w:t>
        <w:br/>
        <w:t>Один одного.&lt;br /&gt;</w:t>
        <w:br/>
        <w:t>I ось вже нема&lt;br /&gt;</w:t>
        <w:br/>
        <w:t>Ні того, ні цього!&lt;br /&gt;</w:t>
        <w:br/>
        <w:t>А якби дружили&lt;br /&gt;</w:t>
        <w:br/>
        <w:t>Вони між собою,&lt;br /&gt;</w:t>
        <w:br/>
        <w:t>Жили б не тужили –&lt;br /&gt;</w:t>
        <w:br/>
        <w:t>І їх було б двое!</w:t>
      </w:r>
    </w:p>
    <w:p>
      <w:r>
        <w:br/>
        <w:t>Дві сестриці, дві руки&lt;br /&gt;</w:t>
        <w:br/>
        <w:t>Шиють, сіють, риють,&lt;br /&gt;</w:t>
        <w:br/>
        <w:t>Полють, скопують грядки,&lt;br /&gt;</w:t>
        <w:br/>
        <w:t>Одна одну миють.&lt;br /&gt;</w:t>
        <w:br/>
        <w:t>Місять тісто дві руки&lt;br /&gt;</w:t>
        <w:br/>
        <w:t>Разом – права й ліва.&lt;br /&gt;</w:t>
        <w:br/>
        <w:t>Попливеш серед ріки –&lt;br /&gt;</w:t>
        <w:br/>
        <w:t>Воду б'ють сміливо.</w:t>
      </w:r>
    </w:p>
    <w:p>
      <w:r>
        <w:br/>
        <w:t>Три світла в світлофора є,&lt;br /&gt;</w:t>
        <w:br/>
        <w:t>І кожен з них наказ дає.&lt;br /&gt;</w:t>
        <w:br/>
        <w:t>Червоне світло каже: – Стій!!!&lt;br /&gt;</w:t>
        <w:br/>
        <w:t>А жовте: – Йти не можна...&lt;br /&gt;</w:t>
        <w:br/>
        <w:t>Зелене каже: – Йди мерщій!&lt;br /&gt;</w:t>
        <w:br/>
        <w:t>І слухається кожний.</w:t>
      </w:r>
    </w:p>
    <w:p>
      <w:r>
        <w:br/>
        <w:t>Чотирикутна хата ця.&lt;br /&gt;</w:t>
        <w:br/>
        <w:t>Чотири ніжки у стільця,&lt;br /&gt;</w:t>
        <w:br/>
        <w:t>І по чотири ніжки&lt;br /&gt;</w:t>
        <w:br/>
        <w:t>У мишки і у кішки.&lt;br /&gt;</w:t>
        <w:br/>
        <w:t>В машини четверо коліс,&lt;br /&gt;</w:t>
        <w:br/>
        <w:t>Одягнених у гуму.&lt;br /&gt;</w:t>
        <w:br/>
        <w:t>Вони промчати можуть скрізь&lt;br /&gt;</w:t>
        <w:br/>
        <w:t>І швидко, і без шуму.</w:t>
      </w:r>
    </w:p>
    <w:p>
      <w:r>
        <w:br/>
        <w:t>П'ять братів тобі знайомі.&lt;br /&gt;</w:t>
        <w:br/>
        <w:t>Без одежі вони в домі,&lt;br /&gt;</w:t>
        <w:br/>
        <w:t>Та в мороз брати оті&lt;br /&gt;</w:t>
        <w:br/>
        <w:t>Ходять в теплому пальті.</w:t>
      </w:r>
    </w:p>
    <w:p>
      <w:r>
        <w:br/>
        <w:t>Кошеняток цілих шість!&lt;br /&gt;</w:t>
        <w:br/>
        <w:t>Небагато кожен їсть.&lt;br /&gt;</w:t>
        <w:br/>
        <w:t>Дай їм каші з молоком,&lt;br /&gt;</w:t>
        <w:br/>
        <w:t>Хай похлебчуть язиком,&lt;br /&gt;</w:t>
        <w:br/>
        <w:t>Бо із ложки киця&lt;br /&gt;</w:t>
        <w:br/>
        <w:t>Їсти не навчиться!</w:t>
      </w:r>
    </w:p>
    <w:p>
      <w:r>
        <w:br/>
        <w:t>Є сім днів і сім ночей&lt;br /&gt;</w:t>
        <w:br/>
        <w:t>В кожнім тижні завше.&lt;br /&gt;</w:t>
        <w:br/>
        <w:t>Йди до школи, сім речей&lt;br /&gt;</w:t>
        <w:br/>
        <w:t>У портфель поклавши:&lt;br /&gt;</w:t>
        <w:br/>
        <w:t>Є буквар тут, олівець,&lt;br /&gt;</w:t>
        <w:br/>
        <w:t>Зошит є так само,&lt;br /&gt;</w:t>
        <w:br/>
        <w:t>Гумка є, щоб нанівець&lt;br /&gt;</w:t>
        <w:br/>
        <w:t>Нищити всі плями,&lt;br /&gt;</w:t>
        <w:br/>
        <w:t>Промокашка, два пера –&lt;br /&gt;</w:t>
        <w:br/>
        <w:t>Ось що є у школяра!</w:t>
      </w:r>
    </w:p>
    <w:p>
      <w:r>
        <w:br/>
        <w:t>Вісім ляльок дерев'яних,&lt;br /&gt;</w:t>
        <w:br/>
        <w:t>Кругловидих та рум'яних,&lt;br /&gt;</w:t>
        <w:br/>
        <w:t>В різнобарвних сарафанах&lt;br /&gt;</w:t>
        <w:br/>
        <w:t>На столі у нас живуть,&lt;br /&gt;</w:t>
        <w:br/>
        <w:t>Всіх Матрьошками зовуть.&lt;br /&gt;</w:t>
        <w:br/>
        <w:t>Перша лялечка товста,&lt;br /&gt;</w:t>
        <w:br/>
        <w:t>А всередині – пуста!&lt;br /&gt;</w:t>
        <w:br/>
        <w:t>Навпіл ляльку огрядну&lt;br /&gt;</w:t>
        <w:br/>
        <w:t>Розділити можна.&lt;br /&gt;</w:t>
        <w:br/>
        <w:t>В ній побачиш ще одну&lt;br /&gt;</w:t>
        <w:br/>
        <w:t>Лялечку порожню.&lt;br /&gt;</w:t>
        <w:br/>
        <w:t>Ти Матрьошку цю відкрий –&lt;br /&gt;</w:t>
        <w:br/>
        <w:t>Третя вистрибне як стій.&lt;br /&gt;</w:t>
        <w:br/>
        <w:t>Половинку відгвинти,&lt;br /&gt;</w:t>
        <w:br/>
        <w:t>Наглухо притерту, –&lt;br /&gt;</w:t>
        <w:br/>
        <w:t>І зумієш ти знайти&lt;br /&gt;</w:t>
        <w:br/>
        <w:t>Лялечку четверту.&lt;br /&gt;</w:t>
        <w:br/>
        <w:t>Вийми цю і подивись:&lt;br /&gt;</w:t>
        <w:br/>
        <w:t>Може, є там ще якісь?&lt;br /&gt;</w:t>
        <w:br/>
        <w:t>Справді, є тут п'ята&lt;br /&gt;</w:t>
        <w:br/>
        <w:t>Лялечка пузата.&lt;br /&gt;</w:t>
        <w:br/>
        <w:t>А у п'ятій просто&lt;br /&gt;</w:t>
        <w:br/>
        <w:t>Заховалась шоста.&lt;br /&gt;</w:t>
        <w:br/>
        <w:t>А у шостій – сьома,&lt;br /&gt;</w:t>
        <w:br/>
        <w:t>Як у себе вдома.&lt;br /&gt;</w:t>
        <w:br/>
        <w:t>А у сьомій – глянь-но,&lt;br /&gt;</w:t>
        <w:br/>
        <w:t>Восьма і остання!&lt;br /&gt;</w:t>
        <w:br/>
        <w:t>Восьма лялька менша всіх,&lt;br /&gt;</w:t>
        <w:br/>
        <w:t>Трохи більша за горіх.&lt;br /&gt;</w:t>
        <w:br/>
        <w:t>От стоять усі сестриці&lt;br /&gt;</w:t>
        <w:br/>
        <w:t>По порядку, як годиться.&lt;br /&gt;</w:t>
        <w:br/>
        <w:t>– Скільки вас? – А ляльки враз:&lt;br /&gt;</w:t>
        <w:br/>
        <w:t>– Вісім, вісім, вісім нас!</w:t>
      </w:r>
    </w:p>
    <w:p>
      <w:r>
        <w:br/>
        <w:t>До дев'ятої години,&lt;br /&gt;</w:t>
        <w:br/>
        <w:t>До дев'ятої години,&lt;br /&gt;</w:t>
        <w:br/>
        <w:t>До дев'ятої години&lt;br /&gt;</w:t>
        <w:br/>
        <w:t>В школу прийдем неодмінно.&lt;br /&gt;</w:t>
        <w:br/>
        <w:t>О дев'ятій чуть дзвінок –&lt;br /&gt;</w:t>
        <w:br/>
        <w:t>Починається урок.</w:t>
      </w:r>
    </w:p>
    <w:p>
      <w:r>
        <w:br/>
        <w:t>До дев'ятої години&lt;br /&gt;</w:t>
        <w:br/>
        <w:t>Спати ляжем неодмінно,&lt;br /&gt;</w:t>
        <w:br/>
        <w:t>Бо, як вчасно не лягти,&lt;br /&gt;</w:t>
        <w:br/>
        <w:t>Вранці з ліжка не стягти!</w:t>
      </w:r>
    </w:p>
    <w:p>
      <w:r>
        <w:br/>
        <w:t>Ось круглий нуль, або нічого.&lt;br /&gt;</w:t>
        <w:br/>
        <w:t>Послухай казочку про нього.&lt;br /&gt;</w:t>
        <w:br/>
        <w:t>Веселий нуль прошепотів&lt;br /&gt;</w:t>
        <w:br/>
        <w:t>Сусідці-одиниці:&lt;br /&gt;</w:t>
        <w:br/>
        <w:t>– З тобою поруч я б хотів&lt;br /&gt;</w:t>
        <w:br/>
        <w:t>Постояти, сестрице!&lt;br /&gt;</w:t>
        <w:br/>
        <w:t>Та одиниця каже: – Ні,&lt;br /&gt;</w:t>
        <w:br/>
        <w:t>Ти – нуль, число нікчемне.&lt;br /&gt;</w:t>
        <w:br/>
        <w:t>Не стій зі мною, бо мені&lt;br /&gt;</w:t>
        <w:br/>
        <w:t>Це зовсім неприємно!</w:t>
      </w:r>
    </w:p>
    <w:p>
      <w:r>
        <w:br/>
        <w:t>А нуль на це: – Я знаю сам,&lt;br /&gt;</w:t>
        <w:br/>
        <w:t>Що в світі значу мало...&lt;br /&gt;</w:t>
        <w:br/>
        <w:t>Та якби поруч стати нам,&lt;br /&gt;</w:t>
        <w:br/>
        <w:t>Десятка б з тебе стала!&lt;br /&gt;</w:t>
        <w:br/>
        <w:t>Поглянь на себе: ти ж у нас&lt;br /&gt;</w:t>
        <w:br/>
        <w:t>Мала та худорлява,&lt;br /&gt;</w:t>
        <w:br/>
        <w:t>Та станеш більша в десять раз,&lt;br /&gt;</w:t>
        <w:br/>
        <w:t>Коли я стану справа!&lt;br /&gt;</w:t>
        <w:br/>
        <w:t>Нехай не кажуть, що нулі&lt;br /&gt;</w:t>
        <w:br/>
        <w:t>Такі нікчемні та малі:&lt;br /&gt;</w:t>
        <w:br/>
        <w:t>Із двійки – двадцять зробим ми,&lt;br /&gt;</w:t>
        <w:br/>
        <w:t>Із трійки зробим тридцять,&lt;br /&gt;</w:t>
        <w:br/>
        <w:t>З четвірки – сорок, а з семи –&lt;br /&gt;</w:t>
        <w:br/>
        <w:t>Аж сімдесят, дивіться!&lt;br /&gt;</w:t>
        <w:br/>
        <w:t>Отож хоч нуль – ніщо й ніхто,&lt;br /&gt;</w:t>
        <w:br/>
        <w:t>Та два нулі на місці&lt;br /&gt;</w:t>
        <w:br/>
        <w:t>Із одиниці зроблять сто,&lt;br /&gt;</w:t>
        <w:br/>
        <w:t>А з двійки – цілих двісті!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 одного до десяти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