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Веселковий розмай</w:t>
      </w:r>
    </w:p>
    <w:p>
      <w:r>
        <w:br/>
        <w:t xml:space="preserve"> Порипують роменським шляхом гарби,&lt;br /&gt;</w:t>
        <w:br/>
        <w:t>Сулою тихо хлюпають човни.&lt;br /&gt;</w:t>
        <w:br/>
        <w:t>І плине люд з своїм нехитрим скарбом&lt;br /&gt;</w:t>
        <w:br/>
        <w:t>на ярмарок у наші Курмани.</w:t>
      </w:r>
    </w:p>
    <w:p>
      <w:r>
        <w:br/>
        <w:t>Вози на вигоні. Стирчать голоблі.&lt;br /&gt;</w:t>
        <w:br/>
        <w:t>Корови й коні поблизу осель.&lt;br /&gt;</w:t>
        <w:br/>
        <w:t>Горшки і хомути. Мішки картоплі.&lt;br /&gt;</w:t>
        <w:br/>
        <w:t>І крутиться весела карусель.</w:t>
      </w:r>
    </w:p>
    <w:p>
      <w:r>
        <w:br/>
        <w:t>А нам, малим, усе цікаве вдвічі:&lt;br /&gt;</w:t>
        <w:br/>
        <w:t>хто звідкіля прибув до Курманів.&lt;br /&gt;</w:t>
        <w:br/>
        <w:t>Вусатий дядько — з Ракової Січі,&lt;br /&gt;</w:t>
        <w:br/>
        <w:t>той — з Білої Берези, той — з Тернів.</w:t>
      </w:r>
    </w:p>
    <w:p>
      <w:r>
        <w:br/>
        <w:t>Хтось приміряє теплі рукавиці,&lt;br /&gt;</w:t>
        <w:br/>
        <w:t>когось приваблює садовина.&lt;br /&gt;</w:t>
        <w:br/>
        <w:t>— А ви звідкіль? — З Погожої Криниці,&lt;br /&gt;</w:t>
        <w:br/>
        <w:t>ті — з Білопілля, ті — з Лебедина.</w:t>
      </w:r>
    </w:p>
    <w:p>
      <w:r>
        <w:br/>
        <w:t>І назви в юнім серці зазвучали,&lt;br /&gt;</w:t>
        <w:br/>
        <w:t>як щось казкове, дивне, чарівне,&lt;br /&gt;</w:t>
        <w:br/>
        <w:t>немов далекі зоряні причали,&lt;br /&gt;</w:t>
        <w:br/>
        <w:t>кудись манили, кликали мене...</w:t>
      </w:r>
    </w:p>
    <w:p>
      <w:r>
        <w:br/>
        <w:t>Хто так назвав ті селища навколо?&lt;br /&gt;</w:t>
        <w:br/>
        <w:t>Хто оспівав діброви і лани?&lt;br /&gt;</w:t>
        <w:br/>
        <w:t>У небі місяць — як млинове коло,&lt;br /&gt;</w:t>
        <w:br/>
        <w:t>а на землі — Климентові Млини...</w:t>
      </w:r>
    </w:p>
    <w:p>
      <w:r>
        <w:br/>
        <w:t>Красо моя ти, Сумщино, Сумщино,&lt;br /&gt;</w:t>
        <w:br/>
        <w:t>куди не кинь — барвистих слів розмай:&lt;br /&gt;</w:t>
        <w:br/>
        <w:t>Ромен, Боромля, Липова Долина,&lt;br /&gt;</w:t>
        <w:br/>
        <w:t>Березів Яр, Лука, Зелений Гай...</w:t>
      </w:r>
    </w:p>
    <w:p>
      <w:r>
        <w:br/>
        <w:t>Так зберігає мова калинова&lt;br /&gt;</w:t>
        <w:br/>
        <w:t>на гронах дивних свіжості росу,&lt;br /&gt;</w:t>
        <w:br/>
        <w:t>щоб у майбутнє музикою слова&lt;br /&gt;</w:t>
        <w:br/>
        <w:t>нести душі народної красу.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Веселковий розмай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