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Веселі жебраки</w:t>
      </w:r>
    </w:p>
    <w:p>
      <w:r>
        <w:br/>
        <w:t xml:space="preserve"> Веселі жебраки</w:t>
      </w:r>
    </w:p>
    <w:p>
      <w:r>
        <w:br/>
        <w:t>(Кантата)</w:t>
      </w:r>
    </w:p>
    <w:p>
      <w:r>
        <w:br/>
        <w:t>Коли з дощами восени&lt;br /&gt;</w:t>
        <w:br/>
        <w:t>Сухі листки, мов кажани,&lt;br /&gt;</w:t>
        <w:br/>
        <w:t>Закрутяться в вітрах;&lt;br /&gt;</w:t>
        <w:br/>
        <w:t>Коли в шумливий листопад&lt;br /&gt;</w:t>
        <w:br/>
        <w:t>Сипне крупа, ударить град&lt;br /&gt;</w:t>
        <w:br/>
        <w:t>I раптом ствердне шлях;&lt;br /&gt;</w:t>
        <w:br/>
        <w:t>Тоді до Пузі-Ненсі в льох,&lt;br /&gt;</w:t>
        <w:br/>
        <w:t>Обідрані, знебулі,&lt;br /&gt;</w:t>
        <w:br/>
        <w:t>Ватаги ланців і мандрьох&lt;br /&gt;</w:t>
        <w:br/>
        <w:t>Збираються на гулі:&lt;br /&gt;</w:t>
        <w:br/>
        <w:t>Співають, випивають,&lt;br /&gt;</w:t>
        <w:br/>
        <w:t>Регочуться, кричать,&lt;br /&gt;</w:t>
        <w:br/>
        <w:t>Танцюють і жирують,&lt;br /&gt;</w:t>
        <w:br/>
        <w:t>Аж келихи бряжчать.&lt;br /&gt;</w:t>
        <w:br/>
        <w:t>В мундирі з мотузків і лат&lt;br /&gt;</w:t>
        <w:br/>
        <w:t>Біля вогню сидить солдат&lt;br /&gt;</w:t>
        <w:br/>
        <w:t>З надітим ладно ранцем;&lt;br /&gt;</w:t>
        <w:br/>
        <w:t>Свою коханку тисне він,&lt;br /&gt;</w:t>
        <w:br/>
        <w:t>Що п'яно дивиться з колін,&lt;br /&gt;</w:t>
        <w:br/>
        <w:t>Милується коханцем:&lt;br /&gt;</w:t>
        <w:br/>
        <w:t>I потім рот жадливий свій,&lt;br /&gt;</w:t>
        <w:br/>
        <w:t>Мов чашку, простяга —&lt;br /&gt;</w:t>
        <w:br/>
        <w:t>I він дає цілунок їй,&lt;br /&gt;</w:t>
        <w:br/>
        <w:t>Мов ляскіт батога.</w:t>
      </w:r>
    </w:p>
    <w:p>
      <w:r>
        <w:br/>
        <w:t>Ще відгомін чувся&lt;br /&gt;</w:t>
        <w:br/>
        <w:t>З усіх брудних кутків,&lt;br /&gt;</w:t>
        <w:br/>
        <w:t>А він устав, надувся&lt;br /&gt;</w:t>
        <w:br/>
        <w:t>I пісеньку завів:</w:t>
      </w:r>
    </w:p>
    <w:p>
      <w:r>
        <w:br/>
        <w:t>Пісня</w:t>
      </w:r>
    </w:p>
    <w:p>
      <w:r>
        <w:br/>
        <w:t>Марсів син, у боях немалий пройшов я шлях,&lt;br /&gt;</w:t>
        <w:br/>
        <w:t>Гляньте: весь я в рубцях, весь рябію від ран;&lt;br /&gt;</w:t>
        <w:br/>
        <w:t>Ця — в шинку, як попились, ця — в траншеях, де колись&lt;br /&gt;</w:t>
        <w:br/>
        <w:t>Ми з французами зійшлись під гучний барабан.&lt;br /&gt;</w:t>
        <w:br/>
        <w:t>Трам-та-там і т. д.</w:t>
      </w:r>
    </w:p>
    <w:p>
      <w:r>
        <w:br/>
        <w:t>Вперше я під прапор став, де полковник наш упав,&lt;br /&gt;</w:t>
        <w:br/>
        <w:t>Де лягло немало лав за Абрамів курган:&lt;br /&gt;</w:t>
        <w:br/>
        <w:t>Славні роки то були, добре бились ми, коли&lt;br /&gt;</w:t>
        <w:br/>
        <w:t>Моро штурмом здобули під гучний барабан.&lt;br /&gt;</w:t>
        <w:br/>
        <w:t>Трам-та-там і т. д.</w:t>
      </w:r>
    </w:p>
    <w:p>
      <w:r>
        <w:br/>
        <w:t>Руку й ногу я віддав, де гармат іспанських плав&lt;br /&gt;</w:t>
        <w:br/>
        <w:t>Розтрощив і розметав наш Куртіс-капітан:&lt;br /&gt;</w:t>
        <w:br/>
        <w:t>Та якби за рідний край Елліот гукнув: "Вставай!" —&lt;br /&gt;</w:t>
        <w:br/>
        <w:t>Я б за ним пошкандибав під гучний барабан.&lt;br /&gt;</w:t>
        <w:br/>
        <w:t>Трам-та-там і т. д.</w:t>
      </w:r>
    </w:p>
    <w:p>
      <w:r>
        <w:br/>
        <w:t>Хоч прошу я на життя, хоч кругом каліка я,&lt;br /&gt;</w:t>
        <w:br/>
        <w:t>Хоч одягнутий в дрантя, але — сам собі пан —&lt;br /&gt;</w:t>
        <w:br/>
        <w:t>Я щасливий у шинку, тут, із чаркою в кутку,&lt;br /&gt;</w:t>
        <w:br/>
        <w:t>Як тоді, коли в полку нам лунав барабан.&lt;br /&gt;</w:t>
        <w:br/>
        <w:t>Трам-та-там і т. д.</w:t>
      </w:r>
    </w:p>
    <w:p>
      <w:r>
        <w:br/>
        <w:t>Що ж із того, що шлях часом я гублю в снігах,&lt;br /&gt;</w:t>
        <w:br/>
        <w:t>Що тулюся по гаях, наче вовк-сіроман!&lt;br /&gt;</w:t>
        <w:br/>
        <w:t>В час, як торбу я свою тут за чарку віддаю,&lt;br /&gt;</w:t>
        <w:br/>
        <w:t>Стрів би пекло я в бою під гучний барабан!&lt;br /&gt;</w:t>
        <w:br/>
        <w:t>Трам-та-там і т. д.</w:t>
      </w:r>
    </w:p>
    <w:p>
      <w:r>
        <w:br/>
        <w:t>*</w:t>
      </w:r>
    </w:p>
    <w:p>
      <w:r>
        <w:br/>
        <w:t>Скінчив. Аж бантина вгорі&lt;br /&gt;</w:t>
        <w:br/>
        <w:t>Здригнулася гнила,&lt;br /&gt;</w:t>
        <w:br/>
        <w:t>Аж озирці біжать щури&lt;br /&gt;</w:t>
        <w:br/>
        <w:t>В куток із-під стола.&lt;br /&gt;</w:t>
        <w:br/>
        <w:t>Скрипаль в кутку, як у норі,-&lt;br /&gt;</w:t>
        <w:br/>
        <w:t>"Ще!" — в захваті горла.&lt;br /&gt;</w:t>
        <w:br/>
        <w:t>Тут дівка встала, що в шатрі&lt;br /&gt;</w:t>
        <w:br/>
        <w:t>Похідному зросла.</w:t>
      </w:r>
    </w:p>
    <w:p>
      <w:r>
        <w:br/>
        <w:t>Пісня</w:t>
      </w:r>
    </w:p>
    <w:p>
      <w:r>
        <w:br/>
        <w:t>I я була дівка, коли — не згадать;&lt;br /&gt;</w:t>
        <w:br/>
        <w:t>Та з хлопцями досі люблю я гулять.&lt;br /&gt;</w:t>
        <w:br/>
        <w:t>Драгун молодецький мені був за тата —&lt;br /&gt;</w:t>
        <w:br/>
        <w:t>Чи ж дивно, що завжди люблю я солдата?&lt;br /&gt;</w:t>
        <w:br/>
        <w:t>Тра-ла-ла, тра-ла-ла,&lt;br /&gt;</w:t>
        <w:br/>
        <w:t>Люблю я солдата!</w:t>
      </w:r>
    </w:p>
    <w:p>
      <w:r>
        <w:br/>
        <w:t>Веселого спершу собі юнака&lt;br /&gt;</w:t>
        <w:br/>
        <w:t>Знайшла я — він був барабанщик полка:&lt;br /&gt;</w:t>
        <w:br/>
        <w:t>Рум'яні уста і стрункі ноженята —&lt;br /&gt;</w:t>
        <w:br/>
        <w:t>Ну, як не любить молодого солдата!&lt;br /&gt;</w:t>
        <w:br/>
        <w:t>Тра-ла-ла, тра-ла-ла,&lt;br /&gt;</w:t>
        <w:br/>
        <w:t>Любити солдата!</w:t>
      </w:r>
    </w:p>
    <w:p>
      <w:r>
        <w:br/>
        <w:t>У нього мене був одбив капелан;&lt;br /&gt;</w:t>
        <w:br/>
        <w:t>Зміняла на церкву я свій барабан:&lt;br /&gt;</w:t>
        <w:br/>
        <w:t>То перша була в мене зрада і втрата —&lt;br /&gt;</w:t>
        <w:br/>
        <w:t>Він душу згубив, а я тіло й солдата.&lt;br /&gt;</w:t>
        <w:br/>
        <w:t>Тра-ла-ла, тра-ла-ла,&lt;br /&gt;</w:t>
        <w:br/>
        <w:t>Згубила солдата!</w:t>
      </w:r>
    </w:p>
    <w:p>
      <w:r>
        <w:br/>
        <w:t>Та скоро наскучили дурні святі;&lt;br /&gt;</w:t>
        <w:br/>
        <w:t>Я з цілим полком загуляла тоді:&lt;br /&gt;</w:t>
        <w:br/>
        <w:t>Чи плед з позументом, чи бурка космата —&lt;br /&gt;</w:t>
        <w:br/>
        <w:t>Однаково, тільки б любити солдата.&lt;br /&gt;</w:t>
        <w:br/>
        <w:t>Тра-ла-ла, тра-ла-ла,&lt;br /&gt;</w:t>
        <w:br/>
        <w:t>Любити солдата!</w:t>
      </w:r>
    </w:p>
    <w:p>
      <w:r>
        <w:br/>
        <w:t>Скінчилась війна — і в старці я пішла,&lt;br /&gt;</w:t>
        <w:br/>
        <w:t>На ярмарку хлопця свого я знайшла:&lt;br /&gt;</w:t>
        <w:br/>
        <w:t>За славний мундир, хоч над латою лата,&lt;br /&gt;</w:t>
        <w:br/>
        <w:t>Я знову свого полюбила солдата.&lt;br /&gt;</w:t>
        <w:br/>
        <w:t>Тра-ла-ла, тра-ла-ла,&lt;br /&gt;</w:t>
        <w:br/>
        <w:t>Люблю я солдата!</w:t>
      </w:r>
    </w:p>
    <w:p>
      <w:r>
        <w:br/>
        <w:t>Давно я ходжу, волочусь по краю,&lt;br /&gt;</w:t>
        <w:br/>
        <w:t>Та з радістю й нині співаю і п'ю —&lt;br /&gt;</w:t>
        <w:br/>
        <w:t>I, поки ще держиться чарка піднята,&lt;br /&gt;</w:t>
        <w:br/>
        <w:t>Я п'ю за героя свого, за солдата!&lt;br /&gt;</w:t>
        <w:br/>
        <w:t>Тра-ла-ла, тра-ла-ла,&lt;br /&gt;</w:t>
        <w:br/>
        <w:t>За героя-солдата!</w:t>
      </w:r>
    </w:p>
    <w:p>
      <w:r>
        <w:br/>
        <w:t>*</w:t>
      </w:r>
    </w:p>
    <w:p>
      <w:r>
        <w:br/>
        <w:t>Фігляр в кутку горілку пив,&lt;br /&gt;</w:t>
        <w:br/>
        <w:t>Була з ним любка-ковалиха,&lt;br /&gt;</w:t>
        <w:br/>
        <w:t>Байдужий був їм шум і спів —&lt;br /&gt;</w:t>
        <w:br/>
        <w:t>Вони любов крутили стиха;&lt;br /&gt;</w:t>
        <w:br/>
        <w:t>Та ось наш любас, п'яний з лиха,&lt;br /&gt;</w:t>
        <w:br/>
        <w:t>Дзвінкий цілунок любці дав,&lt;br /&gt;</w:t>
        <w:br/>
        <w:t>Хитаючись, наладив міха,&lt;br /&gt;</w:t>
        <w:br/>
        <w:t>Скрививсь і пісню розпочав:</w:t>
      </w:r>
    </w:p>
    <w:p>
      <w:r>
        <w:br/>
        <w:t>Пісня</w:t>
      </w:r>
    </w:p>
    <w:p>
      <w:r>
        <w:br/>
        <w:t>Розумний дуріє в хмелю,&lt;br /&gt;</w:t>
        <w:br/>
        <w:t>Шахрай строїть дурня на сесії;&lt;br /&gt;</w:t>
        <w:br/>
        <w:t>Я дурнів таких не люблю,&lt;br /&gt;</w:t>
        <w:br/>
        <w:t>Бо дурень я справжній — з професії.</w:t>
      </w:r>
    </w:p>
    <w:p>
      <w:r>
        <w:br/>
        <w:t>Бабуся мені букваря&lt;br /&gt;</w:t>
        <w:br/>
        <w:t>Купила й послала учитися;&lt;br /&gt;</w:t>
        <w:br/>
        <w:t>Та час тільки згаяв я зря —&lt;br /&gt;</w:t>
        <w:br/>
        <w:t>Щo б дурнем одразу зробитися!</w:t>
      </w:r>
    </w:p>
    <w:p>
      <w:r>
        <w:br/>
        <w:t>Раз бешкет я п'яний вчинив —&lt;br /&gt;</w:t>
        <w:br/>
        <w:t>I руки були мені зв'язані;&lt;br /&gt;</w:t>
        <w:br/>
        <w:t>У церкві дівча зачепив —&lt;br /&gt;</w:t>
        <w:br/>
        <w:t>I вилаяв піп мене в кaзанні.</w:t>
      </w:r>
    </w:p>
    <w:p>
      <w:r>
        <w:br/>
        <w:t>Над блазнем, що крутиться в грі,&lt;br /&gt;</w:t>
        <w:br/>
        <w:t>Ніхто з вас нехай не знущається:&lt;br /&gt;</w:t>
        <w:br/>
        <w:t>Я чув, є такий при дворі —&lt;br /&gt;</w:t>
        <w:br/>
        <w:t>Прем'єром він там називається.</w:t>
      </w:r>
    </w:p>
    <w:p>
      <w:r>
        <w:br/>
        <w:t>Попи — ці людей у церквах&lt;br /&gt;</w:t>
        <w:br/>
        <w:t>Гримасами дурять умілими,&lt;br /&gt;</w:t>
        <w:br/>
        <w:t>Картають веселий наш фах,&lt;br /&gt;</w:t>
        <w:br/>
        <w:t>Щоб хліба у них не відбили ми.</w:t>
      </w:r>
    </w:p>
    <w:p>
      <w:r>
        <w:br/>
        <w:t>Я пісню кінчаю, бо вже&lt;br /&gt;</w:t>
        <w:br/>
        <w:t>Без випивки весь розсихаюся:&lt;br /&gt;</w:t>
        <w:br/>
        <w:t>Хто дурість в собі береже —&lt;br /&gt;</w:t>
        <w:br/>
        <w:t>Дурніший за нас, присягаюся!</w:t>
      </w:r>
    </w:p>
    <w:p>
      <w:r>
        <w:br/>
        <w:t>*</w:t>
      </w:r>
    </w:p>
    <w:p>
      <w:r>
        <w:br/>
        <w:t>Тут встала бaбище завзята,&lt;br /&gt;</w:t>
        <w:br/>
        <w:t>Що потихеньку грошенята&lt;br /&gt;</w:t>
        <w:br/>
        <w:t>З чужих кишень таскати знала,&lt;br /&gt;</w:t>
        <w:br/>
        <w:t>За що й у воду потрапляла.</w:t>
      </w:r>
    </w:p>
    <w:p>
      <w:r>
        <w:br/>
        <w:t>Вона любила горянuна,&lt;br /&gt;</w:t>
        <w:br/>
        <w:t>Але в петлі повис хлопчина!&lt;br /&gt;</w:t>
        <w:br/>
        <w:t>З зітханням, хлипом почина&lt;br /&gt;</w:t>
        <w:br/>
        <w:t>Його оплакувать вона.</w:t>
      </w:r>
    </w:p>
    <w:p>
      <w:r>
        <w:br/>
        <w:t>Пісня</w:t>
      </w:r>
    </w:p>
    <w:p>
      <w:r>
        <w:br/>
        <w:t>Був горянин у мене Джон,&lt;br /&gt;</w:t>
        <w:br/>
        <w:t>Він зневажав долин закон,&lt;br /&gt;</w:t>
        <w:br/>
        <w:t>Гірського клану вірний син&lt;br /&gt;</w:t>
        <w:br/>
        <w:t>Був славний Джон мій, горянин.</w:t>
      </w:r>
    </w:p>
    <w:p>
      <w:r>
        <w:br/>
        <w:t>Так слався, слався, смілий Джон,&lt;br /&gt;</w:t>
        <w:br/>
        <w:t>Мій горянин, одважний Джон!&lt;br /&gt;</w:t>
        <w:br/>
        <w:t>Усіх долин, усіх сторон&lt;br /&gt;</w:t>
        <w:br/>
        <w:t>Красою був безстрашний Джон!</w:t>
      </w:r>
    </w:p>
    <w:p>
      <w:r>
        <w:br/>
        <w:t>Горянська юбка, плед легкий,&lt;br /&gt;</w:t>
        <w:br/>
        <w:t>Меч біля боку, сам стрункий,&lt;br /&gt;</w:t>
        <w:br/>
        <w:t>Серця жіночі у полон&lt;br /&gt;</w:t>
        <w:br/>
        <w:t>Брав горянин, одважний Джон!</w:t>
      </w:r>
    </w:p>
    <w:p>
      <w:r>
        <w:br/>
        <w:t>Так слався, слався і т. д.</w:t>
      </w:r>
    </w:p>
    <w:p>
      <w:r>
        <w:br/>
        <w:t>Блукали ми, де Спей і Твід,&lt;br /&gt;</w:t>
        <w:br/>
        <w:t>Не знали ми турбот і бід,&lt;br /&gt;</w:t>
        <w:br/>
        <w:t>Бо не боявсь людей з долин&lt;br /&gt;</w:t>
        <w:br/>
        <w:t>Мій славний Джон, мій горянин.</w:t>
      </w:r>
    </w:p>
    <w:p>
      <w:r>
        <w:br/>
        <w:t>Так слався, слався і т. д.</w:t>
      </w:r>
    </w:p>
    <w:p>
      <w:r>
        <w:br/>
        <w:t>Та у вигнання він пішов!&lt;br /&gt;</w:t>
        <w:br/>
        <w:t>Коли ж усе заквітло знов,&lt;br /&gt;</w:t>
        <w:br/>
        <w:t>Пробравсь назад через кордон&lt;br /&gt;</w:t>
        <w:br/>
        <w:t>В мої обійми смілий Джон.</w:t>
      </w:r>
    </w:p>
    <w:p>
      <w:r>
        <w:br/>
        <w:t>Так слався, слався, і т. д.</w:t>
      </w:r>
    </w:p>
    <w:p>
      <w:r>
        <w:br/>
        <w:t>Але спіймали Джона, ох!&lt;br /&gt;</w:t>
        <w:br/>
        <w:t>Замкнули Джона в темний льох!&lt;br /&gt;</w:t>
        <w:br/>
        <w:t>Всім ворогам, катам проклін!&lt;br /&gt;</w:t>
        <w:br/>
        <w:t>Повис мій Джон, мій горянин!</w:t>
      </w:r>
    </w:p>
    <w:p>
      <w:r>
        <w:br/>
        <w:t>Так слався, слався і т. д.</w:t>
      </w:r>
    </w:p>
    <w:p>
      <w:r>
        <w:br/>
        <w:t>Тепер ходжу з села в село,&lt;br /&gt;</w:t>
        <w:br/>
        <w:t>Тужу за щастям, що пройшло.&lt;br /&gt;</w:t>
        <w:br/>
        <w:t>Вина, вина! Як темний сон,&lt;br /&gt;</w:t>
        <w:br/>
        <w:t>Життя без тебе, любий Джон!</w:t>
      </w:r>
    </w:p>
    <w:p>
      <w:r>
        <w:br/>
        <w:t>Так слався, слався і т. д.</w:t>
      </w:r>
    </w:p>
    <w:p>
      <w:r>
        <w:br/>
        <w:t>*</w:t>
      </w:r>
    </w:p>
    <w:p>
      <w:r>
        <w:br/>
        <w:t>Скрипаль із скрипкою в руках,&lt;br /&gt;</w:t>
        <w:br/>
        <w:t>Що всюди грав по ярмарках,&lt;br /&gt;</w:t>
        <w:br/>
        <w:t>Товсту вдову вподобав — страх!&lt;br /&gt;</w:t>
        <w:br/>
        <w:t>Хоч не до пари&lt;br /&gt;</w:t>
        <w:br/>
        <w:t>Їй зростом, але в серце шлях&lt;br /&gt;</w:t>
        <w:br/>
        <w:t>Пробили чари.</w:t>
      </w:r>
    </w:p>
    <w:p>
      <w:r>
        <w:br/>
        <w:t>Уперся в бік, лице підняв,&lt;br /&gt;</w:t>
        <w:br/>
        <w:t>Тихенько гаму проспівав —&lt;br /&gt;</w:t>
        <w:br/>
        <w:t>Одну, дві, три — і після вправ,&lt;br /&gt;</w:t>
        <w:br/>
        <w:t>Надувши воло,&lt;br /&gt;</w:t>
        <w:br/>
        <w:t>Він allegretto заспівав&lt;br /&gt;</w:t>
        <w:br/>
        <w:t>Бравурне соло.</w:t>
      </w:r>
    </w:p>
    <w:p>
      <w:r>
        <w:br/>
        <w:t>Пісня</w:t>
      </w:r>
    </w:p>
    <w:p>
      <w:r>
        <w:br/>
        <w:t>Не плач, не плач, ходім зі мною,&lt;br /&gt;</w:t>
        <w:br/>
        <w:t>Тебе я втішу й заспокою,&lt;br /&gt;</w:t>
        <w:br/>
        <w:t>Об землю вдаримо журбою,&lt;br /&gt;</w:t>
        <w:br/>
        <w:t>А решту к бісу пошлемо!</w:t>
      </w:r>
    </w:p>
    <w:p>
      <w:r>
        <w:br/>
        <w:t>Я по професії скрипаль,&lt;br /&gt;</w:t>
        <w:br/>
        <w:t>Я граю,— й струн мені не жаль,&lt;br /&gt;</w:t>
        <w:br/>
        <w:t>Жінкам розгоню я печаль,&lt;br /&gt;</w:t>
        <w:br/>
        <w:t>А решту к бісу посилаю!</w:t>
      </w:r>
    </w:p>
    <w:p>
      <w:r>
        <w:br/>
        <w:t>Ми будем скрізь, де брага ллється,&lt;br /&gt;</w:t>
        <w:br/>
        <w:t>Де смачно їсться, смачно п'ється,&lt;br /&gt;</w:t>
        <w:br/>
        <w:t>Де й лихо з нами засміється,&lt;br /&gt;</w:t>
        <w:br/>
        <w:t>А решту к бісу пошлемо!</w:t>
      </w:r>
    </w:p>
    <w:p>
      <w:r>
        <w:br/>
        <w:t>Я по професії скрипаль і т. д.</w:t>
      </w:r>
    </w:p>
    <w:p>
      <w:r>
        <w:br/>
        <w:t>Ми будем кості обгризати,&lt;br /&gt;</w:t>
        <w:br/>
        <w:t>Весь день на сонечку лежати,&lt;br /&gt;</w:t>
        <w:br/>
        <w:t>А як захочеться — співати,&lt;br /&gt;</w:t>
        <w:br/>
        <w:t>А решту к бісу пошлемо!</w:t>
      </w:r>
    </w:p>
    <w:p>
      <w:r>
        <w:br/>
        <w:t>Я по професії скрипаль і т. д.</w:t>
      </w:r>
    </w:p>
    <w:p>
      <w:r>
        <w:br/>
        <w:t>Лише моєю стань, мій раю!&lt;br /&gt;</w:t>
        <w:br/>
        <w:t>I, поки я на скрипку граю,&lt;br /&gt;</w:t>
        <w:br/>
        <w:t>Я голод, холод — все здолаю,&lt;br /&gt;</w:t>
        <w:br/>
        <w:t>А решту к бісу пошлемо!</w:t>
      </w:r>
    </w:p>
    <w:p>
      <w:r>
        <w:br/>
        <w:t>Я по професії скрипаль і т. д.</w:t>
      </w:r>
    </w:p>
    <w:p>
      <w:r>
        <w:br/>
        <w:t>*</w:t>
      </w:r>
    </w:p>
    <w:p>
      <w:r>
        <w:br/>
        <w:t>Але й коваль піддався їй:&lt;br /&gt;</w:t>
        <w:br/>
        <w:t>Він скрипаля-біднягу&lt;br /&gt;</w:t>
        <w:br/>
        <w:t>Схопив за бороду й мерщій&lt;br /&gt;</w:t>
        <w:br/>
        <w:t>Іржаву витяг шпагу —&lt;br /&gt;</w:t>
        <w:br/>
        <w:t>I заприсягся нанизать,&lt;br /&gt;</w:t>
        <w:br/>
        <w:t>Мов каплуна, на крицю,&lt;br /&gt;</w:t>
        <w:br/>
        <w:t>Як не покине спокушать&lt;br /&gt;</w:t>
        <w:br/>
        <w:t>Привабливу вдовицю.</w:t>
      </w:r>
    </w:p>
    <w:p>
      <w:r>
        <w:br/>
        <w:t>Поблід скрипаль, почувши це,&lt;br /&gt;</w:t>
        <w:br/>
        <w:t>Присів на п'яти з ляку —&lt;br /&gt;</w:t>
        <w:br/>
        <w:t>Й так жалібно скривив лице,&lt;br /&gt;</w:t>
        <w:br/>
        <w:t>Що здобрив розбишаку.&lt;br /&gt;</w:t>
        <w:br/>
        <w:t>Як той обняв її, удав&lt;br /&gt;</w:t>
        <w:br/>
        <w:t>(Хоч сльози стримав ледве),&lt;br /&gt;</w:t>
        <w:br/>
        <w:t>Що посміхнувся у рукав&lt;br /&gt;</w:t>
        <w:br/>
        <w:t>На слово ковалеве.</w:t>
      </w:r>
    </w:p>
    <w:p>
      <w:r>
        <w:br/>
        <w:t>Пісня</w:t>
      </w:r>
    </w:p>
    <w:p>
      <w:r>
        <w:br/>
        <w:t>Красо моя, ти бачиш, я&lt;br /&gt;</w:t>
        <w:br/>
        <w:t>Із майстрового клана:&lt;br /&gt;</w:t>
        <w:br/>
        <w:t>Я всюди гість, де посуд єсть,&lt;br /&gt;</w:t>
        <w:br/>
        <w:t>Де є каструля драна.</w:t>
      </w:r>
    </w:p>
    <w:p>
      <w:r>
        <w:br/>
        <w:t>Я гроші брав і поступав&lt;br /&gt;</w:t>
        <w:br/>
        <w:t>До короля в солдати,&lt;br /&gt;</w:t>
        <w:br/>
        <w:t>А тільки ніч, тікав я пріч —&lt;br /&gt;</w:t>
        <w:br/>
        <w:t>Знов казани латати.</w:t>
      </w:r>
    </w:p>
    <w:p>
      <w:r>
        <w:br/>
        <w:t>Я гроші брав і поступав і т. д.</w:t>
      </w:r>
    </w:p>
    <w:p>
      <w:r>
        <w:br/>
        <w:t>На скрипалів, на стрибунів&lt;br /&gt;</w:t>
        <w:br/>
        <w:t>Наплюй, моє кохання,&lt;br /&gt;</w:t>
        <w:br/>
        <w:t>Пристань до тих, що люблять міх,&lt;br /&gt;</w:t>
        <w:br/>
        <w:t>Що люблять майстрування!</w:t>
      </w:r>
    </w:p>
    <w:p>
      <w:r>
        <w:br/>
        <w:t>Клянусь вином! Клянусь горном!&lt;br /&gt;</w:t>
        <w:br/>
        <w:t>Як будеш нещаслива,&lt;br /&gt;</w:t>
        <w:br/>
        <w:t>Хай все життя промучусь я&lt;br /&gt;</w:t>
        <w:br/>
        <w:t>Без віскі і без пива!</w:t>
      </w:r>
    </w:p>
    <w:p>
      <w:r>
        <w:br/>
        <w:t>Клянусь вином! Клянусь горном!.. і т. д.</w:t>
      </w:r>
    </w:p>
    <w:p>
      <w:r>
        <w:br/>
        <w:t>*</w:t>
      </w:r>
    </w:p>
    <w:p>
      <w:r>
        <w:br/>
        <w:t>На заклик баба ковалів&lt;br /&gt;</w:t>
        <w:br/>
        <w:t>Здалась, не знати чом:&lt;br /&gt;</w:t>
        <w:br/>
        <w:t>Чи Купідон її схилив,&lt;br /&gt;</w:t>
        <w:br/>
        <w:t>Чи здолана вином.&lt;br /&gt;</w:t>
        <w:br/>
        <w:t>Сер Скрипка знову осмілів:&lt;br /&gt;</w:t>
        <w:br/>
        <w:t>Він знову за столом —&lt;br /&gt;</w:t>
        <w:br/>
        <w:t>I безтурботно задзвенів&lt;br /&gt;</w:t>
        <w:br/>
        <w:t>Пляшками їм обом&lt;br /&gt;</w:t>
        <w:br/>
        <w:t>За їх здоров'я на ніч.</w:t>
      </w:r>
    </w:p>
    <w:p>
      <w:r>
        <w:br/>
        <w:t>Ще не одну метке хлоп'я&lt;br /&gt;</w:t>
        <w:br/>
        <w:t>Пустило стрілку з лука:&lt;br /&gt;</w:t>
        <w:br/>
        <w:t>Вже Скрипка іншу забавля&lt;br /&gt;</w:t>
        <w:br/>
        <w:t>Забулася розлука!&lt;br /&gt;</w:t>
        <w:br/>
        <w:t>Та зір кривого хазяя,&lt;br /&gt;</w:t>
        <w:br/>
        <w:t>Гомерового внука,&lt;br /&gt;</w:t>
        <w:br/>
        <w:t>Їх постеріг: на скрипаля&lt;br /&gt;</w:t>
        <w:br/>
        <w:t>Той налетів, як щука,&lt;br /&gt;</w:t>
        <w:br/>
        <w:t>I вилаяв їх на ніч.</w:t>
      </w:r>
    </w:p>
    <w:p>
      <w:r>
        <w:br/>
        <w:t>То був п'яниця і гультяй,&lt;br /&gt;</w:t>
        <w:br/>
        <w:t>Що Вакхові молився;&lt;br /&gt;</w:t>
        <w:br/>
        <w:t>Хоч злигодні дістав на пай,&lt;br /&gt;</w:t>
        <w:br/>
        <w:t>Та Долі не корився;&lt;br /&gt;</w:t>
        <w:br/>
        <w:t>Він знав одно лиш: наливай!&lt;br /&gt;</w:t>
        <w:br/>
        <w:t>До чарки лиш хилився,&lt;br /&gt;</w:t>
        <w:br/>
        <w:t>Лише в розгулі бачив рай —&lt;br /&gt;</w:t>
        <w:br/>
        <w:t>I от, натхненний, звівся&lt;br /&gt;</w:t>
        <w:br/>
        <w:t>I заспівав їм на ніч.</w:t>
      </w:r>
    </w:p>
    <w:p>
      <w:r>
        <w:br/>
        <w:t>Пісня</w:t>
      </w:r>
    </w:p>
    <w:p>
      <w:r>
        <w:br/>
        <w:t>Я не співак на панський смак,&lt;br /&gt;</w:t>
        <w:br/>
        <w:t>Для дам та кавалерів,&lt;br /&gt;</w:t>
        <w:br/>
        <w:t>Та людський рій на голос мій&lt;br /&gt;</w:t>
        <w:br/>
        <w:t>Летить, як на Гомерів.</w:t>
      </w:r>
    </w:p>
    <w:p>
      <w:r>
        <w:br/>
        <w:t>I що б не приключилось,&lt;br /&gt;</w:t>
        <w:br/>
        <w:t>I як би там не сталось —&lt;br /&gt;</w:t>
        <w:br/>
        <w:t>Одна пішла — біда мала! —&lt;br /&gt;</w:t>
        <w:br/>
        <w:t>Ще дві мені зосталось.</w:t>
      </w:r>
    </w:p>
    <w:p>
      <w:r>
        <w:br/>
        <w:t>Я муз не знав, не заглядав&lt;br /&gt;</w:t>
        <w:br/>
        <w:t>У течію киплячу;&lt;br /&gt;</w:t>
        <w:br/>
        <w:t>У цім вині на самім дні&lt;br /&gt;</w:t>
        <w:br/>
        <w:t>Свій Гелікон я бачу.</w:t>
      </w:r>
    </w:p>
    <w:p>
      <w:r>
        <w:br/>
        <w:t>I що б не приключилось... і т. д.</w:t>
      </w:r>
    </w:p>
    <w:p>
      <w:r>
        <w:br/>
        <w:t>Хвалу красі співають всі —&lt;br /&gt;</w:t>
        <w:br/>
        <w:t>I я в загальнім хорі;&lt;br /&gt;</w:t>
        <w:br/>
        <w:t>Та смертний гріх красунь усіх&lt;br /&gt;</w:t>
        <w:br/>
        <w:t>Я бачу в непокорі.</w:t>
      </w:r>
    </w:p>
    <w:p>
      <w:r>
        <w:br/>
        <w:t>I що б не приключилось... і т. д.</w:t>
      </w:r>
    </w:p>
    <w:p>
      <w:r>
        <w:br/>
        <w:t>Зведе на час кохання нас —&lt;br /&gt;</w:t>
        <w:br/>
        <w:t>Втішаймось якомога!&lt;br /&gt;</w:t>
        <w:br/>
        <w:t>А пролетить щаслива мить —&lt;br /&gt;</w:t>
        <w:br/>
        <w:t>Туди їй і дорога!</w:t>
      </w:r>
    </w:p>
    <w:p>
      <w:r>
        <w:br/>
        <w:t>I що б не приключилось... і т. д.</w:t>
      </w:r>
    </w:p>
    <w:p>
      <w:r>
        <w:br/>
        <w:t>Од їхніх штук набравсь я мук&lt;br /&gt;</w:t>
        <w:br/>
        <w:t>I в дурні пошивався;&lt;br /&gt;</w:t>
        <w:br/>
        <w:t>А дур пройшов — я з ними знов&lt;br /&gt;</w:t>
        <w:br/>
        <w:t>Кохаюсь, як кохався.</w:t>
      </w:r>
    </w:p>
    <w:p>
      <w:r>
        <w:br/>
        <w:t>I що б не приключилось... і т. д.</w:t>
      </w:r>
    </w:p>
    <w:p>
      <w:r>
        <w:br/>
        <w:t>*</w:t>
      </w:r>
    </w:p>
    <w:p>
      <w:r>
        <w:br/>
        <w:t>I ледве стих веселий спів,&lt;br /&gt;</w:t>
        <w:br/>
        <w:t>Як схвальний гук з усіх ротів&lt;br /&gt;</w:t>
        <w:br/>
        <w:t>Струснув корчму — і от&lt;br /&gt;</w:t>
        <w:br/>
        <w:t>Всі віддають свої торби,&lt;br /&gt;</w:t>
        <w:br/>
        <w:t>Зривають лахи з пліч, аби&lt;br /&gt;</w:t>
        <w:br/>
        <w:t>Зросити спраглий рот.</w:t>
      </w:r>
    </w:p>
    <w:p>
      <w:r>
        <w:br/>
        <w:t>I всі кричать, уставши з лав&lt;br /&gt;</w:t>
        <w:br/>
        <w:t>Крізь горілчаний чад,&lt;br /&gt;</w:t>
        <w:br/>
        <w:t>Щоб він згадав і проспівав&lt;br /&gt;</w:t>
        <w:br/>
        <w:t>Найкращу із балад.</w:t>
      </w:r>
    </w:p>
    <w:p>
      <w:r>
        <w:br/>
        <w:t>Веселий, він звівся&lt;br /&gt;</w:t>
        <w:br/>
        <w:t>Між двох своїх Дебор,&lt;br /&gt;</w:t>
        <w:br/>
        <w:t>А натовп аж трусився,&lt;br /&gt;</w:t>
        <w:br/>
        <w:t>Щоб швидше грянув хор.</w:t>
      </w:r>
    </w:p>
    <w:p>
      <w:r>
        <w:br/>
        <w:t>Пісня</w:t>
      </w:r>
    </w:p>
    <w:p>
      <w:r>
        <w:br/>
        <w:t>Глянь на келихи шумливі,&lt;br /&gt;</w:t>
        <w:br/>
        <w:t>На торби й на лахи глянь —&lt;br /&gt;</w:t>
        <w:br/>
        <w:t>I в єдиному пориві&lt;br /&gt;</w:t>
        <w:br/>
        <w:t>Цей веселий приспів грянь!</w:t>
      </w:r>
    </w:p>
    <w:p>
      <w:r>
        <w:br/>
        <w:t>К бісу всіх закону друзів!&lt;br /&gt;</w:t>
        <w:br/>
        <w:t>Воле радісна, живи!&lt;br /&gt;</w:t>
        <w:br/>
        <w:t>Всі суди — для боягузів,&lt;br /&gt;</w:t>
        <w:br/>
        <w:t>Для попів стоять церкви!</w:t>
      </w:r>
    </w:p>
    <w:p>
      <w:r>
        <w:br/>
        <w:t>Титул, скарб — для нас дурниця,&lt;br /&gt;</w:t>
        <w:br/>
        <w:t>Добра слава — звук пустий.&lt;br /&gt;</w:t>
        <w:br/>
        <w:t>Хочеш пить і веселиться?&lt;br /&gt;</w:t>
        <w:br/>
        <w:t>Не роздумуй, тільки пий!</w:t>
      </w:r>
    </w:p>
    <w:p>
      <w:r>
        <w:br/>
        <w:t>К бісу всіх закону друзів... і т. д.</w:t>
      </w:r>
    </w:p>
    <w:p>
      <w:r>
        <w:br/>
        <w:t>Ми блукаєм по країні,&lt;br /&gt;</w:t>
        <w:br/>
        <w:t>Ми брехнею живемо,&lt;br /&gt;</w:t>
        <w:br/>
        <w:t>А вночі в соломі, в сіні&lt;br /&gt;</w:t>
        <w:br/>
        <w:t>Із коханками спимо.</w:t>
      </w:r>
    </w:p>
    <w:p>
      <w:r>
        <w:br/>
        <w:t>К бісу всіх закону друзів... і т. д.</w:t>
      </w:r>
    </w:p>
    <w:p>
      <w:r>
        <w:br/>
        <w:t>Наше щастя перехоже&lt;br /&gt;</w:t>
        <w:br/>
        <w:t>Невідоме для вельмож,&lt;br /&gt;</w:t>
        <w:br/>
        <w:t>I не знає шлюбне ложе&lt;br /&gt;</w:t>
        <w:br/>
        <w:t>Божевілля наших лож.</w:t>
      </w:r>
    </w:p>
    <w:p>
      <w:r>
        <w:br/>
        <w:t>К бісу всіх закону друзів... і т. д.</w:t>
      </w:r>
    </w:p>
    <w:p>
      <w:r>
        <w:br/>
        <w:t>Світ — коловерть, мішаниця,&lt;br /&gt;</w:t>
        <w:br/>
        <w:t>Та бродягам що у тім?&lt;br /&gt;</w:t>
        <w:br/>
        <w:t>Хай огуди той боїться,&lt;br /&gt;</w:t>
        <w:br/>
        <w:t>В кого є сім'я і дім.</w:t>
      </w:r>
    </w:p>
    <w:p>
      <w:r>
        <w:br/>
        <w:t>К бісу всіх закону друзів... і т. д.</w:t>
      </w:r>
    </w:p>
    <w:p>
      <w:r>
        <w:br/>
        <w:t>Хай живуть торби й жебрацтво&lt;br /&gt;</w:t>
        <w:br/>
        <w:t>I корчми гостинна сінь!&lt;br /&gt;</w:t>
        <w:br/>
        <w:t>Хай живе бездомне братство!&lt;br /&gt;</w:t>
        <w:br/>
        <w:t>Як один гукнім: амінь!</w:t>
      </w:r>
    </w:p>
    <w:p>
      <w:r>
        <w:br/>
        <w:t>К бісу всіх закону друзів!&lt;br /&gt;</w:t>
        <w:br/>
        <w:t>Воле радісна, живи!&lt;br /&gt;</w:t>
        <w:br/>
        <w:t>Всі суди — для боягузів,&lt;br /&gt;</w:t>
        <w:br/>
        <w:t>Для попів стоять церкви!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Веселі жебраки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