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Веселе слово</w:t>
      </w:r>
    </w:p>
    <w:p>
      <w:r>
        <w:br/>
        <w:t xml:space="preserve"> Добре слово настрій, дух підносить;&lt;br /&gt;</w:t>
        <w:br/>
        <w:t>забувати, друже мій, не варто,&lt;br /&gt;</w:t>
        <w:br/>
        <w:t>що для настрою і жарту досить&lt;br /&gt;</w:t>
        <w:br/>
        <w:t>просто теплого людського жарту.</w:t>
      </w:r>
    </w:p>
    <w:p>
      <w:r>
        <w:br/>
        <w:t>Як народ веселе слово творить?&lt;br /&gt;</w:t>
        <w:br/>
        <w:t>Ось по кризі йде дідок бровастий,&lt;br /&gt;</w:t>
        <w:br/>
        <w:t>зустрічає дядька і говорить:&lt;br /&gt;</w:t>
        <w:br/>
        <w:t>— Де б оце його отут упасти?</w:t>
      </w:r>
    </w:p>
    <w:p>
      <w:r>
        <w:br/>
        <w:t>Дядько теж боїться посковзнутись,&lt;br /&gt;</w:t>
        <w:br/>
        <w:t>але йти йому уже певніше.&lt;br /&gt;</w:t>
        <w:br/>
        <w:t>Не минув нагоди усміхнутись:&lt;br /&gt;</w:t>
        <w:br/>
        <w:t>— Та вже падайте, де вам зручніше...</w:t>
      </w:r>
    </w:p>
    <w:p>
      <w:r>
        <w:br/>
        <w:t>І обидва розсміялись гучно:&lt;br /&gt;</w:t>
        <w:br/>
        <w:t>ковзанку пройшли благополучно.&lt;br /&gt;</w:t>
        <w:br/>
        <w:t>Ось улітку (квіти на газонах),&lt;br /&gt;</w:t>
        <w:br/>
        <w:t>сміючись, біжать дівчата юні,&lt;br /&gt;</w:t>
        <w:br/>
        <w:t>будівельниці в комбінезонах,&lt;br /&gt;</w:t>
        <w:br/>
        <w:t>крейдою оббризкані красуні.</w:t>
      </w:r>
    </w:p>
    <w:p>
      <w:r>
        <w:br/>
        <w:t>І за мить уже шпаркі дівчата&lt;br /&gt;</w:t>
        <w:br/>
        <w:t>вносять козли крізь скляні дверини.&lt;br /&gt;</w:t>
        <w:br/>
        <w:t>Й тут же Мотря, дівчина завзята,&lt;br /&gt;</w:t>
        <w:br/>
        <w:t>блиснула очима в бік Марини:</w:t>
      </w:r>
    </w:p>
    <w:p>
      <w:r>
        <w:br/>
        <w:t>— Як би це розбити шибок зо три?&lt;br /&gt;</w:t>
        <w:br/>
        <w:t>Ти заходь, Марино, звідсіля ось... —&lt;br /&gt;</w:t>
        <w:br/>
        <w:t>А Марина їй: — Та бачиш, Мотре,&lt;br /&gt;</w:t>
        <w:br/>
        <w:t>я ж оце й сама вже націляюсь.</w:t>
      </w:r>
    </w:p>
    <w:p>
      <w:r>
        <w:br/>
        <w:t>І обидві розсміялись гучно:&lt;br /&gt;</w:t>
        <w:br/>
        <w:t>козли пронесли благополучно...</w:t>
      </w:r>
    </w:p>
    <w:p>
      <w:r>
        <w:br/>
        <w:t>Ти звертав увагу, друже милий,&lt;br /&gt;</w:t>
        <w:br/>
        <w:t>що таке в житті веселе слово?&lt;br /&gt;</w:t>
        <w:br/>
        <w:t>Гумор надає людині сили,&lt;br /&gt;</w:t>
        <w:br/>
        <w:t>коли в серці сяє веселкове.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Веселе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