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Весела людина</w:t>
      </w:r>
    </w:p>
    <w:p>
      <w:r>
        <w:br/>
        <w:t xml:space="preserve"> &lt;p&gt;Малюнок</w:t>
      </w:r>
    </w:p>
    <w:p>
      <w:r>
        <w:br/>
        <w:t>Часи прийому в N-ській шахтарській лікарні надходили до краю. В дожидальні зосталося скількось жінок з немовлятами на руках та якась бабуся з пісним обличчям і єхидними швидкими очима, зодягнена в чорне і досить чепурно. Вона щось жваво, але з побожним виглядом, оповідала молодицям, а ті з великим зацікавленням дивилися їй просто в вічі й уважно слухали, пороззявлявши роти. За наліводчиненими дверима прийомної чулось одноманітне — ні тобі плач, ні тобі гудіння хворої дитини.</w:t>
      </w:r>
    </w:p>
    <w:p>
      <w:r>
        <w:br/>
        <w:t>Лікаря ще не було, і хворих обдивлявся фельдшер, Іван Семенович Смалець, з ротних, людина підстаркувата, але веселої й рухливої вдачі: чи то він уже такий зроду був безжурний, чи, може, то від того, що ніколи, як кажуть, не висихав, бо щодня, з самісенького ранку, від його тхнуло горілчаним духом. Другий фельдшер, молодий, Гаврило Каюченко, в сей час ходив по палатах, обдивляючись стаціонарних, доручивши всіх амбулаторних Іванові Семеновичу. Лікар завжди з'являвся під кінець прийому і то тільки заради того, аби покепкувати з підпилого Смальця й настроїтись перед обідом на веселий лад.</w:t>
      </w:r>
    </w:p>
    <w:p>
      <w:r>
        <w:br/>
        <w:t>— Еге, душко, дванадцять разів до Києва й тричі до Єрусалима,— бубоніла побожна бабуся, і голос її одбивався гучною луною по великій порожній дожидальні.— Привів Господь милосердний. Теперечки, душко, я спокійна, спокійна за свою душеньку і не боюся вмерти, живу — дожидаюся, коли Господь покличе до себе. Живу та тільки Богу молюся, і нічого поганого ніколи й на думку не спадає, де б не була, що б не почула,— поганого душа не приймає, бо денно й нічно думкою бесідує з янголами. Стоїш святом у служби Божої, нікого не видиш біля себе, чуєш тільки святі глаголи та божественне пєніє, а як замовкне, то прислухаєшся й чуєш, як святі янголи Божії коло вуха тільки — пурх-пурх-пурх, як метелики коло квіточки...</w:t>
      </w:r>
    </w:p>
    <w:p>
      <w:r>
        <w:br/>
        <w:t>З прийомної висунулася Смальцева червона пика з величезним розпухлим носом і настобурченими зжовташпакуватими вусами. Пика вишкірила гнилі чорні зуби й лукаво посміхнулася, сховавши зморшками невеличкі змутнілі очі.</w:t>
      </w:r>
    </w:p>
    <w:p>
      <w:r>
        <w:br/>
        <w:t>— То, бабуню люба, чорти.</w:t>
      </w:r>
    </w:p>
    <w:p>
      <w:r>
        <w:br/>
        <w:t>Бабусю ніби хто шилом штрикнув. Вона схопилася зовсім не по-старечому й плюнула розлютовано.</w:t>
      </w:r>
    </w:p>
    <w:p>
      <w:r>
        <w:br/>
        <w:t>— Пху-пху!.. А стонадцять чортів тобі на язик, тидоле!..</w:t>
      </w:r>
    </w:p>
    <w:p>
      <w:r>
        <w:br/>
        <w:t>Пика насупилась.</w:t>
      </w:r>
    </w:p>
    <w:p>
      <w:r>
        <w:br/>
        <w:t>— Ну-ну, ти не той... Се тобі не балаган шахтарський, а присутствіє.</w:t>
      </w:r>
    </w:p>
    <w:p>
      <w:r>
        <w:br/>
        <w:t>— Пху!.. Хай же тобі дідько з твоїми ліками, п'янице невірний.</w:t>
      </w:r>
    </w:p>
    <w:p>
      <w:r>
        <w:br/>
        <w:t>Бабуся, не попрощавшись, хутко вийшла, а задоволений Смалець вернувся до прийомної кінчати Прийом.</w:t>
      </w:r>
    </w:p>
    <w:p>
      <w:r>
        <w:br/>
        <w:t>На ганку купчилося чоловіка з дванадцятеро робітників-шахтарів, несміливо зазираючи іноді в дожидальню. Вони чекали, поки скінчиться прийом хворих і прийде лікар, щоб обдивитись і їх, чи годяться вони стати до роботи на шахті. В дожидальню ввійшов Каюченко і, побачивши їх крізь відчинені на ганок двері, закликав у кімнату. Човгаючи чобітьми по цементовій підлозі й гучно сякаючи носи, вони навшпинячки один за одним увійшли в дожидальню й посідали мовчки на гратчастих лавах біля крашених сірою фарбою стін.</w:t>
      </w:r>
    </w:p>
    <w:p>
      <w:r>
        <w:br/>
        <w:t>Каюченко ввійшов у прийомну.</w:t>
      </w:r>
    </w:p>
    <w:p>
      <w:r>
        <w:br/>
        <w:t>— Нема ще пана? — звернувся він до Івана Семеновича.— Се вже чорт батька зна що! — обурено знизав він плечима й сів на цератову канапу коло столу.</w:t>
      </w:r>
    </w:p>
    <w:p>
      <w:r>
        <w:br/>
        <w:t>Іван Семенович хахикнув.</w:t>
      </w:r>
    </w:p>
    <w:p>
      <w:r>
        <w:br/>
        <w:t>— А ви не той... не гарячіться, бо се шкодить і відбивається на вашому красному личку. Панночки перестануть залицятись.</w:t>
      </w:r>
    </w:p>
    <w:p>
      <w:r>
        <w:br/>
        <w:t>Він знову зареготався п'яним слинявим смішком і сів на канапу поруч Каюченка. В задимілих пальцях його чадила смердюча мокра цигарка, котру він те й робив, що запалював, щоразу опікаючись і присмалюючи довгі, руді під носом, вуси.</w:t>
      </w:r>
    </w:p>
    <w:p>
      <w:r>
        <w:br/>
        <w:t>— Ви, маєте собі, людина надто нетерпляча. Молоде, хи-хи-хи!.. Ви беріть зразок з мене...</w:t>
      </w:r>
    </w:p>
    <w:p>
      <w:r>
        <w:br/>
        <w:t>І Смалець нахидився, повернувши голову й зазираючи Каюченкові в вічі.</w:t>
      </w:r>
    </w:p>
    <w:p>
      <w:r>
        <w:br/>
        <w:t>— Ат, відчепіться! — кинув Каюченко, підвівся з канапи й підійшов до відчиненого вікна.</w:t>
      </w:r>
    </w:p>
    <w:p>
      <w:r>
        <w:br/>
        <w:t>— Чого ж — відчепіться! Ви, по-моєму... не вішайте носа й не кипіть.</w:t>
      </w:r>
    </w:p>
    <w:p>
      <w:r>
        <w:br/>
        <w:t>Смалець підняв голову, насупив брови, простяг уперед руку, ніби готуючись управляти півчими, замахав нею й тоненьким тремтячим тенором заверещав: "Плавающего, москалю, в білім кожусі по калюжі, з кораблем потопляема гріхи"... Хи-хи-хи! Се на сьомий глас...</w:t>
      </w:r>
    </w:p>
    <w:p>
      <w:r>
        <w:br/>
        <w:t>Каюченко через плече подивився на нього напівзневажливо, усміхнувся й повернув голову знову до вікна.</w:t>
      </w:r>
    </w:p>
    <w:p>
      <w:r>
        <w:br/>
        <w:t>— А що? Не подобається? Ну, то я вам "П'ять Хом" заспіваю. Ви знаєте "П'ять Хом"? Не знаєте? Хи-хи-хи! Як же ж так!.. Се, маєте собі...</w:t>
      </w:r>
    </w:p>
    <w:p>
      <w:r>
        <w:br/>
        <w:t>— Слухайте, облиште краще,—повернувся раптом Каюченко.</w:t>
      </w:r>
    </w:p>
    <w:p>
      <w:r>
        <w:br/>
        <w:t>— Не любите? А Микола Оверкович уподобав... Се з канону.</w:t>
      </w:r>
    </w:p>
    <w:p>
      <w:r>
        <w:br/>
        <w:t>— Облиште... Що подумають люди,— Каюченко махнув рукою на двері в дожидальню.— Замість того, щоб швидше відпустити їх, ви їм наспівуєте якісь ідіотські вигадки. Я більш не ждатиму. Чи се ж порядок? Дванадцять коли гуло, а він не ізволить і носа показати.</w:t>
      </w:r>
    </w:p>
    <w:p>
      <w:r>
        <w:br/>
        <w:t>Каюченко заходив по кімнаті, нервово куйовдлячи своє пишне волосся, а Смалець тихо хахикав, позираючи на його обурення.</w:t>
      </w:r>
    </w:p>
    <w:p>
      <w:r>
        <w:br/>
        <w:t>— Воля начальства, братику, нічого не попишеш. Скільки не кипи, а буде так, як пан лікар, Микола Оверкович Висоцький, забажає. Отже, маєте собі...</w:t>
      </w:r>
    </w:p>
    <w:p>
      <w:r>
        <w:br/>
        <w:t>— Що ви мені плещете — воля начальства! Де його сумління? Я не розумію, як можна спокійно почувати, що десь там люди тебе ждуть не діждуться...</w:t>
      </w:r>
    </w:p>
    <w:p>
      <w:r>
        <w:br/>
        <w:t>— Люди, братику, підождуть. На те й начальство, щоб його підождали який раз.</w:t>
      </w:r>
    </w:p>
    <w:p>
      <w:r>
        <w:br/>
        <w:t>— Та навіщо ж? Та ще якби се тільки раз-другий, а то щоразу отаке. Нічого не розумію.</w:t>
      </w:r>
    </w:p>
    <w:p>
      <w:r>
        <w:br/>
        <w:t>Каюченко знизав плечима, плюнув у куток і знову заходив по прийомній.</w:t>
      </w:r>
    </w:p>
    <w:p>
      <w:r>
        <w:br/>
        <w:t>— Видко одразу, юначе, що ви не зазнали військової муштри і в субординації не тямите й крихотки.</w:t>
      </w:r>
    </w:p>
    <w:p>
      <w:r>
        <w:br/>
        <w:t>— На мою думку,— гримав, не слухаючи, Каюченко,— коли тобі важко, то ліпше ти зовсім не ходи, однаково з тебе пуття як із позаторішнього снігу.</w:t>
      </w:r>
    </w:p>
    <w:p>
      <w:r>
        <w:br/>
        <w:t>— Е, ні, се, маєте собі, ви помилились, братику. Микола Оверкович — людина хоч і весела, а досвідчена. Ви не знаєте, а я знаю. Служив з ним, коли він був повітовим. Ось я вам розкажу, стривайте... Требушили ми якось одного сердегу в Михайлівці. Цілу зиму під снігом вилежав, та вже мужички, виїхавши в степ орати, знайшли його. Смерділо, вибачайте, від нього так, що становий та слідуватель на півгін одійшли вбік. А Микола Оверкович... хи-хи-хи!.. аж нічогісенько. Закотив рукава по самі лікті, скинувши сурдута, ріже собі та ще й нікелює з панів: "Що,— каже,— одійшли осторонь? Хіба не подобається? А мені,— каже,— байдуже. Ось понюхайте". Набере просто з кендюха в жменю, сам нюхає й їм простягає. Хи-хи-хи!.. Ні, не кажіть, людина він досвідчена. А що весела, то й нікуди. От тільки не любить таких молодих та гарячих, як ви.</w:t>
      </w:r>
    </w:p>
    <w:p>
      <w:r>
        <w:br/>
        <w:t>— Знаю, що не любить. Ще б пак! Поліцейська душа, хазяйський наймит!..— лаявся Каюченко.</w:t>
      </w:r>
    </w:p>
    <w:p>
      <w:r>
        <w:br/>
        <w:t>— Не слухаю, не слухаю! — дригав ногами Смалець і затулив уха.</w:t>
      </w:r>
    </w:p>
    <w:p>
      <w:r>
        <w:br/>
        <w:t>— Він собі висипляється десь після карт, а робітники — жди. Від самісенького ранку товчуться попід вікнами. Досі животи людям попідводило...</w:t>
      </w:r>
    </w:p>
    <w:p>
      <w:r>
        <w:br/>
        <w:t>З дожидальні справді чулося іноді то кашель, то важке зітхання, що скидалося більш на стогін, то тиха, несмілива розмова. Терпляче ждали робітники, поки обдивляться їх у лікарні й дадуть потрібного задля того, щоб стати до роботи на шахті, квитка: "Годиться, мовляв, не всі ще жили вимотано на інших шахтах".</w:t>
      </w:r>
    </w:p>
    <w:p>
      <w:r>
        <w:br/>
        <w:t>Смалець перестав змагатись; він сидів байдужно на канапі й гудів під ніс якусь псальму, насмішкувато позираючи на Каюченка, котрий знов підійшов до вікна й уперся в нього своїм зажуреним поглядом. Зараз за парканом на залізниці пихкотів і посвистував невеличкий метушливий паровозик — "кукушка", розпихаючи по шахтах порожні вагони під вугіль; бігав од стрілки до стрілки стрілочник, підносячи часом до вуст мідяного ріжка й випираючи з нього пронизливі, неприємні згуки — гасла для машиніста; метушився поміж вагонами, не жаліючи власного животіння, одважний зцепщик. Сіяло сонечко, цвіли вишні в присадку під лікарнею, цвіріньчали горобці, десь вигукувала дітвора. Хотілося вийти геть з сієї нудної, смердючої кімнати, та ніяково було глянути в вічі тим, що сиділи в дожидальні.</w:t>
      </w:r>
    </w:p>
    <w:p>
      <w:r>
        <w:br/>
        <w:t>— Пху! — плюнув Каюченко й повернувся.</w:t>
      </w:r>
    </w:p>
    <w:p>
      <w:r>
        <w:br/>
        <w:t>Смалець почав дослухатись.</w:t>
      </w:r>
    </w:p>
    <w:p>
      <w:r>
        <w:br/>
        <w:t>— Цссс...— засичав він, вип'явшись усім тілом наперед і піднявши палець.— Здається, прийшов?.. Авжеж, з'явився.</w:t>
      </w:r>
    </w:p>
    <w:p>
      <w:r>
        <w:br/>
        <w:t>В дожидальні заворушилося. Смалець прожогом вилетів з прийомної і ввесь обернувся в запобігливу усмішку, вітаючи лікаря, Миколу Оверковича Висоцького.</w:t>
      </w:r>
    </w:p>
    <w:p>
      <w:r>
        <w:br/>
        <w:t>Лікар поволі, не поспішаючись, входив одчиненими дверима, гримаючи чогось на служителя. В дожидальні він обережно скинув пальто, потім бриля і все се передав Смальцеві, котрий зустрів його ще на порозі, потім тричі перехрестився в куток до великого образа.</w:t>
      </w:r>
    </w:p>
    <w:p>
      <w:r>
        <w:br/>
        <w:t>— А-а, вже зібралися, товариші, хе-хе-хе! — привітав він робітників, котрі повставали і з острахом позирали на нього.— Здрастуйте!</w:t>
      </w:r>
    </w:p>
    <w:p>
      <w:r>
        <w:br/>
        <w:t>— Хи-хи-хи! — захрипів за ним Смалець, повертаючись з прийомної з порожніми руками.— Зібрались, пане лікарю.</w:t>
      </w:r>
    </w:p>
    <w:p>
      <w:r>
        <w:br/>
        <w:t>— Так точно, ваше благородіє! Давно ждемо,— загомоніли робітники.</w:t>
      </w:r>
    </w:p>
    <w:p>
      <w:r>
        <w:br/>
        <w:t>— Од самого, сказать, ранку.</w:t>
      </w:r>
    </w:p>
    <w:p>
      <w:r>
        <w:br/>
        <w:t>— Ну-ну,— насупився лікар,— невеликі пани. Ото — ждемо. Чи я вас силував ждати? Було б не ждати, кому завгодно.</w:t>
      </w:r>
    </w:p>
    <w:p>
      <w:r>
        <w:br/>
        <w:t>— Та хто ж каже?.. Звісно,..</w:t>
      </w:r>
    </w:p>
    <w:p>
      <w:r>
        <w:br/>
        <w:t>— Нужда силує... Хіба ми на вас.</w:t>
      </w:r>
    </w:p>
    <w:p>
      <w:r>
        <w:br/>
        <w:t>— Хе-хе-хе! Спасибі, спасибі. А я думав, боронь Боже, на мене. Та так же перелякався, хе-хе-хе!</w:t>
      </w:r>
    </w:p>
    <w:p>
      <w:r>
        <w:br/>
        <w:t>— Хи-хи-хи! — окселентував Смалець, забігаючи то з одного, то з другого боку.</w:t>
      </w:r>
    </w:p>
    <w:p>
      <w:r>
        <w:br/>
        <w:t>— Даруйте, панове" що забарився,— додав лікар, низенько вклонившись і ледве втримуючи сміх. Смалець реготав, як божевільний, хапаючись за живіт і присідаючи.— Більш ніколи сього не буде, от їй же Богу! А то я й справді думав, &amp;lsquo;що на мене, та так же перелякався, хе-хе-хе!</w:t>
      </w:r>
    </w:p>
    <w:p>
      <w:r>
        <w:br/>
        <w:t>— Та так же перелякався,— мурмотів він, входячи із Смальцем до прийомної.</w:t>
      </w:r>
    </w:p>
    <w:p>
      <w:r>
        <w:br/>
        <w:t>Робітники поглянули один на одного, потоптались ще трохи на місці й посідали мовчки, не тямлячи, що з паном.</w:t>
      </w:r>
    </w:p>
    <w:p>
      <w:r>
        <w:br/>
        <w:t>— Добридень, юначе! — звернувся лікар до Каюченка.— Чого се ви засмутились? Оженилися, чи що? Хе-хехе!.. Чули?</w:t>
      </w:r>
    </w:p>
    <w:p>
      <w:r>
        <w:br/>
        <w:t>Каюченко муркнув "добридень".</w:t>
      </w:r>
    </w:p>
    <w:p>
      <w:r>
        <w:br/>
        <w:t>— Зовсім були перелякали товариші, хе-хе-хе!..</w:t>
      </w:r>
    </w:p>
    <w:p>
      <w:r>
        <w:br/>
        <w:t>Лікар сів, витяг з кишені золоту цигарницю й запалив цигарку сірничком, що запобігливо витер йому Смалець. Глянувши зненацька на Смальців ніс, лікар покотився з реготу; шкода було дивитись, як тіпалося йому черево й почервоніла товста шия, а одутла пика з великими сивими вусами двигтіла й сопла, мов циганський міх.</w:t>
      </w:r>
    </w:p>
    <w:p>
      <w:r>
        <w:br/>
        <w:t>Смалець не второпав одразу, чого то лікар регочеться, і вирячив здивовано на нього свої баньки, а потім і собі почав поштиво підхахикувати.</w:t>
      </w:r>
    </w:p>
    <w:p>
      <w:r>
        <w:br/>
        <w:t>— Хе-хе-хе! — хрипів Микола Оверкович.— Чого тобі, Смальцю, носа розперло? В пику хто затопив?</w:t>
      </w:r>
    </w:p>
    <w:p>
      <w:r>
        <w:br/>
        <w:t>Смалець ухопив себе за носа, ніби хотів упевнитись, що він на місці. А ніс його, ізсиня-червоний, і справді мав незвичайний вигляд і нагадував синій баклажан.</w:t>
      </w:r>
    </w:p>
    <w:p>
      <w:r>
        <w:br/>
        <w:t>— Хи-хи-хи! Се все віспа, пане лікарю,— відповів Смалець.</w:t>
      </w:r>
    </w:p>
    <w:p>
      <w:r>
        <w:br/>
        <w:t>— Що?</w:t>
      </w:r>
    </w:p>
    <w:p>
      <w:r>
        <w:br/>
        <w:t>— Віспа... віспа прищепилася.</w:t>
      </w:r>
    </w:p>
    <w:p>
      <w:r>
        <w:br/>
        <w:t>— Віспа? На носі?</w:t>
      </w:r>
    </w:p>
    <w:p>
      <w:r>
        <w:br/>
        <w:t>Лікар аж рота роззявив від несподіванки.</w:t>
      </w:r>
    </w:p>
    <w:p>
      <w:r>
        <w:br/>
        <w:t>— Еге. І прийнялася, капосна, добре прийнялася.</w:t>
      </w:r>
    </w:p>
    <w:p>
      <w:r>
        <w:br/>
        <w:t>Каюченкові обридла ся комедія.</w:t>
      </w:r>
    </w:p>
    <w:p>
      <w:r>
        <w:br/>
        <w:t>— Кликати робітників, чи що? — звернувся він до лікаря.— Люди ж чекають.</w:t>
      </w:r>
    </w:p>
    <w:p>
      <w:r>
        <w:br/>
        <w:t>— Ні, стривайте. Навіщо ж ти прищепив?</w:t>
      </w:r>
    </w:p>
    <w:p>
      <w:r>
        <w:br/>
        <w:t>— Вона сама прищепилася,— знову захахикав Смалець.</w:t>
      </w:r>
    </w:p>
    <w:p>
      <w:r>
        <w:br/>
        <w:t>— От тобі й маєш! Як сама?.. Нічого не второпаю.</w:t>
      </w:r>
    </w:p>
    <w:p>
      <w:r>
        <w:br/>
        <w:t>— Отже ж, прищепилася.</w:t>
      </w:r>
    </w:p>
    <w:p>
      <w:r>
        <w:br/>
        <w:t>— Та що там довго говорити,— промовив Каюченко,— він недавно щепив дітям віспу, а потім довбав, мабуть, пальцем у носі, не побанивши рук, та вдряпнув і прищепив собі віспу.</w:t>
      </w:r>
    </w:p>
    <w:p>
      <w:r>
        <w:br/>
        <w:t>Лікар знову здригнувся від реготу.</w:t>
      </w:r>
    </w:p>
    <w:p>
      <w:r>
        <w:br/>
        <w:t>— Не розумію, чому тут сміятись,— спалахнув Каюченко.</w:t>
      </w:r>
    </w:p>
    <w:p>
      <w:r>
        <w:br/>
        <w:t>— А як же не сміятися? У носі віспу прищепив.</w:t>
      </w:r>
    </w:p>
    <w:p>
      <w:r>
        <w:br/>
        <w:t>— На мене... я б його й близько не підпускав до хворого.</w:t>
      </w:r>
    </w:p>
    <w:p>
      <w:r>
        <w:br/>
        <w:t>— Овва! — повернувся до нього Смалець.— Який ти великорозумний!</w:t>
      </w:r>
    </w:p>
    <w:p>
      <w:r>
        <w:br/>
        <w:t>— Сьогодня собі прищепив віспу через свою неохайність, а завтра кому-небудь прищепить ще яку хворобу,— хвилювався Каюченко.</w:t>
      </w:r>
    </w:p>
    <w:p>
      <w:r>
        <w:br/>
        <w:t>— Овва! — визвірився на нього Смалець.— Не дав Бог жабі хвоста.</w:t>
      </w:r>
    </w:p>
    <w:p>
      <w:r>
        <w:br/>
        <w:t>— Ну, дурне... годі вам! Що ж тут такого? Собі ж шкоду зробив,— мирив їх лікар,— не кому іншому. Та й скільки тієї шкоди. Навпаки, на мій погляд, з побільшеного розміру його й без того не маленького-таки носа, вид йому має тепер якийсь більш поважний вигляд.</w:t>
      </w:r>
    </w:p>
    <w:p>
      <w:r>
        <w:br/>
        <w:t>Микола Оверкович знову зайшовся від реготу.</w:t>
      </w:r>
    </w:p>
    <w:p>
      <w:r>
        <w:br/>
        <w:t>— Кликатиму шахтарів чи ні? — промовив Каюченко й підвівся.— Вам, Миколо Оверковичу, треба ще зайти в палату до пошесних, бо Трегубові Макарові зовсім кепсько, чи й виживе до завтрього.</w:t>
      </w:r>
    </w:p>
    <w:p>
      <w:r>
        <w:br/>
        <w:t>— Ат, відчепіться ви з ними!.. Валяй, Смальцю, "П'ять Хом"!</w:t>
      </w:r>
    </w:p>
    <w:p>
      <w:r>
        <w:br/>
        <w:t>— Можна... А ти, хлопче, проте, не будь свинею,— не вгамовувався Смалець.— Бачили ми таких.</w:t>
      </w:r>
    </w:p>
    <w:p>
      <w:r>
        <w:br/>
        <w:t>— "П'ять Хом", кажу, співай,— тупнув ногою Микола Оверкович.</w:t>
      </w:r>
    </w:p>
    <w:p>
      <w:r>
        <w:br/>
        <w:t>— "Согрішихом, беззаконовахом"... Подумаєш, велика цяця! Не пускав би він...</w:t>
      </w:r>
    </w:p>
    <w:p>
      <w:r>
        <w:br/>
        <w:t>— Ну-ну, се ж тільки два "Хоми",— сміявся лікар...</w:t>
      </w:r>
    </w:p>
    <w:p>
      <w:r>
        <w:br/>
        <w:t>"... Неправдовахом перед тобою",— провадив далі Смалець.</w:t>
      </w:r>
    </w:p>
    <w:p>
      <w:r>
        <w:br/>
        <w:t>Каюченко плюнув і одійшов до вікна.</w:t>
      </w:r>
    </w:p>
    <w:p>
      <w:r>
        <w:br/>
        <w:t>— Не подобається?.. Аякже, так ми на тебе й подивилися. А отсієї не хочеш? Се наша медицинська: "Тілі-тілі, хамамілі, арніці-арніці, спеціерум гвайїці, гумірабі-ці?!" — вивів Смалець просто над вухо Каюченкові останні ноти на манір дяка в церкві.</w:t>
      </w:r>
    </w:p>
    <w:p>
      <w:r>
        <w:br/>
        <w:t>Каюченко мовчав і, насупившись, дивився у вікно. Пробило годину. З передпокою почулося нетерпляче човгання чобіт по цементовій підлозі й кашляння.</w:t>
      </w:r>
    </w:p>
    <w:p>
      <w:r>
        <w:br/>
        <w:t>Нарешті лікареві набридло сміятись.</w:t>
      </w:r>
    </w:p>
    <w:p>
      <w:r>
        <w:br/>
        <w:t>— Клич,— звелів він Смальцеві.</w:t>
      </w:r>
    </w:p>
    <w:p>
      <w:r>
        <w:br/>
        <w:t>Той відхилив двері в дожидальню й кивнув робітникам пальцем. Всі посунули до нього.</w:t>
      </w:r>
    </w:p>
    <w:p>
      <w:r>
        <w:br/>
        <w:t>— Не всі, не всі, не напирай! Чого прешся! Двох давай.</w:t>
      </w:r>
    </w:p>
    <w:p>
      <w:r>
        <w:br/>
        <w:t>В прийомну ввійшло двоє робітників: один підстаркуватий, виснажений шахтар, другий молодий, ставний, але худорлявий парубок з відбитком лякливості на виду, що свідчила про брак завзяття й практичного розуму, без котрого кепсько приходиться робітникові в житті.</w:t>
      </w:r>
    </w:p>
    <w:p>
      <w:r>
        <w:br/>
        <w:t>— Що, земляче, ще N-ського хліба забажалося скоштувати? — звернувся до підстаркуватого лікар.</w:t>
      </w:r>
    </w:p>
    <w:p>
      <w:r>
        <w:br/>
        <w:t>— Точно так, ваше благородіє,— відповів той.— Такое діло. Привичноє, сказать, занятіє.</w:t>
      </w:r>
    </w:p>
    <w:p>
      <w:r>
        <w:br/>
        <w:t>— Ну, то роздягайся ж. Обдивимося, чи ще годишся. Може, з тебе робітник, як з клоччя батіг.</w:t>
      </w:r>
    </w:p>
    <w:p>
      <w:r>
        <w:br/>
        <w:t>— Ніт, зачим так, ваше благородіє, ми до всього можемо,— говорив шахтар, скидаючи сорочку,— чи в шахту, чи за сторожа.</w:t>
      </w:r>
    </w:p>
    <w:p>
      <w:r>
        <w:br/>
        <w:t>— Роздягайся й ти! — гримнув Смалець на парубка, що стояв біля дверей, оглядаючи кімнату.— Чого вершу роззявив?</w:t>
      </w:r>
    </w:p>
    <w:p>
      <w:r>
        <w:br/>
        <w:t>Парубок злякано глянув на Смальця, спинив на мить погляд на його носі й заметушився, роздягаючись. Лікар, почепивши на носа окуляри, почав оглядати підстаркуватого з усіх боків: мацав ребра, тикав пальцем у живіт, зазирав у рот, у вічі, щось записував у велику книгу на столі.</w:t>
      </w:r>
    </w:p>
    <w:p>
      <w:r>
        <w:br/>
        <w:t>— Ану, юначе,— звернувся він до Каюченка,— дізнайтесь, чи добре він бачить. Щось наче очі в нього не теє...</w:t>
      </w:r>
    </w:p>
    <w:p>
      <w:r>
        <w:br/>
        <w:t>— Зачим, ваше благородіє! Очі як очі, все в плепорцію,— відповів шахтар і, на виду йому промайнула тривога.</w:t>
      </w:r>
    </w:p>
    <w:p>
      <w:r>
        <w:br/>
        <w:t>— Годі, годі,— в плепорцію. Ти краще скажи, як звуть тебе? — промовив лікар, сідаючи на канапу і лагодячись писати квитка.</w:t>
      </w:r>
    </w:p>
    <w:p>
      <w:r>
        <w:br/>
        <w:t>— Гаврило.</w:t>
      </w:r>
    </w:p>
    <w:p>
      <w:r>
        <w:br/>
        <w:t>— Гав-рило?.. А-а!.. То в тебе два ймення: собаче й свиняче.</w:t>
      </w:r>
    </w:p>
    <w:p>
      <w:r>
        <w:br/>
        <w:t>Смалець скажено зареготав, а шахтар стояв, нічого не розуміючи.</w:t>
      </w:r>
    </w:p>
    <w:p>
      <w:r>
        <w:br/>
        <w:t>— А на прізвище?</w:t>
      </w:r>
    </w:p>
    <w:p>
      <w:r>
        <w:br/>
        <w:t>— Синько, ваше благородіє.</w:t>
      </w:r>
    </w:p>
    <w:p>
      <w:r>
        <w:br/>
        <w:t>— Так, Синько,— записував лікар,— Гав-рило Синько. Так, так, два ймення: Гав — собаче, рило — свиняче.</w:t>
      </w:r>
    </w:p>
    <w:p>
      <w:r>
        <w:br/>
        <w:t>Каюченко обурився:</w:t>
      </w:r>
    </w:p>
    <w:p>
      <w:r>
        <w:br/>
        <w:t>— Ви, пане лікарю, хоч би зважили на те, що тут іще декого звуть Гаврилом. Се ж... я не знаю, як і назвати.</w:t>
      </w:r>
    </w:p>
    <w:p>
      <w:r>
        <w:br/>
        <w:t>Микола Оверкович глянув на Каюченка поверх окулярів. Смалець пирхнув у жменю.</w:t>
      </w:r>
    </w:p>
    <w:p>
      <w:r>
        <w:br/>
        <w:t>— Ах, так... Вибачайте, їй же Богу, забув, що й ви Гаврило. Ну-ну, чи добре він бачить?</w:t>
      </w:r>
    </w:p>
    <w:p>
      <w:r>
        <w:br/>
        <w:t>— Ви грамотні? — спитав Каюченко шахтаря.</w:t>
      </w:r>
    </w:p>
    <w:p>
      <w:r>
        <w:br/>
        <w:t>— Точно так, ази знаю.</w:t>
      </w:r>
    </w:p>
    <w:p>
      <w:r>
        <w:br/>
        <w:t>— То йдіть же сюди,— покликав його фельдшер, поставив спиною до вікна, сам одійшов до дверей і, показуючи пальцем на табличку, що висіла на стіні, питав:</w:t>
      </w:r>
    </w:p>
    <w:p>
      <w:r>
        <w:br/>
        <w:t>— Яка се літера?</w:t>
      </w:r>
    </w:p>
    <w:p>
      <w:r>
        <w:br/>
        <w:t>— Ши,— відповідав йому шахтар.</w:t>
      </w:r>
    </w:p>
    <w:p>
      <w:r>
        <w:br/>
        <w:t>— А отсе?</w:t>
      </w:r>
    </w:p>
    <w:p>
      <w:r>
        <w:br/>
        <w:t>— Ри.</w:t>
      </w:r>
    </w:p>
    <w:p>
      <w:r>
        <w:br/>
        <w:t>— "Ри"... Вже й скаже,— кинув лікар, обдивляючись парубчака.— Хіба ж так?</w:t>
      </w:r>
    </w:p>
    <w:p>
      <w:r>
        <w:br/>
        <w:t>— Як знаємо, так і говоримо, ваше благородіє. А як воно для нашого діла ні до чого, то нам і байдуже.</w:t>
      </w:r>
    </w:p>
    <w:p>
      <w:r>
        <w:br/>
        <w:t>— Се, положим, ти правду кажеш. З вас, як дуже грамотний, так або прахвост, або забастовщик... сволоч, значить.</w:t>
      </w:r>
    </w:p>
    <w:p>
      <w:r>
        <w:br/>
        <w:t>— Точно так, ваше благородіє. Ніт, будьте спокійні, ми до сього нікоторого пристрастія не іміємо.</w:t>
      </w:r>
    </w:p>
    <w:p>
      <w:r>
        <w:br/>
        <w:t>— Так, так, і гаразд робиш. На тобі квитка. Годишся, куди вгодно.</w:t>
      </w:r>
    </w:p>
    <w:p>
      <w:r>
        <w:br/>
        <w:t>— Покорно благодарим, ваше благородіє.</w:t>
      </w:r>
    </w:p>
    <w:p>
      <w:r>
        <w:br/>
        <w:t>Шахтар взяв квитка, а лікар всю увагу звернув на парубка.</w:t>
      </w:r>
    </w:p>
    <w:p>
      <w:r>
        <w:br/>
        <w:t>— Що се тобі, парубче, живота підвело, ніби ти тиждень не їв?</w:t>
      </w:r>
    </w:p>
    <w:p>
      <w:r>
        <w:br/>
        <w:t>Парубок злякано подивився на лікаря.</w:t>
      </w:r>
    </w:p>
    <w:p>
      <w:r>
        <w:br/>
        <w:t>— Чого дивишся? Живота, кажу, підвело,— і Микола Оверкович ткнув його пальцем в живіт.</w:t>
      </w:r>
    </w:p>
    <w:p>
      <w:r>
        <w:br/>
        <w:t>Парубок хитнувся й промовив пошепки:</w:t>
      </w:r>
    </w:p>
    <w:p>
      <w:r>
        <w:br/>
        <w:t>— Охляв... два дні не їв...</w:t>
      </w:r>
    </w:p>
    <w:p>
      <w:r>
        <w:br/>
        <w:t>— Охляв,— перекривив лікар.— Якби не тинялися з шахти на шахту, а трималися місця, то й не охляв би. Де до сього робив?</w:t>
      </w:r>
    </w:p>
    <w:p>
      <w:r>
        <w:br/>
        <w:t>— На Семенівській.</w:t>
      </w:r>
    </w:p>
    <w:p>
      <w:r>
        <w:br/>
        <w:t>— За віщо прогнали?</w:t>
      </w:r>
    </w:p>
    <w:p>
      <w:r>
        <w:br/>
        <w:t>— Сам кинув.</w:t>
      </w:r>
    </w:p>
    <w:p>
      <w:r>
        <w:br/>
        <w:t>— Сам?.. Ой, брешеш ти! По очах бачу, що брешеш.</w:t>
      </w:r>
    </w:p>
    <w:p>
      <w:r>
        <w:br/>
        <w:t>— Молоде, сказано...— додав старий шахтар.</w:t>
      </w:r>
    </w:p>
    <w:p>
      <w:r>
        <w:br/>
        <w:t>— А ти мовчи і не втручайся, коли не питаються,— визвірився на нього лікар.— Молоде... Все й лихо від сих молодих... Ану, як очі у нього? — кинув він Каюченкові.— Так здоровий, як віл. Ти грамотний?</w:t>
      </w:r>
    </w:p>
    <w:p>
      <w:r>
        <w:br/>
        <w:t>— Грамотний.</w:t>
      </w:r>
    </w:p>
    <w:p>
      <w:r>
        <w:br/>
        <w:t>— Я ж кажу, що так.— Микола Оверкович ще раз з підозрінням подивився поверх окулярів на парубка.</w:t>
      </w:r>
    </w:p>
    <w:p>
      <w:r>
        <w:br/>
        <w:t>Каюченко поставив і сього, як першого, до вікна спиною і, показуючи на літери, питав:</w:t>
      </w:r>
    </w:p>
    <w:p>
      <w:r>
        <w:br/>
        <w:t>— Се що?</w:t>
      </w:r>
    </w:p>
    <w:p>
      <w:r>
        <w:br/>
        <w:t>— Ю.</w:t>
      </w:r>
    </w:p>
    <w:p>
      <w:r>
        <w:br/>
        <w:t>— А се?</w:t>
      </w:r>
    </w:p>
    <w:p>
      <w:r>
        <w:br/>
        <w:t>— Ер.</w:t>
      </w:r>
    </w:p>
    <w:p>
      <w:r>
        <w:br/>
        <w:t>— А се?</w:t>
      </w:r>
    </w:p>
    <w:p>
      <w:r>
        <w:br/>
        <w:t>— Ен.</w:t>
      </w:r>
    </w:p>
    <w:p>
      <w:r>
        <w:br/>
        <w:t>Микола Оверкович підвів од столу голову й вороже подивився на парубка, насупивши брови.</w:t>
      </w:r>
    </w:p>
    <w:p>
      <w:r>
        <w:br/>
        <w:t>— Иш ти... Та ти, бачу, професор. Хм... "Ер"... "єн"... хе! Одразу видно, що з тих...</w:t>
      </w:r>
    </w:p>
    <w:p>
      <w:r>
        <w:br/>
        <w:t>Парубок дивився на нього переляканими очима, нічого не розуміючи.</w:t>
      </w:r>
    </w:p>
    <w:p>
      <w:r>
        <w:br/>
        <w:t>— Ну, зодягайся, хлопче, та йди собі на всі чотири. Годі тобі стовбичити.</w:t>
      </w:r>
    </w:p>
    <w:p>
      <w:r>
        <w:br/>
        <w:t>— А... а... квитка? — промовив глухим голосом робітник.</w:t>
      </w:r>
    </w:p>
    <w:p>
      <w:r>
        <w:br/>
        <w:t>— Квитка?.. Хм... не буде тобі квитка: ти — хорий.</w:t>
      </w:r>
    </w:p>
    <w:p>
      <w:r>
        <w:br/>
        <w:t>Каюченко здивовано знизав плечима.</w:t>
      </w:r>
    </w:p>
    <w:p>
      <w:r>
        <w:br/>
        <w:t>— Та ви ж самі зараз казали,-— з серцем звернувся він до лікаря,— що парубок здоровий, як віл, а бачить він як слід.</w:t>
      </w:r>
    </w:p>
    <w:p>
      <w:r>
        <w:br/>
        <w:t>— Не ваше діло,— похмуро відказав лікар.— Робіть те, що вам велять, а вашої ради ніхто не питає.</w:t>
      </w:r>
    </w:p>
    <w:p>
      <w:r>
        <w:br/>
        <w:t>— Але мені дивно...</w:t>
      </w:r>
    </w:p>
    <w:p>
      <w:r>
        <w:br/>
        <w:t>— Прошу при робітниках, та і взагалі, зо мною не сперечатись,— спалахнув лікар.</w:t>
      </w:r>
    </w:p>
    <w:p>
      <w:r>
        <w:br/>
        <w:t>В прийомній запанувала тиша. Парубок, ледве пересовуючи ноги, підійшов до одежі й почав зодягатись. Видко було, що він не сподівався вийти звідсіля без квитка і що в тім квиткові були всі його сподіванки.</w:t>
      </w:r>
    </w:p>
    <w:p>
      <w:r>
        <w:br/>
        <w:t>— Клич інших,— звелів Микола Оверкович Смальцеві.— А ти хутчій зодягайся та геть звідсіля! Чого повертаєшся, як ведмідь за горобцями?</w:t>
      </w:r>
    </w:p>
    <w:p>
      <w:r>
        <w:br/>
        <w:t>Входили інші робітники по двоє, роздягалися, показували себе з усіх боків. Лікар із Смальцем уважно обдивлялися їх і декому давали квитки, а дехто виходив засмучений, без квитка.</w:t>
      </w:r>
    </w:p>
    <w:p>
      <w:r>
        <w:br/>
        <w:t>Крізь відчинене вікно знадвору почувся гомін, метушня, тривожні свищики "кукушки".</w:t>
      </w:r>
    </w:p>
    <w:p>
      <w:r>
        <w:br/>
        <w:t>Каюченко підійшов до вікна.</w:t>
      </w:r>
    </w:p>
    <w:p>
      <w:r>
        <w:br/>
        <w:t>— А що там таке? — спитав його лікар.</w:t>
      </w:r>
    </w:p>
    <w:p>
      <w:r>
        <w:br/>
        <w:t>— А хто його знає. Либонь, наїхали когось. Може, піти?</w:t>
      </w:r>
    </w:p>
    <w:p>
      <w:r>
        <w:br/>
        <w:t>— Покличуть, як треба буде.— Лікар одкинувся назад на канапі й важко відсапнув.</w:t>
      </w:r>
    </w:p>
    <w:p>
      <w:r>
        <w:br/>
        <w:t>До прийомної вбіг, захекавшись, стрілочник.</w:t>
      </w:r>
    </w:p>
    <w:p>
      <w:r>
        <w:br/>
        <w:t>— Ваше благородіє, людину зарізало.</w:t>
      </w:r>
    </w:p>
    <w:p>
      <w:r>
        <w:br/>
        <w:t>— Де?</w:t>
      </w:r>
    </w:p>
    <w:p>
      <w:r>
        <w:br/>
        <w:t>— "Кукушкою".</w:t>
      </w:r>
    </w:p>
    <w:p>
      <w:r>
        <w:br/>
        <w:t>— А ви ж куди дивилися?.. Що йому там одрізано? Смалець, піди.</w:t>
      </w:r>
    </w:p>
    <w:p>
      <w:r>
        <w:br/>
        <w:t>— Надвоє перерізано. Сам кинувся.</w:t>
      </w:r>
    </w:p>
    <w:p>
      <w:r>
        <w:br/>
        <w:t>— Хто ж то?</w:t>
      </w:r>
    </w:p>
    <w:p>
      <w:r>
        <w:br/>
        <w:t>— Якийсь високий парубок. Вийшов звідсіля, підбіг до "кукушки" й кинувся під колеса. Машиніст не встиг і "кукушки" зупинити.</w:t>
      </w:r>
    </w:p>
    <w:p>
      <w:r>
        <w:br/>
        <w:t>— От сволоч! — вилаявся лікар і гидливо скривився.— Несіть у лікарню. Смалець, піди.</w:t>
      </w:r>
    </w:p>
    <w:p>
      <w:r>
        <w:br/>
        <w:t>Стрілочник і Смалець вийшли.</w:t>
      </w:r>
    </w:p>
    <w:p>
      <w:r>
        <w:br/>
        <w:t>Каюченко повернувся до лікаря й злісно промовив:</w:t>
      </w:r>
    </w:p>
    <w:p>
      <w:r>
        <w:br/>
        <w:t>— Се, запевне, той парубіка, котрому ви не дали квитка.</w:t>
      </w:r>
    </w:p>
    <w:p>
      <w:r>
        <w:br/>
        <w:t>— Ну, то що? — зиркнув на нього лікар.</w:t>
      </w:r>
    </w:p>
    <w:p>
      <w:r>
        <w:br/>
        <w:t>— А то, що ви винуваті.</w:t>
      </w:r>
    </w:p>
    <w:p>
      <w:r>
        <w:br/>
        <w:t>— Як саме?</w:t>
      </w:r>
    </w:p>
    <w:p>
      <w:r>
        <w:br/>
        <w:t>— Він же здоровий і... два дні не їв.</w:t>
      </w:r>
    </w:p>
    <w:p>
      <w:r>
        <w:br/>
        <w:t>Лікар замішався, зняв окуляри й почав їх протирати хусткою до носа.</w:t>
      </w:r>
    </w:p>
    <w:p>
      <w:r>
        <w:br/>
        <w:t>— Хм... хто ж його знав, що він такий... необачний... Я, признаться, подумав, чи не з тих він... із забастовщиків. Дуже великорозумний... Аякже... "ер", "ен"... хм!.. Всі вони здебільшого кажуть: "ри", "ни"... А тепер, знаєте, строго. Сі, дуже вчені, взагалі елемент не того... хм!... Оказія, та й годі...</w:t>
      </w:r>
    </w:p>
    <w:p>
      <w:r>
        <w:br/>
        <w:t>Каюченко взяв бриля, зневажливо зиркнув на лікаря й кинув йому, виходячи з прийомної:</w:t>
      </w:r>
    </w:p>
    <w:p>
      <w:r>
        <w:br/>
        <w:t>— Ех, ви!.. "Ер", "ен"... Коновали ви, а не лікарі, і душа у вас коновальська. Ноги моєї не буде тут більш!..</w:t>
      </w:r>
    </w:p>
    <w:p>
      <w:r>
        <w:br/>
        <w:t>Він люто грюкнув дверима й вийшов.</w:t>
      </w:r>
    </w:p>
    <w:p>
      <w:r>
        <w:br/>
        <w:t>Лікар замислився на мить, заховав окуляри, потім витяг цигарницю й запалив цигарку.</w:t>
      </w:r>
    </w:p>
    <w:p>
      <w:r>
        <w:br/>
        <w:t>1910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Весела людина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