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Вертеп</w:t>
      </w:r>
    </w:p>
    <w:p>
      <w:r>
        <w:br/>
        <w:t xml:space="preserve"> &lt;p&gt;Якраз на святвечір чоловік, жінка і їхній маленький хлопчик їхали на село. До автобуса набилося повно людей, але жінці з дитиною дали місце, і вона, притуливши до себе заспаного синка, тішилася думкою, що вже скоро буде у мами, а там їй найліпше. Чоловік відійшов далі, й жінка повсякчас озиралася на нього й жалібно всміхалась. Ледве допросилася, щоб відвіз її додому. А тепер хмурився і дивився в темне вікно. Хтось тихенько заколядував:</w:t>
      </w:r>
    </w:p>
    <w:p>
      <w:r>
        <w:br/>
        <w:t>Нова радість стала, яка не бувала...</w:t>
      </w:r>
    </w:p>
    <w:p>
      <w:r>
        <w:br/>
        <w:t>А мама ж її знає повно старих колядок, таких гарних, що аж плакати хочеться. І десь поставила зараз в куті "діда", засвітила по всій хаті, аби видно було при святій вечері.</w:t>
      </w:r>
    </w:p>
    <w:p>
      <w:r>
        <w:br/>
        <w:t>Ігорчик розчервонівся, і вона розстебнула його пальтечко. Добре, що спить. Дома вона його погодує. Хай поп’є молочка тепленького з-під корови, бо на тому магазинному навіть сметана не всідається. Їхали люди з її села, і вона занепокоїлась: а як подумають, що вона з чоловіком погано живе, бо він оно стоїть віддалік, ніби чужий. На третьому селі стало вільніше, але чоловік і не думав підійти. Уже місяців зо три він і дивитися на неї не хоче, а дитину бере на руки, мов чужу. Вона вже боялася до нього обзиватись, щоб не вилаяв, але з неї досить того "відстань", аби всю ніч проплакати. Якби хто раніше їй передрік, що чоловік не схоче на неї глянути, а вона буде терпіти, то, певно, плюнула б йому межи очі. А тепер сама винна.</w:t>
      </w:r>
    </w:p>
    <w:p>
      <w:r>
        <w:br/>
        <w:t>Як уже йшли сковзкою дорогою до хати, Ігор прокинувся й заплакав. Вона ніби аж зраділа, защебетала до дитини і подумала, що то все пусте: у неї є Ігорко, а чоловік її не має нікого.</w:t>
      </w:r>
    </w:p>
    <w:p>
      <w:r>
        <w:br/>
        <w:t>Та хіба дитина — то вже твоє? Он її мама... Тато вмер ще три роки тому, і ненька геть сама лишилася на господарстві. А вона, дочка, — в місті. Мама туди не хоче, каже: "Я ще годна робити і вам помагати". Коли в декреті була, охоче з дитиною пожила б в селі, але ж чоловіка треба годувати та обпирати. І хоч плач, хоч скач, а вона вже відірвалась.</w:t>
      </w:r>
    </w:p>
    <w:p>
      <w:r>
        <w:br/>
        <w:t>— Йой, мої діточки приїхали! Хотіла до автобуса вийти, але воду на пироги поставила. Сідайте, дорогі мої гостоньки, до святої вечері!</w:t>
      </w:r>
    </w:p>
    <w:p>
      <w:r>
        <w:br/>
        <w:t>І вже тільки до Ігорчика, тільки до внука. Побавила його, а тоді дочка понесла в другу кімнату — присипляти. Зять сидів за столом байдужий до всього на світі, навіть не глянув на жінку, коли та вернулася й сіла коло нього.</w:t>
      </w:r>
    </w:p>
    <w:p>
      <w:r>
        <w:br/>
        <w:t>Мати урочисто змовила молитву, та очі її лишилися сухими, хоч за звичаєм поставила для тата келишок на тарілці.</w:t>
      </w:r>
    </w:p>
    <w:p>
      <w:r>
        <w:br/>
        <w:t>— Їжте кутю, всього беріть. Чого такі сумні, чи не посварились?</w:t>
      </w:r>
    </w:p>
    <w:p>
      <w:r>
        <w:br/>
        <w:t>— Ні, — видушила з себе жінка. — Тобі здається.</w:t>
      </w:r>
    </w:p>
    <w:p>
      <w:r>
        <w:br/>
        <w:t>— Боронь боже, аби ви сварились. Дитинка ж оно дивиться... Я би того не пережила, якби моя донька була нещасна. Цілий вік набідилася з твоїм татом, цілий вік терпіла.</w:t>
      </w:r>
    </w:p>
    <w:p>
      <w:r>
        <w:br/>
        <w:t>Мати похитала головою та й пішла по вареники.</w:t>
      </w:r>
    </w:p>
    <w:p>
      <w:r>
        <w:br/>
        <w:t>— Я завтра в першу зміну. Мушу їхати, — сказав чоловік. То була неправда. Жінка промовчала, але сльози самі закапали в тарілку. Чоловік схопився за цигарку:</w:t>
      </w:r>
    </w:p>
    <w:p>
      <w:r>
        <w:br/>
        <w:t>— Не реви, мама побачить.</w:t>
      </w:r>
    </w:p>
    <w:p>
      <w:r>
        <w:br/>
        <w:t>— Хай бачить, — схлипнула жінка. — Я думала, підемо нині колядувати. Ми ще з тобою ніколи не ходили...</w:t>
      </w:r>
    </w:p>
    <w:p>
      <w:r>
        <w:br/>
        <w:t>Не договорила, бо вже повернулася мама з повним паруючим горнятком.</w:t>
      </w:r>
    </w:p>
    <w:p>
      <w:r>
        <w:br/>
        <w:t>— Бігме, ти як дитина, — полегшено зітхнув чоловік, і вперше за день очі його полагіднішали. — На другі свята підемо. Я ввечері повернуся по тебе й Ігорка. Ну все, мамо, дякую вам за гостину. Шкода, але мушу їхати, бо завтра в першу зміну.</w:t>
      </w:r>
    </w:p>
    <w:p>
      <w:r>
        <w:br/>
        <w:t>— Овва, ти хіба не міг відпроситися?</w:t>
      </w:r>
    </w:p>
    <w:p>
      <w:r>
        <w:br/>
        <w:t>— Не міг.</w:t>
      </w:r>
    </w:p>
    <w:p>
      <w:r>
        <w:br/>
        <w:t>— Хай їде, мамо. Нині всі б хотіли відпроситися.</w:t>
      </w:r>
    </w:p>
    <w:p>
      <w:r>
        <w:br/>
        <w:t>Чоловік зібрався. Вона й не ворухнулася, коли виходив. Сиділа за столом, заставленим наїдками, і думала про те, що колись без крику й плачу візьме Ігорка і приїде сюди назовсім.</w:t>
      </w:r>
    </w:p>
    <w:p>
      <w:r>
        <w:br/>
        <w:t>— Добре вдома... — не втрималася, зітхнула.</w:t>
      </w:r>
    </w:p>
    <w:p>
      <w:r>
        <w:br/>
        <w:t>— Слухай, доньцю, у твого часом коханки нема? Чого це його вирвало проти ночі до міста?</w:t>
      </w:r>
    </w:p>
    <w:p>
      <w:r>
        <w:br/>
        <w:t>— Нема! Не може такого бути.</w:t>
      </w:r>
    </w:p>
    <w:p>
      <w:r>
        <w:br/>
        <w:t>— Та чи не може? Всі вони однакові. Твій татунцьо до сивого чуба дожив, а гуляв. Ти тільки скажи, я тій суці очі видеру...</w:t>
      </w:r>
    </w:p>
    <w:p>
      <w:r>
        <w:br/>
        <w:t>— Йой, дай мені спокій.</w:t>
      </w:r>
    </w:p>
    <w:p>
      <w:r>
        <w:br/>
        <w:t>— Люди все бачать, а ти пустила хлопа на довгий шнурок, аби робив нам встид на все село.</w:t>
      </w:r>
    </w:p>
    <w:p>
      <w:r>
        <w:br/>
        <w:t>— Мамо, я нічого не знаю і знати не хочу.</w:t>
      </w:r>
    </w:p>
    <w:p>
      <w:r>
        <w:br/>
        <w:t>— То терпи, як я терпіла. А що з того маю? Ти так само нещасна...</w:t>
      </w:r>
    </w:p>
    <w:p>
      <w:r>
        <w:br/>
        <w:t>— Неправда! — відрізала дочка. — Нема в нього коханки. Інакше я б давно його лишила.</w:t>
      </w:r>
    </w:p>
    <w:p>
      <w:r>
        <w:br/>
        <w:t>Вона позбирала брудні тарілки і понесла їх мити. А потім лягла спати.</w:t>
      </w:r>
    </w:p>
    <w:p>
      <w:r>
        <w:br/>
        <w:t>"Нещасна, нещасна..." — тремтіла вона в холодній постелі, але чогось здавалося, ніби не з нею діється таке страшне. Уявлялося, мов сидить після весілля за столом і розмовляє з чоловіком, дивлячись йому в очі. І вони не можуть наговоритися.</w:t>
      </w:r>
    </w:p>
    <w:p>
      <w:r>
        <w:br/>
        <w:t>Знадвору було чути голоси колядників. Ігорчик підросте, і вони будуть обоє колядувати.</w:t>
      </w:r>
    </w:p>
    <w:p>
      <w:r>
        <w:br/>
        <w:t>Жінка задрімала, коли рипнули двері.</w:t>
      </w:r>
    </w:p>
    <w:p>
      <w:r>
        <w:br/>
        <w:t>— Ти спиш? — спитав чоловік, якийсь незвично великий у темряві, ніби ведмідь. — Автобуса не було. Поїду завтра першою ходкою.</w:t>
      </w:r>
    </w:p>
    <w:p>
      <w:r>
        <w:br/>
        <w:t>Голос у нього був зовсім як колись. А жінка засинала і не чула, що він говорив далі, бо була вже не в цьому світі, де всі нещасні, а в якомусь іншому, чистому, незмінному і вічному.</w:t>
      </w:r>
    </w:p>
    <w:p>
      <w:r>
        <w:br/>
        <w:t>Бабина смерть</w:t>
      </w:r>
    </w:p>
    <w:p>
      <w:r>
        <w:br/>
        <w:t>Баба лежала під кожухом на постелі чорній, як земля, і вперто мовчала.</w:t>
      </w:r>
    </w:p>
    <w:p>
      <w:r>
        <w:br/>
        <w:t>— Бабо, чуєте, — ледь не плакала молода фельдшерка, — там вам буде добре. І тепло, і їсти три рази в день будуть давати. Дайте я вас обстрижу, бо з вошами в лікарню не пустять. Машина чекає.</w:t>
      </w:r>
    </w:p>
    <w:p>
      <w:r>
        <w:br/>
        <w:t>У хаті було зимно й неймовірно брудно. Підлогу вкривав грубий шар сміття.</w:t>
      </w:r>
    </w:p>
    <w:p>
      <w:r>
        <w:br/>
        <w:t>— Бабо, чуєте, — просила дівчина, якій все це видавалося лихим сном. — Ви ж тут вмрете з голоду й холоду. У вас же нікого на світі нема. Син знати не хоче. Давали телеграму, а він і не думає приїжджати. Сусідам нема коли за вами дивитися.</w:t>
      </w:r>
    </w:p>
    <w:p>
      <w:r>
        <w:br/>
        <w:t>— Ая, ая, — підтакнула сусідка. — Послухайте дівчину, бо по вас уже хробаки лазять.</w:t>
      </w:r>
    </w:p>
    <w:p>
      <w:r>
        <w:br/>
        <w:t>— Чому ви не дали знати раніше? — тупнула ногою фельдшерка. — Ми б давно її забрали. Маєте під боком стару хвору людину, хіба тяжко було сказати голові сільради?!</w:t>
      </w:r>
    </w:p>
    <w:p>
      <w:r>
        <w:br/>
        <w:t>— Диви, яка мудра знайшлася! Син восени був. Ми йому казали: "А що, як мама вмре?" А він: "То сільрада поховає". Коли в нього серця нема, то в нас має бути? Якби не сусіди, баба вже давно б околіла. Я вже негодна на друге село до сільради ходити. Що не хата, то по одній бабі. Ще трохи, та й півсела буде на цвинтарі.</w:t>
      </w:r>
    </w:p>
    <w:p>
      <w:r>
        <w:br/>
        <w:t>Фельдшерка почервоніла:</w:t>
      </w:r>
    </w:p>
    <w:p>
      <w:r>
        <w:br/>
        <w:t>— Вибачте, я від нервів. Просіть ви, може, вона хоч вас послухає...</w:t>
      </w:r>
    </w:p>
    <w:p>
      <w:r>
        <w:br/>
        <w:t>— Чи ви, Мариню, така пані, аби вас просити? Встидайтеся. У лікарні тепленько, файненько, біла постіль... Бо, бігме, більше вам зупи не принесу!</w:t>
      </w:r>
    </w:p>
    <w:p>
      <w:r>
        <w:br/>
        <w:t>— Що, не зібрали ще бабу? — грюкнув дверима голова сільради. — Не хоче?</w:t>
      </w:r>
    </w:p>
    <w:p>
      <w:r>
        <w:br/>
        <w:t>— Не хоче... — похнюпилася фельдшерка.</w:t>
      </w:r>
    </w:p>
    <w:p>
      <w:r>
        <w:br/>
        <w:t>— Бабо, — приступив до ліжка голова, червоний від морозу, — що ви собі думаєте? У Франції люди замерзають і ніхто їх в лікарню не бере. Вас ще й просити треба. Зараз міліцію приведу: візьмуть вас за ноги й руки і в машину.</w:t>
      </w:r>
    </w:p>
    <w:p>
      <w:r>
        <w:br/>
        <w:t>— Та її спочатку обстригти треба.</w:t>
      </w:r>
    </w:p>
    <w:p>
      <w:r>
        <w:br/>
        <w:t>— То стрижіть, я вам поможу.</w:t>
      </w:r>
    </w:p>
    <w:p>
      <w:r>
        <w:br/>
        <w:t>— Ні, — озвалася тихо стара.</w:t>
      </w:r>
    </w:p>
    <w:p>
      <w:r>
        <w:br/>
        <w:t>— Чуєте, бабо, людям дивно, що ви так на пси зійшли!</w:t>
      </w:r>
    </w:p>
    <w:p>
      <w:r>
        <w:br/>
        <w:t>— Та вона вже від осені лежить. Питали, чи що болить. Казала — ні. Ні, то й ні. Один син вмер ще замолоду, а другий — п’яниця. Питаю: "Може, Мариню, вмирати зібрались?" Каже: "Ні". Ліпше вже вмерти, ніж в такому смороді та бруді жити.</w:t>
      </w:r>
    </w:p>
    <w:p>
      <w:r>
        <w:br/>
        <w:t>Голова потягнув кожух, але баба міцно трималася за край.</w:t>
      </w:r>
    </w:p>
    <w:p>
      <w:r>
        <w:br/>
        <w:t>— Ого! Та ми вас ще на ноги поставимо. Ходіть, Маріє Федорівно, сюди. Ось візьмемо ножиці...</w:t>
      </w:r>
    </w:p>
    <w:p>
      <w:r>
        <w:br/>
        <w:t>Баба шарпнулася й попросила:</w:t>
      </w:r>
    </w:p>
    <w:p>
      <w:r>
        <w:br/>
        <w:t>— Не треба!</w:t>
      </w:r>
    </w:p>
    <w:p>
      <w:r>
        <w:br/>
        <w:t>— Що, кіс шкода?</w:t>
      </w:r>
    </w:p>
    <w:p>
      <w:r>
        <w:br/>
        <w:t>— Шкода, — сказала баба й заплакала.</w:t>
      </w:r>
    </w:p>
    <w:p>
      <w:r>
        <w:br/>
        <w:t>Тепер, коли вона трохи відтала, з нею можна було робити все. З баби зняли драну хустку. Коси мала густі й зовсім не сиві.</w:t>
      </w:r>
    </w:p>
    <w:p>
      <w:r>
        <w:br/>
        <w:t>Шоферові набридло чекати і він засигналив. Почали сходитися сусіди. Бабу, обстрижену і сяк-так помиту, вивели під руки й посадили в машину. Голова в неї хилиталася з боку на бік, як у ляльки.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Вертеп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