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Вертеп</w:t>
      </w:r>
    </w:p>
    <w:p>
      <w:r>
        <w:br/>
        <w:t xml:space="preserve"> На першому поверсі — двоє людей&lt;br /&gt;</w:t>
        <w:br/>
        <w:t>на другому — їхні тіні.&lt;br /&gt;</w:t>
        <w:br/>
        <w:t>Вправний оператор&lt;br /&gt;</w:t>
        <w:br/>
        <w:t>так освітлює кадр,&lt;br /&gt;</w:t>
        <w:br/>
        <w:t>що й не добереш,&lt;br /&gt;</w:t>
        <w:br/>
        <w:t>де люди, а де лиш тіні.</w:t>
      </w:r>
    </w:p>
    <w:p>
      <w:r>
        <w:br/>
        <w:t>Внизу проказують: нам з тобою&lt;br /&gt;</w:t>
        <w:br/>
        <w:t>жити в любові й радості.&lt;br /&gt;</w:t>
        <w:br/>
        <w:t>Вгорі повторюють: мав би ніж —&lt;br /&gt;</w:t>
        <w:br/>
        <w:t>зарізав би як собаку.&lt;br /&gt;</w:t>
        <w:br/>
        <w:t>Потім на кін виходить&lt;br /&gt;</w:t>
        <w:br/>
        <w:t>хтось третій&lt;br /&gt;</w:t>
        <w:br/>
        <w:t>і починає агітувати за рай,&lt;br /&gt;</w:t>
        <w:br/>
        <w:t>що росте й росте&lt;br /&gt;</w:t>
        <w:br/>
        <w:t>все вище й вище.</w:t>
      </w:r>
    </w:p>
    <w:p>
      <w:r>
        <w:br/>
        <w:t>Сніп світла зноситься&lt;br /&gt;</w:t>
        <w:br/>
        <w:t>в порожню небесну твердь,&lt;br /&gt;</w:t>
        <w:br/>
        <w:t>де чути янгольські співи:&lt;br /&gt;</w:t>
        <w:br/>
        <w:t>"одним кипіти в маслі,&lt;br /&gt;</w:t>
        <w:br/>
        <w:t>а другим у смолі".</w:t>
      </w:r>
    </w:p>
    <w:p>
      <w:r>
        <w:br/>
        <w:t>Нарешті починаються танці:&lt;br /&gt;</w:t>
        <w:br/>
        <w:t>на авансцену вискакує чорт&lt;br /&gt;</w:t>
        <w:br/>
        <w:t>і починає обертатися.&lt;br /&gt;</w:t>
        <w:br/>
        <w:t>Раз він стає на ноги,&lt;br /&gt;</w:t>
        <w:br/>
        <w:t>вдруге — на руки,&lt;br /&gt;</w:t>
        <w:br/>
        <w:t>доти перевертається,&lt;br /&gt;</w:t>
        <w:br/>
        <w:t>поки руки не приростають до землі,&lt;br /&gt;</w:t>
        <w:br/>
        <w:t>а ноги зависають в повітрі.&lt;br /&gt;</w:t>
        <w:br/>
        <w:t>І тоді стає помітно,&lt;br /&gt;</w:t>
        <w:br/>
        <w:t>що обертається, власне,&lt;br /&gt;</w:t>
        <w:br/>
        <w:t>тільки тулуб.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