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Верталась ти в отчизну дальню...</w:t>
      </w:r>
    </w:p>
    <w:p>
      <w:r>
        <w:br/>
        <w:t xml:space="preserve"> * * *</w:t>
      </w:r>
    </w:p>
    <w:p>
      <w:r>
        <w:br/>
        <w:t>Верталась ти в отчизну дальню,&lt;br /&gt;</w:t>
        <w:br/>
        <w:t>Краї лишала голубі,&lt;br /&gt;</w:t>
        <w:br/>
        <w:t>В годину пам'ятну й печальну,&lt;br /&gt;</w:t>
        <w:br/>
        <w:t>Я довго плакав при тобі.</w:t>
      </w:r>
    </w:p>
    <w:p>
      <w:r>
        <w:br/>
        <w:t>Тебе мої холодні руки&lt;br /&gt;</w:t>
        <w:br/>
        <w:t>Хотіли вдержать хоч на мить&lt;br /&gt;</w:t>
        <w:br/>
        <w:t>І хвилю чорної розлуки&lt;br /&gt;</w:t>
        <w:br/>
        <w:t>Хотів мій стогін зупинить.</w:t>
      </w:r>
    </w:p>
    <w:p>
      <w:r>
        <w:br/>
        <w:t>Та від гіркого цілування&lt;br /&gt;</w:t>
        <w:br/>
        <w:t>Ти одвела уста свої,&lt;br /&gt;</w:t>
        <w:br/>
        <w:t>З землі похмурого вигнання&lt;br /&gt;</w:t>
        <w:br/>
        <w:t>У інші кликала краї.</w:t>
      </w:r>
    </w:p>
    <w:p>
      <w:r>
        <w:br/>
        <w:t>Ти говорила: в іншу днину,&lt;br /&gt;</w:t>
        <w:br/>
        <w:t>Де сплять оливкові сади,&lt;br /&gt;</w:t>
        <w:br/>
        <w:t>Цілунків радісну хвилину&lt;br /&gt;</w:t>
        <w:br/>
        <w:t>Ми поєднаєм назавжди.</w:t>
      </w:r>
    </w:p>
    <w:p>
      <w:r>
        <w:br/>
        <w:t>Але в краю, де небозводи&lt;br /&gt;</w:t>
        <w:br/>
        <w:t>Іскряться в синяві, ясні,&lt;br /&gt;</w:t>
        <w:br/>
        <w:t>Де тінь олив лягла на води,&lt;br /&gt;</w:t>
        <w:br/>
        <w:t>Заснула ти в останнім сні.</w:t>
      </w:r>
    </w:p>
    <w:p>
      <w:r>
        <w:br/>
        <w:t>Твоя краса й страждання трунок&lt;br /&gt;</w:t>
        <w:br/>
        <w:t>У пітьмі зникли гробовій,&lt;br /&gt;</w:t>
        <w:br/>
        <w:t>Але побачення цілунок&lt;br /&gt;</w:t>
        <w:br/>
        <w:t>Він за тобою: він же мій...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Верталась ти в отчизну дальню...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