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Великий заповіт</w:t>
      </w:r>
    </w:p>
    <w:p>
      <w:r>
        <w:br/>
        <w:t xml:space="preserve"> Переклад С. Гординського</w:t>
      </w:r>
    </w:p>
    <w:p>
      <w:r>
        <w:br/>
        <w:t>1&lt;br /&gt;</w:t>
        <w:br/>
        <w:t>Проживши тридцять літ і зим,&lt;br /&gt;</w:t>
        <w:br/>
        <w:t>Ганьби і всіх понижень ситий,&lt;br /&gt;</w:t>
        <w:br/>
        <w:t>Я став ні мудрим, ні дурним,&lt;br /&gt;</w:t>
        <w:br/>
        <w:t>Хоч не одним був лихом битий;&lt;br /&gt;</w:t>
        <w:br/>
        <w:t>Все довелося пережити&lt;br /&gt;</w:t>
        <w:br/>
        <w:t>Від рук Тібода д'Оісіньї,&lt;br /&gt;</w:t>
        <w:br/>
        <w:t>Що їздить люд благословити, —&lt;br /&gt;</w:t>
        <w:br/>
        <w:t>Всім біскуп він, лиш не мені.</w:t>
      </w:r>
    </w:p>
    <w:p>
      <w:r>
        <w:br/>
        <w:t>2&lt;br /&gt;</w:t>
        <w:br/>
        <w:t>Мені не пан він, не єпископ,&lt;br /&gt;</w:t>
        <w:br/>
        <w:t>Я не орю його землі,&lt;br /&gt;</w:t>
        <w:br/>
        <w:t>Йому не кланяюся низько,&lt;br /&gt;</w:t>
        <w:br/>
        <w:t>Як хлоп і хлопка на ріллі.&lt;br /&gt;</w:t>
        <w:br/>
        <w:t>Все літо при його столі&lt;br /&gt;</w:t>
        <w:br/>
        <w:t>Я мав лиш воду з сухарями;&lt;br /&gt;</w:t>
        <w:br/>
        <w:t>Знак скнари на його чолі,&lt;br /&gt;</w:t>
        <w:br/>
        <w:t>Хай Бог йому подасть те саме!</w:t>
      </w:r>
    </w:p>
    <w:p>
      <w:r>
        <w:br/>
        <w:t>3&lt;br /&gt;</w:t>
        <w:br/>
        <w:t>Як хтось би дорікав мені,&lt;br /&gt;</w:t>
        <w:br/>
        <w:t>Мовляв, я зла йому бажаю,&lt;br /&gt;</w:t>
        <w:br/>
        <w:t>То заявляю твердо: ні! —&lt;br /&gt;</w:t>
        <w:br/>
        <w:t>Їйбо, його не проклинаю.&lt;br /&gt;</w:t>
        <w:br/>
        <w:t>Лиш одного з небес благаю:&lt;br /&gt;</w:t>
        <w:br/>
        <w:t>Той самий милосердя пай,&lt;br /&gt;</w:t>
        <w:br/>
        <w:t>Що він мені, Владико Раю,&lt;br /&gt;</w:t>
        <w:br/>
        <w:t>Його душі і тілу дай!</w:t>
      </w:r>
    </w:p>
    <w:p>
      <w:r>
        <w:br/>
        <w:t>4&lt;br /&gt;</w:t>
        <w:br/>
        <w:t>Для мене був він страх безсердний,&lt;br /&gt;</w:t>
        <w:br/>
        <w:t>В житті я гіршіих лих не мав,&lt;br /&gt;</w:t>
        <w:br/>
        <w:t>Хотів би я, щоб Милосердний&lt;br /&gt;</w:t>
        <w:br/>
        <w:t>Йому подібно зрахував...&lt;br /&gt;</w:t>
        <w:br/>
        <w:t>Та в Церкви інший єсть устав:&lt;br /&gt;</w:t>
        <w:br/>
        <w:t>Молись за ворогів! — Хай буде,&lt;br /&gt;</w:t>
        <w:br/>
        <w:t>За всю ганьбу, що я зазнав&lt;br /&gt;</w:t>
        <w:br/>
        <w:t>Від нього — хай Господь розсудить.</w:t>
      </w:r>
    </w:p>
    <w:p>
      <w:r>
        <w:br/>
        <w:t>5&lt;br /&gt;</w:t>
        <w:br/>
        <w:t>Отож, за нього помолюсь&lt;br /&gt;</w:t>
        <w:br/>
        <w:t>На душу доброго Котара.&lt;br /&gt;</w:t>
        <w:br/>
        <w:t>Лиш як? Напам'ять научусь,&lt;br /&gt;</w:t>
        <w:br/>
        <w:t>Бо до читання я нездара.&lt;br /&gt;</w:t>
        <w:br/>
        <w:t>Я пацір дам йому Пікара, —&lt;br /&gt;</w:t>
        <w:br/>
        <w:t>Якщо не чув його ніде,&lt;br /&gt;</w:t>
        <w:br/>
        <w:t>Ще поки час, хай вивчить зараз&lt;br /&gt;</w:t>
        <w:br/>
        <w:t>У фляндрськім Ліллі чи Дуе.</w:t>
      </w:r>
    </w:p>
    <w:p>
      <w:r>
        <w:br/>
        <w:t>6&lt;br /&gt;</w:t>
        <w:br/>
        <w:t>Та як він схоче сам від мене&lt;br /&gt;</w:t>
        <w:br/>
        <w:t>Молитви, хрещенням моїм&lt;br /&gt;</w:t>
        <w:br/>
        <w:t>Клянусь і слово дам священне&lt;br /&gt;</w:t>
        <w:br/>
        <w:t>Не підвести його ні в чім:&lt;br /&gt;</w:t>
        <w:br/>
        <w:t>Пориюсь в Псалтирі своїм&lt;br /&gt;</w:t>
        <w:br/>
        <w:t>(В оправі він не з кордовану) —&lt;br /&gt;</w:t>
        <w:br/>
        <w:t>І у псалмі Тебе хвалім&lt;br /&gt;</w:t>
        <w:br/>
        <w:t>Я сьомий вірш читати стану.</w:t>
      </w:r>
    </w:p>
    <w:p>
      <w:r>
        <w:br/>
        <w:t>7&lt;br /&gt;</w:t>
        <w:br/>
        <w:t>Тож Сину Божому молюсь&lt;br /&gt;</w:t>
        <w:br/>
        <w:t>У життьовім своїм змаганні,&lt;br /&gt;</w:t>
        <w:br/>
        <w:t>Хай прийме цю мольбу Ісус,&lt;br /&gt;</w:t>
        <w:br/>
        <w:t>Моя душа в його владанні.&lt;br /&gt;</w:t>
        <w:br/>
        <w:t>Мене беріг він у блуканні&lt;br /&gt;</w:t>
        <w:br/>
        <w:t>Від диких власти своєволь,&lt;br /&gt;</w:t>
        <w:br/>
        <w:t>Будь славен він і Наша Пані&lt;br /&gt;</w:t>
        <w:br/>
        <w:t>Й Людовик, Франції король!</w:t>
      </w:r>
    </w:p>
    <w:p>
      <w:r>
        <w:br/>
        <w:t>8&lt;br /&gt;</w:t>
        <w:br/>
        <w:t>Дай Бог 'му Якова достаток,&lt;br /&gt;</w:t>
        <w:br/>
        <w:t>Будь слава Соломона з ним,&lt;br /&gt;</w:t>
        <w:br/>
        <w:t>(Відваги має він багато,&lt;br /&gt;</w:t>
        <w:br/>
        <w:t>Клянусь, незборний він ніким!),&lt;br /&gt;</w:t>
        <w:br/>
        <w:t>В недовгочаснім світі цім,&lt;br /&gt;</w:t>
        <w:br/>
        <w:t>Який він довгий і великий,&lt;br /&gt;</w:t>
        <w:br/>
        <w:t>Щоб був він у житті своїм&lt;br /&gt;</w:t>
        <w:br/>
        <w:t>Метусаїлом довговіким.</w:t>
      </w:r>
    </w:p>
    <w:p>
      <w:r>
        <w:br/>
        <w:t>9&lt;br /&gt;</w:t>
        <w:br/>
        <w:t>І щоб дванадцятьох синів&lt;br /&gt;</w:t>
        <w:br/>
        <w:t>Із королівської він крови&lt;br /&gt;</w:t>
        <w:br/>
        <w:t>На ложі шлюбному сплодив,&lt;br /&gt;</w:t>
        <w:br/>
        <w:t>Нащадків Карлових казкових,&lt;br /&gt;</w:t>
        <w:br/>
        <w:t>Як Марціял, на бій готових.&lt;br /&gt;</w:t>
        <w:br/>
        <w:t>Тож хай бажання прийме ці&lt;br /&gt;</w:t>
        <w:br/>
        <w:t>Дофін колишній без відмови&lt;br /&gt;</w:t>
        <w:br/>
        <w:t>І в Рай увійде накінці.</w:t>
      </w:r>
    </w:p>
    <w:p>
      <w:r>
        <w:br/>
        <w:t>10&lt;br /&gt;</w:t>
        <w:br/>
        <w:t>Тому, що тілом знемогаю,&lt;br /&gt;</w:t>
        <w:br/>
        <w:t>І ігірше — мій гаман охляв,&lt;br /&gt;</w:t>
        <w:br/>
        <w:t>Як довго всі клепки ще маю&lt;br /&gt;</w:t>
        <w:br/>
        <w:t>(Ті, що Господь у мене вклав,&lt;br /&gt;</w:t>
        <w:br/>
        <w:t>Бо в інших я ума не крав),&lt;br /&gt;</w:t>
        <w:br/>
        <w:t>Цей заповіт свій поетичний,&lt;br /&gt;</w:t>
        <w:br/>
        <w:t>Останню волю, я списав,&lt;br /&gt;</w:t>
        <w:br/>
        <w:t>І хай він буде невідкличний.</w:t>
      </w:r>
    </w:p>
    <w:p>
      <w:r>
        <w:br/>
        <w:t>11&lt;br /&gt;</w:t>
        <w:br/>
        <w:t>Це в шістдесят і перший рік&lt;br /&gt;</w:t>
        <w:br/>
        <w:t>Пишу, коли король ласкавий&lt;br /&gt;</w:t>
        <w:br/>
        <w:t>З тюрми звільнив мене, де вік&lt;br /&gt;</w:t>
        <w:br/>
        <w:t>Волік я свій без чести й слави.&lt;br /&gt;</w:t>
        <w:br/>
        <w:t>За це чолом я нелукавим&lt;br /&gt;</w:t>
        <w:br/>
        <w:t>Поклін йому товктиму свій;&lt;br /&gt;</w:t>
        <w:br/>
        <w:t>Докіль ще серце гоцки править,&lt;br /&gt;</w:t>
        <w:br/>
        <w:t>Забуть добродія не смій!</w:t>
      </w:r>
    </w:p>
    <w:p>
      <w:r>
        <w:br/>
        <w:t>12&lt;br /&gt;</w:t>
        <w:br/>
        <w:t>Це правда: після сліз і болю,&lt;br /&gt;</w:t>
        <w:br/>
        <w:t>Зідхань і жалісних стогнань,&lt;br /&gt;</w:t>
        <w:br/>
        <w:t>Всіх скарг на нещасливу долю,&lt;br /&gt;</w:t>
        <w:br/>
        <w:t>І мук, і втоми від блукань,&lt;br /&gt;</w:t>
        <w:br/>
        <w:t>Колючість тих моїх страждань&lt;br /&gt;</w:t>
        <w:br/>
        <w:t>Мене навчила у згризотах&lt;br /&gt;</w:t>
        <w:br/>
        <w:t>Більш, ніж збагнув усяких знань&lt;br /&gt;</w:t>
        <w:br/>
        <w:t>Аверроес у Арістота.</w:t>
      </w:r>
    </w:p>
    <w:p>
      <w:r>
        <w:br/>
        <w:t>13&lt;br /&gt;</w:t>
        <w:br/>
        <w:t>А все ж, коли у дні тривог&lt;br /&gt;</w:t>
        <w:br/>
        <w:t>Я мандрував тоді, безгрішний,&lt;br /&gt;</w:t>
        <w:br/>
        <w:t>Як учням з Еммаусу Бог&lt;br /&gt;</w:t>
        <w:br/>
        <w:t>{Про це Святе Письмо нам пише)&lt;br /&gt;</w:t>
        <w:br/>
        <w:t>Поміг мені: вказав затишне&lt;br /&gt;</w:t>
        <w:br/>
        <w:t>Містечко, повне сподівань;&lt;br /&gt;</w:t>
        <w:br/>
        <w:t>Яким я і не був би грішним,&lt;br /&gt;</w:t>
        <w:br/>
        <w:t>Лиш впертих жде пекельна хлань.</w:t>
      </w:r>
    </w:p>
    <w:p>
      <w:r>
        <w:br/>
        <w:t>14&lt;br /&gt;</w:t>
        <w:br/>
        <w:t>Я грішний, так, але ласкавий&lt;br /&gt;</w:t>
        <w:br/>
        <w:t>Господь ще смерти не дає;&lt;br /&gt;</w:t>
        <w:br/>
        <w:t>Він жде навернення й поправи,&lt;br /&gt;</w:t>
        <w:br/>
        <w:t>І з кожним грішником так є.&lt;br /&gt;</w:t>
        <w:br/>
        <w:t>Хоч пріх мертвить життя моє,&lt;br /&gt;</w:t>
        <w:br/>
        <w:t>Та Бог живий, він милость має,&lt;br /&gt;</w:t>
        <w:br/>
        <w:t>Як лиш сумління заклює,&lt;br /&gt;</w:t>
        <w:br/>
        <w:t>Прощення й ласку посилає.</w:t>
      </w:r>
    </w:p>
    <w:p>
      <w:r>
        <w:br/>
        <w:t>15&lt;br /&gt;</w:t>
        <w:br/>
        <w:t>Роман Трояндний з'ясував&lt;br /&gt;</w:t>
        <w:br/>
        <w:t>У вступі: вибачливі будьмо&lt;br /&gt;</w:t>
        <w:br/>
        <w:t>На вид усяких грішних сцрав,&lt;br /&gt;</w:t>
        <w:br/>
        <w:t>Що юнь створила їх безпутньо,&lt;br /&gt;</w:t>
        <w:br/>
        <w:t>Таких на старість літ не гудьмо,&lt;br /&gt;</w:t>
        <w:br/>
        <w:t>Егеж! що слово —— правда вся,&lt;br /&gt;</w:t>
        <w:br/>
        <w:t>Тож ті, що мнуть мене могутньо,&lt;br /&gt;</w:t>
        <w:br/>
        <w:t>Не раді, щоб постарівсь я.</w:t>
      </w:r>
    </w:p>
    <w:p>
      <w:r>
        <w:br/>
        <w:t>16&lt;br /&gt;</w:t>
        <w:br/>
        <w:t>Якби добро загальне смерти&lt;br /&gt;</w:t>
        <w:br/>
        <w:t>Моєї вимагало — хай!&lt;br /&gt;</w:t>
        <w:br/>
        <w:t>Тоді, щоб всі злочинства стерти,&lt;br /&gt;</w:t>
        <w:br/>
        <w:t>Сам, Господи, мене скарай!&lt;br /&gt;</w:t>
        <w:br/>
        <w:t>Бо всяк, старий чи юний, знай:&lt;br /&gt;</w:t>
        <w:br/>
        <w:t>Нікому кривди я не чинив,&lt;br /&gt;</w:t>
        <w:br/>
        <w:t>А бідному, як не благай,&lt;br /&gt;</w:t>
        <w:br/>
        <w:t>Гірські не вступляться вершини.</w:t>
      </w:r>
    </w:p>
    <w:p>
      <w:r>
        <w:br/>
        <w:t>17&lt;br /&gt;</w:t>
        <w:br/>
        <w:t>Як Олександер царював,&lt;br /&gt;</w:t>
        <w:br/>
        <w:t>Прийшли до нього з чоловіком,&lt;br /&gt;</w:t>
        <w:br/>
        <w:t>Що Діомеда ймення мав,&lt;br /&gt;</w:t>
        <w:br/>
        <w:t>Він руки опутані мав ликом,&lt;br /&gt;</w:t>
        <w:br/>
        <w:t>Так, як злодюгам роблять диким,&lt;br /&gt;</w:t>
        <w:br/>
        <w:t>То розбишака був морський.&lt;br /&gt;</w:t>
        <w:br/>
        <w:t>Став він перед царем великим&lt;br /&gt;</w:t>
        <w:br/>
        <w:t>Прийняти смертний присуд свій.</w:t>
      </w:r>
    </w:p>
    <w:p>
      <w:r>
        <w:br/>
        <w:t>18&lt;br /&gt;</w:t>
        <w:br/>
        <w:t>Владар грабіжника питає:&lt;br /&gt;</w:t>
        <w:br/>
        <w:t>"Навіщо на розбій ідеш?"&lt;br /&gt;</w:t>
        <w:br/>
        <w:t>А той йому відповідає:&lt;br /&gt;</w:t>
        <w:br/>
        <w:t>"Чому розбоєм ти це звеш?&lt;br /&gt;</w:t>
        <w:br/>
        <w:t>За те, що гладь морських безмеж&lt;br /&gt;</w:t>
        <w:br/>
        <w:t>Своїм суденцем каламучу?&lt;br /&gt;</w:t>
        <w:br/>
        <w:t>З твоєю зброєю я б теж&lt;br /&gt;</w:t>
        <w:br/>
        <w:t>Був імператором могучим.</w:t>
      </w:r>
    </w:p>
    <w:p>
      <w:r>
        <w:br/>
        <w:t>19&lt;br /&gt;</w:t>
        <w:br/>
        <w:t>"Скажу тобі: таке життя&lt;br /&gt;</w:t>
        <w:br/>
        <w:t>Мені фортуна присудила,&lt;br /&gt;</w:t>
        <w:br/>
        <w:t>Мізерну долю маю я&lt;br /&gt;</w:t>
        <w:br/>
        <w:t>І з нею битися не сила.&lt;br /&gt;</w:t>
        <w:br/>
        <w:t>Тож: вибач їй, як зле зробила,&lt;br /&gt;</w:t>
        <w:br/>
        <w:t>І знай: з великої біди&lt;br /&gt;</w:t>
        <w:br/>
        <w:t>(Як каже приказка до діла)&lt;br /&gt;</w:t>
        <w:br/>
        <w:t>Чесноти і добра не жди."</w:t>
      </w:r>
    </w:p>
    <w:p>
      <w:r>
        <w:br/>
        <w:t>20&lt;br /&gt;</w:t>
        <w:br/>
        <w:t>Владар роздумав повість тую,&lt;br /&gt;</w:t>
        <w:br/>
        <w:t>Що Діомед йому повів:&lt;br /&gt;</w:t>
        <w:br/>
        <w:t>"Твою фортуну я лихую&lt;br /&gt;</w:t>
        <w:br/>
        <w:t>Зміню на добру", заявив.&lt;br /&gt;</w:t>
        <w:br/>
        <w:t>І мирно Діомед зажив&lt;br /&gt;</w:t>
        <w:br/>
        <w:t>Тоді з сусідами своїми;&lt;br /&gt;</w:t>
        <w:br/>
        <w:t>Валер потвердить правду слів,&lt;br /&gt;</w:t>
        <w:br/>
        <w:t>Великим названий у Римі.</w:t>
      </w:r>
    </w:p>
    <w:p>
      <w:r>
        <w:br/>
        <w:t>21&lt;br /&gt;</w:t>
        <w:br/>
        <w:t>Коли б то дав мені Пан-Біг&lt;br /&gt;</w:t>
        <w:br/>
        <w:t>Добрягу Олександра стріти,&lt;br /&gt;</w:t>
        <w:br/>
        <w:t>І той мені так допоміг,&lt;br /&gt;</w:t>
        <w:br/>
        <w:t>А я тоді став зло чинити,&lt;br /&gt;</w:t>
        <w:br/>
        <w:t>Без жалю у вогні спалити&lt;br /&gt;</w:t>
        <w:br/>
        <w:t>Я б засудив себе в ту мить.&lt;br /&gt;</w:t>
        <w:br/>
        <w:t>Мус каже людям злу служити&lt;br /&gt;</w:t>
        <w:br/>
        <w:t>І вовк голодний з лісу мчить.</w:t>
      </w:r>
    </w:p>
    <w:p>
      <w:r>
        <w:br/>
        <w:t>22&lt;br /&gt;</w:t>
        <w:br/>
        <w:t>Я час оплакую юначий,&lt;br /&gt;</w:t>
        <w:br/>
        <w:t>Коли я більш від інших жив,&lt;br /&gt;</w:t>
        <w:br/>
        <w:t>Вже старість недалеку бачу,&lt;br /&gt;</w:t>
        <w:br/>
        <w:t>Яку від мене він таїв:&lt;br /&gt;</w:t>
        <w:br/>
        <w:t>Той час ні пішки не спішив,&lt;br /&gt;</w:t>
        <w:br/>
        <w:t>Ані конем: гай, гай! де ж дівся?&lt;br /&gt;</w:t>
        <w:br/>
        <w:t>Крильми нежданно злопотів&lt;br /&gt;</w:t>
        <w:br/>
        <w:t>І я голіруч залишився.</w:t>
      </w:r>
    </w:p>
    <w:p>
      <w:r>
        <w:br/>
        <w:t>23&lt;br /&gt;</w:t>
        <w:br/>
        <w:t>Він відлетів, а я услід&lt;br /&gt;</w:t>
        <w:br/>
        <w:t>Тягну знання убогу нитку,&lt;br /&gt;</w:t>
        <w:br/>
        <w:t>Сумний, зчорнілий, наче глід,&lt;br /&gt;</w:t>
        <w:br/>
        <w:t>Без ренти йі грошей для прожитку.&lt;br /&gt;</w:t>
        <w:br/>
        <w:t>Бокують свояки, вже, видко,&lt;br /&gt;</w:t>
        <w:br/>
        <w:t>Мене позбутись раді, всяк&lt;br /&gt;</w:t>
        <w:br/>
        <w:t>Обов'язки родинні швидко&lt;br /&gt;</w:t>
        <w:br/>
        <w:t>Забув, бо, бачте, я — голяк.</w:t>
      </w:r>
    </w:p>
    <w:p>
      <w:r>
        <w:br/>
        <w:t>24&lt;br /&gt;</w:t>
        <w:br/>
        <w:t>Я не жалкую, що розтратив&lt;br /&gt;</w:t>
        <w:br/>
        <w:t>Все для банкетів та забав,&lt;br /&gt;</w:t>
        <w:br/>
        <w:t>Коли ж кохався, продавати&lt;br /&gt;</w:t>
        <w:br/>
        <w:t>Нічого в друзів я не крав,&lt;br /&gt;</w:t>
        <w:br/>
        <w:t>Жалю з них ні один не мав.&lt;br /&gt;</w:t>
        <w:br/>
        <w:t>Кажу це, й не брешу, їйбогу,&lt;br /&gt;</w:t>
        <w:br/>
        <w:t>Й обороню те, що сказав:&lt;br /&gt;</w:t>
        <w:br/>
        <w:t>Невинен — то й не страх нічого.&lt;br /&gt;</w:t>
        <w:br/>
        <w:t>25&lt;br /&gt;</w:t>
        <w:br/>
        <w:t>Колись кохатися я вмів,&lt;br /&gt;</w:t>
        <w:br/>
        <w:t>Ще й нині я не був би проти,&lt;br /&gt;</w:t>
        <w:br/>
        <w:t>Та серце тускне і напів-&lt;br /&gt;</w:t>
        <w:br/>
        <w:t>Пустий живіт щось без охоти&lt;br /&gt;</w:t>
        <w:br/>
        <w:t>Знов до тієї йти роботи.&lt;br /&gt;</w:t>
        <w:br/>
        <w:t>Хай замість мене мчить мосьпан&lt;br /&gt;</w:t>
        <w:br/>
        <w:t>Якийсь обжертий на зальоти, —&lt;br /&gt;</w:t>
        <w:br/>
        <w:t>Худих кишок не тягне в тан.</w:t>
      </w:r>
    </w:p>
    <w:p>
      <w:r>
        <w:br/>
        <w:t>26&lt;br /&gt;</w:t>
        <w:br/>
        <w:t>Ох, Боже мій, коли б я вчився,&lt;br /&gt;</w:t>
        <w:br/>
        <w:t>Безглуздих не шукав забав&lt;br /&gt;</w:t>
        <w:br/>
        <w:t>І добрим звичаям корився,&lt;br /&gt;</w:t>
        <w:br/>
        <w:t>Я б дім і тепле ліжко мав.&lt;br /&gt;</w:t>
        <w:br/>
        <w:t>Та що ж, я школу обминав,&lt;br /&gt;</w:t>
        <w:br/>
        <w:t>Як роблять це недобрі діти.&lt;br /&gt;</w:t>
        <w:br/>
        <w:t>Дивлюсь на те, що написав,&lt;br /&gt;</w:t>
        <w:br/>
        <w:t>І серце почало щеміти.</w:t>
      </w:r>
    </w:p>
    <w:p>
      <w:r>
        <w:br/>
        <w:t>27&lt;br /&gt;</w:t>
        <w:br/>
        <w:t>Всемудрому довіривсь я&lt;br /&gt;</w:t>
        <w:br/>
        <w:t>Занадто (добрий був для мене!),&lt;br /&gt;</w:t>
        <w:br/>
        <w:t>Коли казав: "Люби життя,&lt;br /&gt;</w:t>
        <w:br/>
        <w:t>Мій синку, поки ще зелене";&lt;br /&gt;</w:t>
        <w:br/>
        <w:t>Та інше ще речення вчене&lt;br /&gt;</w:t>
        <w:br/>
        <w:t>Він зрік про молоді літа,&lt;br /&gt;</w:t>
        <w:br/>
        <w:t>Цитую точно ізреченне:&lt;br /&gt;</w:t>
        <w:br/>
        <w:t>"Цей світ — марнота єсть пуста!"</w:t>
      </w:r>
    </w:p>
    <w:p>
      <w:r>
        <w:br/>
        <w:t>28&lt;br /&gt;</w:t>
        <w:br/>
        <w:t>Так дні життя мого пропали,&lt;br /&gt;</w:t>
        <w:br/>
        <w:t>Як (мовив Іов) ті нитки,&lt;br /&gt;</w:t>
        <w:br/>
        <w:t>Що на сукні їх ткач присмалить&lt;br /&gt;</w:t>
        <w:br/>
        <w:t>Горючим віхтем з-під руки:&lt;br /&gt;</w:t>
        <w:br/>
        <w:t>Коли якісь ще волоски&lt;br /&gt;</w:t>
        <w:br/>
        <w:t>Стирчать, умить їх жар з'їдає.&lt;br /&gt;</w:t>
        <w:br/>
        <w:t>Та не гризуть мене думки,&lt;br /&gt;</w:t>
        <w:br/>
        <w:t>Бо смерть рахунки всі зрівняє.</w:t>
      </w:r>
    </w:p>
    <w:p>
      <w:r>
        <w:br/>
        <w:t>29&lt;br /&gt;</w:t>
        <w:br/>
        <w:t>Де ділись пишні джиґуни,&lt;br /&gt;</w:t>
        <w:br/>
        <w:t>Що з ними я дружив без тями,&lt;br /&gt;</w:t>
        <w:br/>
        <w:t>І співуни, й балакуни,&lt;br /&gt;</w:t>
        <w:br/>
        <w:t>Приємні вчинками й словами?&lt;br /&gt;</w:t>
        <w:br/>
        <w:t>Одних уже зарили в ями,&lt;br /&gt;</w:t>
        <w:br/>
        <w:t>Нічого не лишилось з них,&lt;br /&gt;</w:t>
        <w:br/>
        <w:t>Хай Рай же їм відчинить брами,&lt;br /&gt;</w:t>
        <w:br/>
        <w:t>А Бог помилує живих!</w:t>
      </w:r>
    </w:p>
    <w:p>
      <w:r>
        <w:br/>
        <w:t>30&lt;br /&gt;</w:t>
        <w:br/>
        <w:t>А інші вибилися швидко,&lt;br /&gt;</w:t>
        <w:br/>
        <w:t>Той дука став, той мосціпан,&lt;br /&gt;</w:t>
        <w:br/>
        <w:t>Ще інший — хліб лжне крізь шибку&lt;br /&gt;</w:t>
        <w:br/>
        <w:t>В пекарні бачить, голоштан;&lt;br /&gt;</w:t>
        <w:br/>
        <w:t>А ті пішли в чернечий стан&lt;br /&gt;</w:t>
        <w:br/>
        <w:t>Картузіян чи целестинів,&lt;br /&gt;</w:t>
        <w:br/>
        <w:t>Всяк по-своєму взувся пан&lt;br /&gt;</w:t>
        <w:br/>
        <w:t>І різно походжає нині.</w:t>
      </w:r>
    </w:p>
    <w:p>
      <w:r>
        <w:br/>
        <w:t>31&lt;br /&gt;</w:t>
        <w:br/>
        <w:t>Владикам хай поможе Біг&lt;br /&gt;</w:t>
        <w:br/>
        <w:t>Добро чинити й в мирі жити;&lt;br /&gt;</w:t>
        <w:br/>
        <w:t>Ніщо не перемінить їх,&lt;br /&gt;</w:t>
        <w:br/>
        <w:t>Тому їх краще залишити.&lt;br /&gt;</w:t>
        <w:br/>
        <w:t>Але для бідних, лихом битих,&lt;br /&gt;</w:t>
        <w:br/>
        <w:t>Які я, терплячість, Боже, дай!&lt;br /&gt;</w:t>
        <w:br/>
        <w:t>А інші хай раюють ситі,&lt;br /&gt;</w:t>
        <w:br/>
        <w:t>З'їдають свій багатий пай.</w:t>
      </w:r>
    </w:p>
    <w:p>
      <w:r>
        <w:br/>
        <w:t>32&lt;br /&gt;</w:t>
        <w:br/>
        <w:t>У них барила вин п'янливих,&lt;br /&gt;</w:t>
        <w:br/>
        <w:t>І риба в сосі запашнім,&lt;br /&gt;</w:t>
        <w:br/>
        <w:t>Росоли, печива, підливи,&lt;br /&gt;</w:t>
        <w:br/>
        <w:t>Яешні смажені з будьчим.&lt;br /&gt;</w:t>
        <w:br/>
        <w:t>Вони не мулярі, яким&lt;br /&gt;</w:t>
        <w:br/>
        <w:t>Чимнебудь легко догодити,&lt;br /&gt;</w:t>
        <w:br/>
        <w:t>Підчаших теж: не треба їм,&lt;br /&gt;</w:t>
        <w:br/>
        <w:t>Всяк знає сам собі налити.</w:t>
      </w:r>
    </w:p>
    <w:p>
      <w:r>
        <w:br/>
        <w:t>33&lt;br /&gt;</w:t>
        <w:br/>
        <w:t>Я збився з стежки слів моїх&lt;br /&gt;</w:t>
        <w:br/>
        <w:t>На зовсім несуттєві справи;&lt;br /&gt;</w:t>
        <w:br/>
        <w:t>Я ж не суддя від діл людських&lt;br /&gt;</w:t>
        <w:br/>
        <w:t>Карати злих, звільняти правих.&lt;br /&gt;</w:t>
        <w:br/>
        <w:t>Я сам був грішний і лукавий,&lt;br /&gt;</w:t>
        <w:br/>
        <w:t>Ісусе пресолодкий мій!&lt;br /&gt;</w:t>
        <w:br/>
        <w:t>А втім, усім їм зичу слави!&lt;br /&gt;</w:t>
        <w:br/>
        <w:t>Та як лишу, так розумій.</w:t>
      </w:r>
    </w:p>
    <w:p>
      <w:r>
        <w:br/>
        <w:t>34&lt;br /&gt;</w:t>
        <w:br/>
        <w:t>Але про речі ці вже досить;&lt;br /&gt;</w:t>
        <w:br/>
        <w:t>Про приємніше щось почнім,&lt;br /&gt;</w:t>
        <w:br/>
        <w:t>Бо дехто справ таких не зносить,&lt;br /&gt;</w:t>
        <w:br/>
        <w:t>Вже осоружні стали всім.&lt;br /&gt;</w:t>
        <w:br/>
        <w:t>Убозство в розпачі своїм&lt;br /&gt;</w:t>
        <w:br/>
        <w:t>Бунтарство тягне за собою,&lt;br /&gt;</w:t>
        <w:br/>
        <w:t>Як словом не шпигне гірким,&lt;br /&gt;</w:t>
        <w:br/>
        <w:t>Щипне хоч думкою їдкою.</w:t>
      </w:r>
    </w:p>
    <w:p>
      <w:r>
        <w:br/>
        <w:t>35&lt;br /&gt;</w:t>
        <w:br/>
        <w:t>Я вбогий з наймолодших літ,&lt;br /&gt;</w:t>
        <w:br/>
        <w:t>Із роду бідного, низького;&lt;br /&gt;</w:t>
        <w:br/>
        <w:t>Мій батько доста мав лиш бід,&lt;br /&gt;</w:t>
        <w:br/>
        <w:t>Орас, мій дід, теж жив з нічого.&lt;br /&gt;</w:t>
        <w:br/>
        <w:t>В нас злидні спали під порогом&lt;br /&gt;</w:t>
        <w:br/>
        <w:t>І на гробах моїх батьків, —&lt;br /&gt;</w:t>
        <w:br/>
        <w:t>Хай будуть душі їхні з Богом! —&lt;br /&gt;</w:t>
        <w:br/>
        <w:t>Ані корон, ані гербів.</w:t>
      </w:r>
    </w:p>
    <w:p>
      <w:r>
        <w:br/>
        <w:t>36&lt;br /&gt;</w:t>
        <w:br/>
        <w:t>Як бідкаюся над бідою,&lt;br /&gt;</w:t>
        <w:br/>
        <w:t>То серце гомонить не раз:&lt;br /&gt;</w:t>
        <w:br/>
        <w:t>"Не забивай себе журбою,&lt;br /&gt;</w:t>
        <w:br/>
        <w:t>Мій милий, не шукай ураз.&lt;br /&gt;</w:t>
        <w:br/>
        <w:t>Ти, як Жак Кер, грішми не тряс,&lt;br /&gt;</w:t>
        <w:br/>
        <w:t>Та краще в сірій власяниці,&lt;br /&gt;</w:t>
        <w:br/>
        <w:t>Ніж бути дукою весь час&lt;br /&gt;</w:t>
        <w:br/>
        <w:t>І гнити в мармурній гробниці".</w:t>
      </w:r>
    </w:p>
    <w:p>
      <w:r>
        <w:br/>
        <w:t>37&lt;br /&gt;</w:t>
        <w:br/>
        <w:t>Ніж бути дукою ?.. Невже?&lt;br /&gt;</w:t>
        <w:br/>
        <w:t>Мій Боже! — й далі край усьому?&lt;br /&gt;</w:t>
        <w:br/>
        <w:t>Як мовив цар Давид: "Уже&lt;br /&gt;</w:t>
        <w:br/>
        <w:t>Сліди всі замело по ньому."&lt;br /&gt;</w:t>
        <w:br/>
        <w:t>Кінець, ні слова вже нікому,&lt;br /&gt;</w:t>
        <w:br/>
        <w:t>Не личить грішному мені;&lt;br /&gt;</w:t>
        <w:br/>
        <w:t>Хай богослови б'ються в цьому,&lt;br /&gt;</w:t>
        <w:br/>
        <w:t>Шукають іістини на дні.</w:t>
      </w:r>
    </w:p>
    <w:p>
      <w:r>
        <w:br/>
        <w:t>38&lt;br /&gt;</w:t>
        <w:br/>
        <w:t>Я син не янгола, я знаю,&lt;br /&gt;</w:t>
        <w:br/>
        <w:t>У діядемі світлих звізд&lt;br /&gt;</w:t>
        <w:br/>
        <w:t>Чи тіл небесних, що палають.&lt;br /&gt;</w:t>
        <w:br/>
        <w:t>Мій батько вмер, "єго же ність",&lt;br /&gt;</w:t>
        <w:br/>
        <w:t>Давно сиру землицю їсть.&lt;br /&gt;</w:t>
        <w:br/>
        <w:t>І знаю, й мати світ покине,&lt;br /&gt;</w:t>
        <w:br/>
        <w:t>Бідачка знає: смерть — не гість,&lt;br /&gt;</w:t>
        <w:br/>
        <w:t>Вже швидко діждеться і сина.</w:t>
      </w:r>
    </w:p>
    <w:p>
      <w:r>
        <w:br/>
        <w:t>39&lt;br /&gt;</w:t>
        <w:br/>
        <w:t>І знаю: бідних, багачів,&lt;br /&gt;</w:t>
        <w:br/>
        <w:t>Худих, товстих, мирян, святенних,&lt;br /&gt;</w:t>
        <w:br/>
        <w:t>Шляхтян, селян, панів, старців,&lt;br /&gt;</w:t>
        <w:br/>
        <w:t>Красунь, бридуль, дурних, учених,&lt;br /&gt;</w:t>
        <w:br/>
        <w:t>Дам у колетах височенних,&lt;br /&gt;</w:t>
        <w:br/>
        <w:t>Який не був би їхній стан,&lt;br /&gt;</w:t>
        <w:br/>
        <w:t>В очіпках чи в хустках смиренних,&lt;br /&gt;</w:t>
        <w:br/>
        <w:t>Всіх смерть у свій потягне тан.</w:t>
      </w:r>
    </w:p>
    <w:p>
      <w:r>
        <w:br/>
        <w:t>40&lt;br /&gt;</w:t>
        <w:br/>
        <w:t>Чи то Парис, чи то Гелена,&lt;br /&gt;</w:t>
        <w:br/>
        <w:t>Із болем умирає всяк,&lt;br /&gt;</w:t>
        <w:br/>
        <w:t>Все гасне, віддих, кров у венах;&lt;br /&gt;</w:t>
        <w:br/>
        <w:t>Жовч тріскає, немов боляк,&lt;br /&gt;</w:t>
        <w:br/>
        <w:t>І потом потиться бідак.&lt;br /&gt;</w:t>
        <w:br/>
        <w:t>Ніхто не виручить при смерті:&lt;br /&gt;</w:t>
        <w:br/>
        <w:t>Ні син, ні брат, ані свояк,&lt;br /&gt;</w:t>
        <w:br/>
        <w:t>Хто б захотів за нього вмерти.</w:t>
      </w:r>
    </w:p>
    <w:p>
      <w:r>
        <w:br/>
        <w:t>41&lt;br /&gt;</w:t>
        <w:br/>
        <w:t>Трясе ним смерть, аж він поблід,&lt;br /&gt;</w:t>
        <w:br/>
        <w:t>Скоцюрбивсь ніс, набрякли жили,&lt;br /&gt;</w:t>
        <w:br/>
        <w:t>Напухла шия, тіло — лід,&lt;br /&gt;</w:t>
        <w:br/>
        <w:t>Суглоби й м'язи вже без сили.&lt;br /&gt;</w:t>
        <w:br/>
        <w:t>Жіноче тіло, ніжне, миле,&lt;br /&gt;</w:t>
        <w:br/>
        <w:t>Гладке, коштовне, — від біди&lt;br /&gt;</w:t>
        <w:br/>
        <w:t>Такої й ти втекти безсиле?&lt;br /&gt;</w:t>
        <w:br/>
        <w:t>Хіба живцем у небо йди!</w:t>
      </w:r>
    </w:p>
    <w:p>
      <w:r>
        <w:br/>
        <w:t>Баляда про пань минулих днів&lt;br /&gt;</w:t>
        <w:br/>
        <w:t>Скажіть, в якій це стороні&lt;br /&gt;</w:t>
        <w:br/>
        <w:t>Є римська Фльора тонкостанна,&lt;br /&gt;</w:t>
        <w:br/>
        <w:t>Архіппа, Тая — дві ставні&lt;br /&gt;</w:t>
        <w:br/>
        <w:t>Сестриці, кожна бездоганна;&lt;br /&gt;</w:t>
        <w:br/>
        <w:t>Де Ехо, та луна оманна,&lt;br /&gt;</w:t>
        <w:br/>
        <w:t>Що рік переганяла біг?&lt;br /&gt;</w:t>
        <w:br/>
        <w:t>Їх слава всім на світі знана, —&lt;br /&gt;</w:t>
        <w:br/>
        <w:t>Та де ж минулорічний сніг?</w:t>
      </w:r>
    </w:p>
    <w:p>
      <w:r>
        <w:br/>
        <w:t>Де Ельоїза? Жаль мені!&lt;br /&gt;</w:t>
        <w:br/>
        <w:t>Ї їй Абеляра, любодана,&lt;br /&gt;</w:t>
        <w:br/>
        <w:t>Звалашили. У Сен-Дені&lt;br /&gt;</w:t>
        <w:br/>
        <w:t>Покрила біль його сутана.&lt;br /&gt;</w:t>
        <w:br/>
        <w:t>Де та крульова богоданна,&lt;br /&gt;</w:t>
        <w:br/>
        <w:t>Що, мов кота, зашивши в міх,&lt;br /&gt;</w:t>
        <w:br/>
        <w:t>Пустила в Сену Бурідана?&lt;br /&gt;</w:t>
        <w:br/>
        <w:t>Та де ж минулорічний сніг?</w:t>
      </w:r>
    </w:p>
    <w:p>
      <w:r>
        <w:br/>
        <w:t>Де Блянш, лілея навесні,&lt;br /&gt;</w:t>
        <w:br/>
        <w:t>Мов та сирена, співом п'яна,&lt;br /&gt;</w:t>
        <w:br/>
        <w:t>Амбурґа, Лія чарівні,&lt;br /&gt;</w:t>
        <w:br/>
        <w:t>Де Берта, "довга стіпка" звана,&lt;br /&gt;</w:t>
        <w:br/>
        <w:t>І де англійська жертва — Жанна,&lt;br /&gt;</w:t>
        <w:br/>
        <w:t>Яку пломінний скін постиг?&lt;br /&gt;</w:t>
        <w:br/>
        <w:t>Де всі? Небесна знає Панна!&lt;br /&gt;</w:t>
        <w:br/>
        <w:t>Та де ж минулорічний сніг?</w:t>
      </w:r>
    </w:p>
    <w:p>
      <w:r>
        <w:br/>
        <w:t>Ох, князю, не питай відрана&lt;br /&gt;</w:t>
        <w:br/>
        <w:t>До ночі, де шукати їх, —&lt;br /&gt;</w:t>
        <w:br/>
        <w:t>Бо нуга буде ненастанна:&lt;br /&gt;</w:t>
        <w:br/>
        <w:t>Та де ж минулорічний сніг?</w:t>
      </w:r>
    </w:p>
    <w:p>
      <w:r>
        <w:br/>
        <w:t>Інша баляда про панів минулих часів&lt;br /&gt;</w:t>
        <w:br/>
        <w:t>Де дівся Третій той Каліст,&lt;br /&gt;</w:t>
        <w:br/>
        <w:t>Що літ четвірко був на троні,&lt;br /&gt;</w:t>
        <w:br/>
        <w:t>Останній з цим ім'ям папіст?&lt;br /&gt;</w:t>
        <w:br/>
        <w:t>Альфонс, король ув Араґоні,&lt;br /&gt;</w:t>
        <w:br/>
        <w:t>І дюк ласкавий із Бурбонів,&lt;br /&gt;</w:t>
        <w:br/>
        <w:t>І князь Артур, що мав Британь,&lt;br /&gt;</w:t>
        <w:br/>
        <w:t>І Сьомий Кіарл у їхнім гроні?&lt;br /&gt;</w:t>
        <w:br/>
        <w:t>І де відважний Шарлемань?</w:t>
      </w:r>
    </w:p>
    <w:p>
      <w:r>
        <w:br/>
        <w:t>Де шкотський той король, що, вість&lt;br /&gt;</w:t>
        <w:br/>
        <w:t>Несе, у кольорі червонім&lt;br /&gt;</w:t>
        <w:br/>
        <w:t>Мав пів лиця, мов аметист,&lt;br /&gt;</w:t>
        <w:br/>
        <w:t>Від підборіддя аж до скроні?&lt;br /&gt;</w:t>
        <w:br/>
        <w:t>Де Кіпру цар на моря лоні&lt;br /&gt;</w:t>
        <w:br/>
        <w:t>І де гішпанський володань&lt;br /&gt;</w:t>
        <w:br/>
        <w:t>(Забув, як звався той в короні),&lt;br /&gt;</w:t>
        <w:br/>
        <w:t>І де відважний Шарлемань?</w:t>
      </w:r>
    </w:p>
    <w:p>
      <w:r>
        <w:br/>
        <w:t>Та марно трачу я свій хист;&lt;br /&gt;</w:t>
        <w:br/>
        <w:t>Цей світ в оман живе полоні,&lt;br /&gt;</w:t>
        <w:br/>
        <w:t>Усіх нещадна смерть поїсть,&lt;br /&gt;</w:t>
        <w:br/>
        <w:t>Не висмикнешся від погоні.&lt;br /&gt;</w:t>
        <w:br/>
        <w:t>Спитаю ще без церемоній:&lt;br /&gt;</w:t>
        <w:br/>
        <w:t>Де Владислав, що з чехів дань&lt;br /&gt;</w:t>
        <w:br/>
        <w:t>Збирав? Де дід його у броні?&lt;br /&gt;</w:t>
        <w:br/>
        <w:t>І де відважний Шарлемань?</w:t>
      </w:r>
    </w:p>
    <w:p>
      <w:r>
        <w:br/>
        <w:t>Де дівсь Клякен, владар Бретоні?&lt;br /&gt;</w:t>
        <w:br/>
        <w:t>Дофін Овернський, без вагань,&lt;br /&gt;</w:t>
        <w:br/>
        <w:t>І добрий дюк ув Аленсоні?&lt;br /&gt;</w:t>
        <w:br/>
        <w:t>І де відважний Шарлемань?</w:t>
      </w:r>
    </w:p>
    <w:p>
      <w:r>
        <w:br/>
        <w:t>Інша баляда&lt;br /&gt;</w:t>
        <w:br/>
        <w:t>(старим стилем)&lt;br /&gt;</w:t>
        <w:br/>
        <w:t>Где єсть святіший папеж той,&lt;br /&gt;</w:t>
        <w:br/>
        <w:t>Что в мітрі, в ризі златошитій,&lt;br /&gt;</w:t>
        <w:br/>
        <w:t>Носил епітрахил святой,&lt;br /&gt;</w:t>
        <w:br/>
        <w:t>Той, что когди бивал сердитий,&lt;br /&gt;</w:t>
        <w:br/>
        <w:t>Бил ним диявол в шию битий?&lt;br /&gt;</w:t>
        <w:br/>
        <w:t>І он, і служка — до пори&lt;br /&gt;</w:t>
        <w:br/>
        <w:t>Живет і будет в пил заритий,&lt;br /&gt;</w:t>
        <w:br/>
        <w:t>Ох, все розносять проч вітри!</w:t>
      </w:r>
    </w:p>
    <w:p>
      <w:r>
        <w:br/>
        <w:t>Где нині цареградский цар,&lt;br /&gt;</w:t>
        <w:br/>
        <w:t>Той імператор златорукий,&lt;br /&gt;</w:t>
        <w:br/>
        <w:t>Где честний Франції владар,&lt;br /&gt;</w:t>
        <w:br/>
        <w:t>Перевишаючий всі дюки?&lt;br /&gt;</w:t>
        <w:br/>
        <w:t>Он на хвалу Господной муки&lt;br /&gt;</w:t>
        <w:br/>
        <w:t>Здвигал святі монастири,&lt;br /&gt;</w:t>
        <w:br/>
        <w:t>Всі слушали єго науки, —&lt;br /&gt;</w:t>
        <w:br/>
        <w:t>Ох, все розносять проч вітри!</w:t>
      </w:r>
    </w:p>
    <w:p>
      <w:r>
        <w:br/>
        <w:t>А где Дофін з Кгреноблю, з В'єн,&lt;br /&gt;</w:t>
        <w:br/>
        <w:t>Храбр і розумен? Где панове&lt;br /&gt;</w:t>
        <w:br/>
        <w:t>З Діжону, з Долю і з Сален,&lt;br /&gt;</w:t>
        <w:br/>
        <w:t>Где найстарійнгі їх синове,&lt;br /&gt;</w:t>
        <w:br/>
        <w:t>Где товариство їх войскове,&lt;br /&gt;</w:t>
        <w:br/>
        <w:t>Пахолки їх для трубной гри?&lt;br /&gt;</w:t>
        <w:br/>
        <w:t>Чи всяк вина напился повен?&lt;br /&gt;</w:t>
        <w:br/>
        <w:t>Ох, все розносять проч вітри!</w:t>
      </w:r>
    </w:p>
    <w:p>
      <w:r>
        <w:br/>
        <w:t>І принцом смерть суждена срога,&lt;br /&gt;</w:t>
        <w:br/>
        <w:t>Хоть стіни когтями дери,&lt;br /&gt;</w:t>
        <w:br/>
        <w:t>Живущим всім єдна дорога, —&lt;br /&gt;</w:t>
        <w:br/>
        <w:t>Ох, все розносять проч вітри!</w:t>
      </w:r>
    </w:p>
    <w:p>
      <w:r>
        <w:br/>
        <w:t>42&lt;br /&gt;</w:t>
        <w:br/>
        <w:t>Як папи, королі й княжата,&lt;br /&gt;</w:t>
        <w:br/>
        <w:t>З утроби зроджені княгинь,&lt;br /&gt;</w:t>
        <w:br/>
        <w:t>Заклякли у гробах багатих,&lt;br /&gt;</w:t>
        <w:br/>
        <w:t>Своїх позбувшись володінь,&lt;br /&gt;</w:t>
        <w:br/>
        <w:t>То я б, сарака рейнський, тлінь&lt;br /&gt;</w:t>
        <w:br/>
        <w:t>Мав обминути? Воля Божа;&lt;br /&gt;</w:t>
        <w:br/>
        <w:t>Та що я втіх пізнав глибінь,&lt;br /&gt;</w:t>
        <w:br/>
        <w:t>Мені смерть праведника гожа.</w:t>
      </w:r>
    </w:p>
    <w:p>
      <w:r>
        <w:br/>
        <w:t>43&lt;br /&gt;</w:t>
        <w:br/>
        <w:t>Не вічно в світі ми живем,&lt;br /&gt;</w:t>
        <w:br/>
        <w:t>Як злодій думає багатий,&lt;br /&gt;</w:t>
        <w:br/>
        <w:t>Чи круть, чи верть — а всі помрем.&lt;br /&gt;</w:t>
        <w:br/>
        <w:t>Старий щеі міг би втіху мати,&lt;br /&gt;</w:t>
        <w:br/>
        <w:t>Що в молодості вмів блищати&lt;br /&gt;</w:t>
        <w:br/>
        <w:t>Дотепністю; та як би лад&lt;br /&gt;</w:t>
        <w:br/>
        <w:t>На старість знов погарцювати,&lt;br /&gt;</w:t>
        <w:br/>
        <w:t>То всі сказали б: варіят!</w:t>
      </w:r>
    </w:p>
    <w:p>
      <w:r>
        <w:br/>
        <w:t>44&lt;br /&gt;</w:t>
        <w:br/>
        <w:t>Тепер таким на жебри треба,&lt;br /&gt;</w:t>
        <w:br/>
        <w:t>Життям бо змушені важким.&lt;br /&gt;</w:t>
        <w:br/>
        <w:t>Вони благають смерти в неба&lt;br /&gt;</w:t>
        <w:br/>
        <w:t>Із серцем хворим і старим;&lt;br /&gt;</w:t>
        <w:br/>
        <w:t>Страх перед Господом святим&lt;br /&gt;</w:t>
        <w:br/>
        <w:t>Єдиний додає їм сили,&lt;br /&gt;</w:t>
        <w:br/>
        <w:t>А то, законів божих стрим&lt;br /&gt;</w:t>
        <w:br/>
        <w:t>Забувши, ще б себе убили.</w:t>
      </w:r>
    </w:p>
    <w:p>
      <w:r>
        <w:br/>
        <w:t>45&lt;br /&gt;</w:t>
        <w:br/>
        <w:t>Хтось веселун бував колись,&lt;br /&gt;</w:t>
        <w:br/>
        <w:t>Тепер що скаже — все немиле,&lt;br /&gt;</w:t>
        <w:br/>
        <w:t>Старі мавпи нелюбі скрізь,&lt;br /&gt;</w:t>
        <w:br/>
        <w:t>Ґримаси їх осточортіли.&lt;br /&gt;</w:t>
        <w:br/>
        <w:t>Як мовчки голову похилить,&lt;br /&gt;</w:t>
        <w:br/>
        <w:t>То скажуть: скапцанів старий;&lt;br /&gt;</w:t>
        <w:br/>
        <w:t>А бовкне слово, — хтось пришпилить:&lt;br /&gt;</w:t>
        <w:br/>
        <w:t>Знов січку ріже. Боже, крий!</w:t>
      </w:r>
    </w:p>
    <w:p>
      <w:r>
        <w:br/>
        <w:t>46&lt;br /&gt;</w:t>
        <w:br/>
        <w:t>Також ті жіночки старенькі,&lt;br /&gt;</w:t>
        <w:br/>
        <w:t>Що й жити вже набридло їм,&lt;br /&gt;</w:t>
        <w:br/>
        <w:t>Дівчат лукавих молоденьких&lt;br /&gt;</w:t>
        <w:br/>
        <w:t>На місці бачивши своїм,&lt;br /&gt;</w:t>
        <w:br/>
        <w:t>Питають Господа, яким&lt;br /&gt;</w:t>
        <w:br/>
        <w:t>Він правом їх зробив старими?&lt;br /&gt;</w:t>
        <w:br/>
        <w:t>Але Господь у спорі цім&lt;br /&gt;</w:t>
        <w:br/>
        <w:t>Мовчить, щоб не програти з ними.</w:t>
      </w:r>
    </w:p>
    <w:p>
      <w:r>
        <w:br/>
        <w:t>Стара оплакує свої молодощі жалі гарної збройовниці&lt;br /&gt;</w:t>
        <w:br/>
        <w:t>47&lt;br /&gt;</w:t>
        <w:br/>
        <w:t>До мене скарга долетіла&lt;br /&gt;</w:t>
        <w:br/>
        <w:t>Збройовниці, яка була&lt;br /&gt;</w:t>
        <w:br/>
        <w:t>Колись красунею й хотіла&lt;br /&gt;</w:t>
        <w:br/>
        <w:t>Щоб знову молодість прийшла:&lt;br /&gt;</w:t>
        <w:br/>
        <w:t>"Ох, старосте, зрадлива, зла,&lt;br /&gt;</w:t>
        <w:br/>
        <w:t>Твій крок так швидко поступає!&lt;br /&gt;</w:t>
        <w:br/>
        <w:t>Собі я смерти б завдала,&lt;br /&gt;</w:t>
        <w:br/>
        <w:t>Але за руку щось тримає.</w:t>
      </w:r>
    </w:p>
    <w:p>
      <w:r>
        <w:br/>
        <w:t>48&lt;br /&gt;</w:t>
        <w:br/>
        <w:t>"Мені хтось владу відібрав&lt;br /&gt;</w:t>
        <w:br/>
        <w:t>Усіх красою чарувати,&lt;br /&gt;</w:t>
        <w:br/>
        <w:t>Людей торгівлі, церкви, прав;&lt;br /&gt;</w:t>
        <w:br/>
        <w:t>Хоч би який був хто багатий,&lt;br /&gt;</w:t>
        <w:br/>
        <w:t>Все був ладен мені віддати,&lt;br /&gt;</w:t>
        <w:br/>
        <w:t>Хоча б і жалував відтак,&lt;br /&gt;</w:t>
        <w:br/>
        <w:t>За те, чого сьогодні мати&lt;br /&gt;</w:t>
        <w:br/>
        <w:t>Дарма не хоче і жебрак.</w:t>
      </w:r>
    </w:p>
    <w:p>
      <w:r>
        <w:br/>
        <w:t>49&lt;br /&gt;</w:t>
        <w:br/>
        <w:t>"Я багатьох за ніс водила,&lt;br /&gt;</w:t>
        <w:br/>
        <w:t>Бо страх немудра ще була,&lt;br /&gt;</w:t>
        <w:br/>
        <w:t>Одного жевжика любила&lt;br /&gt;</w:t>
        <w:br/>
        <w:t>І догоджала, чим могла.&lt;br /&gt;</w:t>
        <w:br/>
        <w:t>Хоча я іншим допекла,&lt;br /&gt;</w:t>
        <w:br/>
        <w:t>Їйбо, кохалася в хорошім,&lt;br /&gt;</w:t>
        <w:br/>
        <w:t>Та це була людина зла,&lt;br /&gt;</w:t>
        <w:br/>
        <w:t>У мене він любив лиш гроші.</w:t>
      </w:r>
    </w:p>
    <w:p>
      <w:r>
        <w:br/>
        <w:t>50&lt;br /&gt;</w:t>
        <w:br/>
        <w:t>"Хоч він мене нізащо мав,&lt;br /&gt;</w:t>
        <w:br/>
        <w:t>Хоч копав, я його кохала,&lt;br /&gt;</w:t>
        <w:br/>
        <w:t>Хоч по землі мене тягав,&lt;br /&gt;</w:t>
        <w:br/>
        <w:t>Я не жаліла, все чекала,&lt;br /&gt;</w:t>
        <w:br/>
        <w:t>Що скаже, шоб поцілувала.&lt;br /&gt;</w:t>
        <w:br/>
        <w:t>Лайдак безсердний, мов на сміх,&lt;br /&gt;</w:t>
        <w:br/>
        <w:t>Мене пригорне... Я прощала.&lt;br /&gt;</w:t>
        <w:br/>
        <w:t>Та що лишилось? Стид і гріх.</w:t>
      </w:r>
    </w:p>
    <w:p>
      <w:r>
        <w:br/>
        <w:t>51&lt;br /&gt;</w:t>
        <w:br/>
        <w:t>"Вже він помер, літ буде з тридцять,&lt;br /&gt;</w:t>
        <w:br/>
        <w:t>Я сива і стара снуюсь,&lt;br /&gt;</w:t>
        <w:br/>
        <w:t>Буває, давній час присниться&lt;br /&gt;</w:t>
        <w:br/>
        <w:t>І я ще більше зажурюсь.&lt;br /&gt;</w:t>
        <w:br/>
        <w:t>Як часом гола подивлюсь&lt;br /&gt;</w:t>
        <w:br/>
        <w:t>На себе щ дзеркало й побачу&lt;br /&gt;</w:t>
        <w:br/>
        <w:t>Ягу скоцюрблену якусь,&lt;br /&gt;</w:t>
        <w:br/>
        <w:t>То мало розуму не трачу.</w:t>
      </w:r>
    </w:p>
    <w:p>
      <w:r>
        <w:br/>
        <w:t>52&lt;br /&gt;</w:t>
        <w:br/>
        <w:t>"З чолом що сталося гладким,&lt;br /&gt;</w:t>
        <w:br/>
        <w:t>З ясним волоссям, із бровами,&lt;br /&gt;</w:t>
        <w:br/>
        <w:t>Із поглядом моїм сяйним,&lt;br /&gt;</w:t>
        <w:br/>
        <w:t>З очима, хитрими ловцями;&lt;br /&gt;</w:t>
        <w:br/>
        <w:t>З тендітних ушок мушельками,&lt;br /&gt;</w:t>
        <w:br/>
        <w:t>Із носиком, тонким як хруст,&lt;br /&gt;</w:t>
        <w:br/>
        <w:t>З чистеньким личком, з рум'янцями,&lt;br /&gt;</w:t>
        <w:br/>
        <w:t>Із вишнями чудових уст?</w:t>
      </w:r>
    </w:p>
    <w:p>
      <w:r>
        <w:br/>
        <w:t>53&lt;br /&gt;</w:t>
        <w:br/>
        <w:t>"Де плечі ті, мов шовк гладенькі,&lt;br /&gt;</w:t>
        <w:br/>
        <w:t>Рук витонченість молодих,&lt;br /&gt;</w:t>
        <w:br/>
        <w:t>Маленькі груди, зад кругленький,&lt;br /&gt;</w:t>
        <w:br/>
        <w:t>Бсе створене для чарівних&lt;br /&gt;</w:t>
        <w:br/>
        <w:t>Турнірів — любощів палких,&lt;br /&gt;</w:t>
        <w:br/>
        <w:t>Широкі ібедра і скарбниця&lt;br /&gt;</w:t>
        <w:br/>
        <w:t>На стегнах повних і тугих,&lt;br /&gt;</w:t>
        <w:br/>
        <w:t>Що у садку малім таїться?</w:t>
      </w:r>
    </w:p>
    <w:p>
      <w:r>
        <w:br/>
        <w:t>54&lt;br /&gt;</w:t>
        <w:br/>
        <w:t>"Чоло все зрите, в косах — сніг,&lt;br /&gt;</w:t>
        <w:br/>
        <w:t>Злиняли брови, згасли очі,&lt;br /&gt;</w:t>
        <w:br/>
        <w:t>Що бісики пускали й сміх, —&lt;br /&gt;</w:t>
        <w:br/>
        <w:t>Злощастя купчиків охочих;&lt;br /&gt;</w:t>
        <w:br/>
        <w:t>Скарлючивсь ніс, колись урочий,&lt;br /&gt;</w:t>
        <w:br/>
        <w:t>У вухах клоччя стало сторч,&lt;br /&gt;</w:t>
        <w:br/>
        <w:t>Запалі лиця блідість точить,&lt;br /&gt;</w:t>
        <w:br/>
        <w:t>Сушні уста, на шиї — морщ.</w:t>
      </w:r>
    </w:p>
    <w:p>
      <w:r>
        <w:br/>
        <w:t>55&lt;br /&gt;</w:t>
        <w:br/>
        <w:t>"Такий кінець краси людської;&lt;br /&gt;</w:t>
        <w:br/>
        <w:t>Рамена й пальці — кістюхи,&lt;br /&gt;</w:t>
        <w:br/>
        <w:t>На плечі виліз горб дугою,&lt;br /&gt;</w:t>
        <w:br/>
        <w:t>Не груди — звислі бовтюхи;&lt;br /&gt;</w:t>
        <w:br/>
        <w:t>Як тісто, бедра. Скарбик — пхе!&lt;br /&gt;</w:t>
        <w:br/>
        <w:t>А стегна — вже не стегна чисті,&lt;br /&gt;</w:t>
        <w:br/>
        <w:t>Якісь засохлі макухи,&lt;br /&gt;</w:t>
        <w:br/>
        <w:t>Ще й мов ковбаси ті, плямисті.</w:t>
      </w:r>
    </w:p>
    <w:p>
      <w:r>
        <w:br/>
        <w:t>56&lt;br /&gt;</w:t>
        <w:br/>
        <w:t>"Баби нещасні і дурні,&lt;br /&gt;</w:t>
        <w:br/>
        <w:t>Над давніми поплачмо днями,&lt;br /&gt;</w:t>
        <w:br/>
        <w:t>Ми, що навпочепки сумні&lt;br /&gt;</w:t>
        <w:br/>
        <w:t>При іватрі збилися гуртами&lt;br /&gt;</w:t>
        <w:br/>
        <w:t>Над димними конопляками;&lt;br /&gt;</w:t>
        <w:br/>
        <w:t>Які ж були красуні з нас!&lt;br /&gt;</w:t>
        <w:br/>
        <w:t>Та наш вогонь погас без тями&lt;br /&gt;</w:t>
        <w:br/>
        <w:t>І все зім'яв нещадний час".</w:t>
      </w:r>
    </w:p>
    <w:p>
      <w:r>
        <w:br/>
        <w:t>Баляда і поука гарної збройовйиці дівчатам утіхи&lt;br /&gt;</w:t>
        <w:br/>
        <w:t>Ти, Рукавичничко чудова,&lt;br /&gt;</w:t>
        <w:br/>
        <w:t>Що в мене вчилась стільки літ,&lt;br /&gt;</w:t>
        <w:br/>
        <w:t>І ти теж, Б'янко Шевчукова,&lt;br /&gt;</w:t>
        <w:br/>
        <w:t>Вже вам отямитися слід.&lt;br /&gt;</w:t>
        <w:br/>
        <w:t>Направо, ліво — всіх ловіть&lt;br /&gt;</w:t>
        <w:br/>
        <w:t>Безжалісно, кого знайдете,&lt;br /&gt;</w:t>
        <w:br/>
        <w:t>Старих бо не цінує світ,&lt;br /&gt;</w:t>
        <w:br/>
        <w:t>Мов зняті з обігу монети.</w:t>
      </w:r>
    </w:p>
    <w:p>
      <w:r>
        <w:br/>
        <w:t>І ти, Ковбасничко, що шпарко&lt;br /&gt;</w:t>
        <w:br/>
        <w:t>В танку ґраційному пливеш,&lt;br /&gt;</w:t>
        <w:br/>
        <w:t>Ґільмето, гарна Килимарко,&lt;br /&gt;</w:t>
        <w:br/>
        <w:t>Хапай свого майструня теж;&lt;br /&gt;</w:t>
        <w:br/>
        <w:t>А то крамниченьку замкнеш,&lt;br /&gt;</w:t>
        <w:br/>
        <w:t>Як в старости впадеш лабети,&lt;br /&gt;</w:t>
        <w:br/>
        <w:t>Старих ксьондзів втішатимеш,&lt;br /&gt;</w:t>
        <w:br/>
        <w:t>Мов зняті з обігу монети.</w:t>
      </w:r>
    </w:p>
    <w:p>
      <w:r>
        <w:br/>
        <w:t>Ти, Капелюшко Йоаннинко,&lt;br /&gt;</w:t>
        <w:br/>
        <w:t>Не відпихай коханця знов,&lt;br /&gt;</w:t>
        <w:br/>
        <w:t>І ти, Торбинко Катеринко,&lt;br /&gt;</w:t>
        <w:br/>
        <w:t>Мужчинам пашу наготов;&lt;br /&gt;</w:t>
        <w:br/>
        <w:t>Якби й негарну хто знайшов,&lt;br /&gt;</w:t>
        <w:br/>
        <w:t>То й та веселої прикмети,&lt;br /&gt;</w:t>
        <w:br/>
        <w:t>Старулі ж геть женуть любов,&lt;br /&gt;</w:t>
        <w:br/>
        <w:t>Мов зняті з обігу монети.</w:t>
      </w:r>
    </w:p>
    <w:p>
      <w:r>
        <w:br/>
        <w:t>Дівчата, жаль мій відціля,&lt;br /&gt;</w:t>
        <w:br/>
        <w:t>Послухайте і знатимете,&lt;br /&gt;</w:t>
        <w:br/>
        <w:t>Чому тепер скінчилась я,&lt;br /&gt;</w:t>
        <w:br/>
        <w:t>Мов зняті з обігу монети.</w:t>
      </w:r>
    </w:p>
    <w:p>
      <w:r>
        <w:br/>
        <w:t>57&lt;br /&gt;</w:t>
        <w:br/>
        <w:t>Таку науку подає&lt;br /&gt;</w:t>
        <w:br/>
        <w:t>Та, що уміла чарувати;&lt;br /&gt;</w:t>
        <w:br/>
        <w:t>Чи зле, чи добре — так, як є&lt;br /&gt;</w:t>
        <w:br/>
        <w:t>Я дав Фременові списати.&lt;br /&gt;</w:t>
        <w:br/>
        <w:t>Він — писар мій забудькуватий,&lt;br /&gt;</w:t>
        <w:br/>
        <w:t>Вразливий, недурний кумпан,&lt;br /&gt;</w:t>
        <w:br/>
        <w:t>Як спорим — шлю його до ката:&lt;br /&gt;</w:t>
        <w:br/>
        <w:t>Який слуга, такий і пан.</w:t>
      </w:r>
    </w:p>
    <w:p>
      <w:r>
        <w:br/>
        <w:t>58&lt;br /&gt;</w:t>
        <w:br/>
        <w:t>Я знаю, звикли небезпеки&lt;br /&gt;</w:t>
        <w:br/>
        <w:t>Услід за любощами йти;&lt;br /&gt;</w:t>
        <w:br/>
        <w:t>Ще піде хтось на супереки,&lt;br /&gt;</w:t>
        <w:br/>
        <w:t>Гукаючи: "Гей, не крути!&lt;br /&gt;</w:t>
        <w:br/>
        <w:t>Якщо обмани тих, що ти&lt;br /&gt;</w:t>
        <w:br/>
        <w:t>Назвав, знецінюють кохання,&lt;br /&gt;</w:t>
        <w:br/>
        <w:t>То ті страхи від дурноти,&lt;br /&gt;</w:t>
        <w:br/>
        <w:t>Бо ті жінки не варт зідхання.</w:t>
      </w:r>
    </w:p>
    <w:p>
      <w:r>
        <w:br/>
        <w:t>59&lt;br /&gt;</w:t>
        <w:br/>
        <w:t>"Лише за гроші їх любов,&lt;br /&gt;</w:t>
        <w:br/>
        <w:t>Їх любиться лише хвилини;&lt;br /&gt;</w:t>
        <w:br/>
        <w:t>Хто б не прийшов — їм добрий лов,&lt;br /&gt;</w:t>
        <w:br/>
        <w:t>Їм сміх, кишеня ж бідна гине.&lt;br /&gt;</w:t>
        <w:br/>
        <w:t>За здобиччю із них кожна лине,&lt;br /&gt;</w:t>
        <w:br/>
        <w:t>Та є чимало ще жінок&lt;br /&gt;</w:t>
        <w:br/>
        <w:t>Без плями, й чесні їх мужчини&lt;br /&gt;</w:t>
        <w:br/>
        <w:t>Хай бавлять — не тамтих дівок".</w:t>
      </w:r>
    </w:p>
    <w:p>
      <w:r>
        <w:br/>
        <w:t>60&lt;br /&gt;</w:t>
        <w:br/>
        <w:t>Як хтось таке мені промовить,&lt;br /&gt;</w:t>
        <w:br/>
        <w:t>Скажу: нівроку в нього рот,&lt;br /&gt;</w:t>
        <w:br/>
        <w:t>Та й висновки його готові,&lt;br /&gt;</w:t>
        <w:br/>
        <w:t>Мовляв, щоб досягти висот,&lt;br /&gt;</w:t>
        <w:br/>
        <w:t>В любові важкий скарб чеснот;&lt;br /&gt;</w:t>
        <w:br/>
        <w:t>А я спитаю: чи дівчатка,&lt;br /&gt;</w:t>
        <w:br/>
        <w:t>З якими розмовляв стокрот,&lt;br /&gt;</w:t>
        <w:br/>
        <w:t>Цнотливі не були спочатку?</w:t>
      </w:r>
    </w:p>
    <w:p>
      <w:r>
        <w:br/>
        <w:t>61&lt;br /&gt;</w:t>
        <w:br/>
        <w:t>І справді, чесні всі були,&lt;br /&gt;</w:t>
        <w:br/>
        <w:t>Без жодних закидів, без плями,&lt;br /&gt;</w:t>
        <w:br/>
        <w:t>І правда, що, як почали,&lt;br /&gt;</w:t>
        <w:br/>
        <w:t>То кожна з тих жінок між нами&lt;br /&gt;</w:t>
        <w:br/>
        <w:t>Взяла, ще як не мала фами,&lt;br /&gt;</w:t>
        <w:br/>
        <w:t>Хто був — пан, клерк чи мніх який,&lt;br /&gt;</w:t>
        <w:br/>
        <w:t>Щоб загасить любови пламень,&lt;br /&gt;</w:t>
        <w:br/>
        <w:t>Як свят-Антонів жар, палкий.</w:t>
      </w:r>
    </w:p>
    <w:p>
      <w:r>
        <w:br/>
        <w:t>62&lt;br /&gt;</w:t>
        <w:br/>
        <w:t>Тож, як з'ясовано в Декреті,&lt;br /&gt;</w:t>
        <w:br/>
        <w:t>Їх любчики любили їх;&lt;br /&gt;</w:t>
        <w:br/>
        <w:t>Вони кохали їх в секреті,&lt;br /&gt;</w:t>
        <w:br/>
        <w:t>Не допускаючи чужих.&lt;br /&gt;</w:t>
        <w:br/>
        <w:t>Але любов кінець постиг:&lt;br /&gt;</w:t>
        <w:br/>
        <w:t>Бо та, що одного кохала,&lt;br /&gt;</w:t>
        <w:br/>
        <w:t>Геть знудилася ним і всіх&lt;br /&gt;</w:t>
        <w:br/>
        <w:t>Кохати раптом забажала.</w:t>
      </w:r>
    </w:p>
    <w:p>
      <w:r>
        <w:br/>
        <w:t>63&lt;br /&gt;</w:t>
        <w:br/>
        <w:t>Причиною, гадаю, тут&lt;br /&gt;</w:t>
        <w:br/>
        <w:t>(Не ображаю з пань нікого)&lt;br /&gt;</w:t>
        <w:br/>
        <w:t>Жіночої натури суть,&lt;br /&gt;</w:t>
        <w:br/>
        <w:t>Яка кохання жде палкого.&lt;br /&gt;</w:t>
        <w:br/>
        <w:t>Я не кажу тут більш нічого,&lt;br /&gt;</w:t>
        <w:br/>
        <w:t>Лиш те, як в Раймсі і Труа&lt;br /&gt;</w:t>
        <w:br/>
        <w:t>Чи в Ліллі ставляться до цього:&lt;br /&gt;</w:t>
        <w:br/>
        <w:t>"Чотири майстри — це не два".</w:t>
      </w:r>
    </w:p>
    <w:p>
      <w:r>
        <w:br/>
        <w:t>64&lt;br /&gt;</w:t>
        <w:br/>
        <w:t>Так за носи коханців водять&lt;br /&gt;</w:t>
        <w:br/>
        <w:t>Ті дами — й гонять до ста лих;&lt;br /&gt;</w:t>
        <w:br/>
        <w:t>Така коханцям нагорода:&lt;br /&gt;</w:t>
        <w:br/>
        <w:t>Усе довір'я гине в них,&lt;br /&gt;</w:t>
        <w:br/>
        <w:t>Хоч був обіймів жар палких.&lt;br /&gt;</w:t>
        <w:br/>
        <w:t>"Із воєн, ловів, поцілунків —&lt;br /&gt;</w:t>
        <w:br/>
        <w:t>Таке переконання всіх —&lt;br /&gt;</w:t>
        <w:br/>
        <w:t>Утіхи мало, більш фрасунків".</w:t>
      </w:r>
    </w:p>
    <w:p>
      <w:r>
        <w:br/>
        <w:t>Подвійна баляда&lt;br /&gt;</w:t>
        <w:br/>
        <w:t>Нуж, у любовний мчи танець,&lt;br /&gt;</w:t>
        <w:br/>
        <w:t>Шукай забав несамовитих,&lt;br /&gt;</w:t>
        <w:br/>
        <w:t>Не ліпший станеш накінець,&lt;br /&gt;</w:t>
        <w:br/>
        <w:t>Лиш буде в голові дзвонити.&lt;br /&gt;</w:t>
        <w:br/>
        <w:t>Любов бо творить шал неситий:&lt;br /&gt;</w:t>
        <w:br/>
        <w:t>Цар Соломон склонивсь божкам,&lt;br /&gt;</w:t>
        <w:br/>
        <w:t>Самсон очиці мав розбиті.&lt;br /&gt;</w:t>
        <w:br/>
        <w:t>Щасливий, хто не любить сам!</w:t>
      </w:r>
    </w:p>
    <w:p>
      <w:r>
        <w:br/>
        <w:t>Орфей чудовий голос мав,&lt;br /&gt;</w:t>
        <w:br/>
        <w:t>На (сопілках він грав усяких,&lt;br /&gt;</w:t>
        <w:br/>
        <w:t>З любови ж мало не пропав&lt;br /&gt;</w:t>
        <w:br/>
        <w:t>В чотироглавого собаки.&lt;br /&gt;</w:t>
        <w:br/>
        <w:t>Нарцис же годувати раки&lt;br /&gt;</w:t>
        <w:br/>
        <w:t>Пірнув на саме дно к' линам,&lt;br /&gt;</w:t>
        <w:br/>
        <w:t>Любов і дурощі — однакі.&lt;br /&gt;</w:t>
        <w:br/>
        <w:t>Щасливий, хто не любить сам!</w:t>
      </w:r>
    </w:p>
    <w:p>
      <w:r>
        <w:br/>
        <w:t>Сардан, той лицар давніх днів,&lt;br /&gt;</w:t>
        <w:br/>
        <w:t>Що Кріт колись добув багатий,&lt;br /&gt;</w:t>
        <w:br/>
        <w:t>Зробитись жінкою хотів&lt;br /&gt;</w:t>
        <w:br/>
        <w:t>І льон з дівчатами сукати.&lt;br /&gt;</w:t>
        <w:br/>
        <w:t>Давид, що вмів пророкувати,&lt;br /&gt;</w:t>
        <w:br/>
        <w:t>Як стегна раз його очам&lt;br /&gt;</w:t>
        <w:br/>
        <w:t>Відкрились, страх Господній стратив.&lt;br /&gt;</w:t>
        <w:br/>
        <w:t>Щасливий, хто не любить сам!</w:t>
      </w:r>
    </w:p>
    <w:p>
      <w:r>
        <w:br/>
        <w:t>Амнон збезчестити посмів&lt;br /&gt;</w:t>
        <w:br/>
        <w:t>Сестру Тамар, що на прохання&lt;br /&gt;</w:t>
        <w:br/>
        <w:t>Прийшла покуштувать млинців, —&lt;br /&gt;</w:t>
        <w:br/>
        <w:t>Ця кровосуміш — злодіяння.&lt;br /&gt;</w:t>
        <w:br/>
        <w:t>А Ірод рік — і свят-Йоання&lt;br /&gt;</w:t>
        <w:br/>
        <w:t>Глава за марний впала крам —&lt;br /&gt;</w:t>
        <w:br/>
        <w:t>За танці, джиґи і співання.&lt;br /&gt;</w:t>
        <w:br/>
        <w:t>Щасливий, хто не любить сам!</w:t>
      </w:r>
    </w:p>
    <w:p>
      <w:r>
        <w:br/>
        <w:t>Тепер про себе щось речу:&lt;br /&gt;</w:t>
        <w:br/>
        <w:t>Мене мов шмаття в річці била&lt;br /&gt;</w:t>
        <w:br/>
        <w:t>Любов, тож далі не змовчу.&lt;br /&gt;</w:t>
        <w:br/>
        <w:t>Яка ж біда це спричинила?&lt;br /&gt;</w:t>
        <w:br/>
        <w:t>Восельська Катеринка мила!&lt;br /&gt;</w:t>
        <w:br/>
        <w:t>Ноель, той третій, теж був там,&lt;br /&gt;</w:t>
        <w:br/>
        <w:t>Йому дам доброго кропила.&lt;br /&gt;</w:t>
        <w:br/>
        <w:t>Щасливий, хто не любить сам!</w:t>
      </w:r>
    </w:p>
    <w:p>
      <w:r>
        <w:br/>
        <w:t>Скажіть: невже той парубчак&lt;br /&gt;</w:t>
        <w:br/>
        <w:t>Колись би кинув катеринки?&lt;br /&gt;</w:t>
        <w:br/>
        <w:t>Ні, хоч горів би, мов відьмак,&lt;br /&gt;</w:t>
        <w:br/>
        <w:t>На помелі, — він ні хвилинки&lt;br /&gt;</w:t>
        <w:br/>
        <w:t>Не перестане лити слинки.&lt;br /&gt;</w:t>
        <w:br/>
        <w:t>А все ж, лиш бевзь би вірив вам,&lt;br /&gt;</w:t>
        <w:br/>
        <w:t>Будь ви брюнетки чи бльондинки.&lt;br /&gt;</w:t>
        <w:br/>
        <w:t>Щасливий, хто не любить сам!</w:t>
      </w:r>
    </w:p>
    <w:p>
      <w:r>
        <w:br/>
        <w:t>65&lt;br /&gt;</w:t>
        <w:br/>
        <w:t>А та, котрій колись служив&lt;br /&gt;</w:t>
        <w:br/>
        <w:t>Я серцем, вірним голуб'ятком,&lt;br /&gt;</w:t>
        <w:br/>
        <w:t>Що в ній для себе я зустрів&lt;br /&gt;</w:t>
        <w:br/>
        <w:t>Лиш журб і болів подостатком,&lt;br /&gt;</w:t>
        <w:br/>
        <w:t>Коли б на зустрічів початку&lt;br /&gt;</w:t>
        <w:br/>
        <w:t>Розкрила задуми свої,&lt;br /&gt;</w:t>
        <w:br/>
        <w:t>Я б, може, викрутився гладко&lt;br /&gt;</w:t>
        <w:br/>
        <w:t>Із пастки хитрої її.</w:t>
      </w:r>
    </w:p>
    <w:p>
      <w:r>
        <w:br/>
        <w:t>66&lt;br /&gt;</w:t>
        <w:br/>
        <w:t>Як починав я їй звірятись,&lt;br /&gt;</w:t>
        <w:br/>
        <w:t>Вона прислухувалась лиш,&lt;br /&gt;</w:t>
        <w:br/>
        <w:t>Не пробувала сперечатись,&lt;br /&gt;</w:t>
        <w:br/>
        <w:t>Що більш, тулилися щільніш,&lt;br /&gt;</w:t>
        <w:br/>
        <w:t>Щоб воркувати приємніш.&lt;br /&gt;</w:t>
        <w:br/>
        <w:t>Так серед любощів розкрити&lt;br /&gt;</w:t>
        <w:br/>
        <w:t>Вона змогла мене певніш,&lt;br /&gt;</w:t>
        <w:br/>
        <w:t>Щоб з мене дурника зробити.</w:t>
      </w:r>
    </w:p>
    <w:p>
      <w:r>
        <w:br/>
        <w:t>67&lt;br /&gt;</w:t>
        <w:br/>
        <w:t>Вона вигадлива була:&lt;br /&gt;</w:t>
        <w:br/>
        <w:t>Це є не це, а те, крутила,&lt;br /&gt;</w:t>
        <w:br/>
        <w:t>Не борошно це, а зола,&lt;br /&gt;</w:t>
        <w:br/>
        <w:t>Цей кінь — не кінь, але кобила,&lt;br /&gt;</w:t>
        <w:br/>
        <w:t>Ця цегла — мусянжова брила,&lt;br /&gt;</w:t>
        <w:br/>
        <w:t>Ця в грі паршива карта — туз,&lt;br /&gt;</w:t>
        <w:br/>
        <w:t>Як всі дурисвіти, дурила&lt;br /&gt;</w:t>
        <w:br/>
        <w:t>І підіймала все на глуз.</w:t>
      </w:r>
    </w:p>
    <w:p>
      <w:r>
        <w:br/>
        <w:t>68&lt;br /&gt;</w:t>
        <w:br/>
        <w:t>Верзла, що хмари — це телиці,&lt;br /&gt;</w:t>
        <w:br/>
        <w:t>Що небо — з міді казанок,&lt;br /&gt;</w:t>
        <w:br/>
        <w:t>Що вечір — ранні світ-зірниці,&lt;br /&gt;</w:t>
        <w:br/>
        <w:t>Що хрін — зелений огірок,&lt;br /&gt;</w:t>
        <w:br/>
        <w:t>Що у свині не хвіст — млинок,&lt;br /&gt;</w:t>
        <w:br/>
        <w:t>Що яблучник — вино коштовне,&lt;br /&gt;</w:t>
        <w:br/>
        <w:t>Що зашморг ката — звій ниток,&lt;br /&gt;</w:t>
        <w:br/>
        <w:t>А пііп пузатий — дам любовник.</w:t>
      </w:r>
    </w:p>
    <w:p>
      <w:r>
        <w:br/>
        <w:t>69&lt;br /&gt;</w:t>
        <w:br/>
        <w:t>Так мною кидала любов,&lt;br /&gt;</w:t>
        <w:br/>
        <w:t>Аж геть мене від себе вергла,&lt;br /&gt;</w:t>
        <w:br/>
        <w:t>Хто в світі іншого б знайшов,&lt;br /&gt;</w:t>
        <w:br/>
        <w:t>{Хоч би як срібло був чи перла),&lt;br /&gt;</w:t>
        <w:br/>
        <w:t>З кого любов би таік обдерла&lt;br /&gt;</w:t>
        <w:br/>
        <w:t>Усе і закрутила ним&lt;br /&gt;</w:t>
        <w:br/>
        <w:t>І що не став би, як тепер я,&lt;br /&gt;</w:t>
        <w:br/>
        <w:t>Коханцем прогнаним, смішним.</w:t>
      </w:r>
    </w:p>
    <w:p>
      <w:r>
        <w:br/>
        <w:t>70&lt;br /&gt;</w:t>
        <w:br/>
        <w:t>Я проклинаю всі кохання,&lt;br /&gt;</w:t>
        <w:br/>
        <w:t>На них огнем і кров'ю йду,&lt;br /&gt;</w:t>
        <w:br/>
        <w:t>Вони бездумно на страждання&lt;br /&gt;</w:t>
        <w:br/>
        <w:t>І смерть вели мене бліду.&lt;br /&gt;</w:t>
        <w:br/>
        <w:t>Тож скрипку геть під стіл кладу,&lt;br /&gt;</w:t>
        <w:br/>
        <w:t>Кінець з коханцями палкими!&lt;br /&gt;</w:t>
        <w:br/>
        <w:t>Якщо я був у їх ряду,&lt;br /&gt;</w:t>
        <w:br/>
        <w:t>Клянусь, я більше вже не з ними.</w:t>
      </w:r>
    </w:p>
    <w:p>
      <w:r>
        <w:br/>
        <w:t>71&lt;br /&gt;</w:t>
        <w:br/>
        <w:t>Я пір'я по вітрах пустив,&lt;br /&gt;</w:t>
        <w:br/>
        <w:t>Хто хоче, хай біжить ловити.&lt;br /&gt;</w:t>
        <w:br/>
        <w:t>Але покину цей мотив,&lt;br /&gt;</w:t>
        <w:br/>
        <w:t>Щоб раз почате закінчити.&lt;br /&gt;</w:t>
        <w:br/>
        <w:t>Як хтось спитає, як ганьбити&lt;br /&gt;</w:t>
        <w:br/>
        <w:t>Я міг відважитись любов,&lt;br /&gt;</w:t>
        <w:br/>
        <w:t>Слова згадаю знамениті:&lt;br /&gt;</w:t>
        <w:br/>
        <w:t>"Вмираєш — правду в очі мов"!</w:t>
      </w:r>
    </w:p>
    <w:p>
      <w:r>
        <w:br/>
        <w:t>72&lt;br /&gt;</w:t>
        <w:br/>
        <w:t>Вже чую згаги жар смертельний,&lt;br /&gt;</w:t>
        <w:br/>
        <w:t>У харкотинні — білий слиз,&lt;br /&gt;</w:t>
        <w:br/>
        <w:t>Мов тої вовни жмут кудельний.&lt;br /&gt;</w:t>
        <w:br/>
        <w:t>І що скажу? Хіба, що скрізь&lt;br /&gt;</w:t>
        <w:br/>
        <w:t>Я мохом для дівчат обріс,&lt;br /&gt;</w:t>
        <w:br/>
        <w:t>Для них я вже не чустрий когут:&lt;br /&gt;</w:t>
        <w:br/>
        <w:t>Мій голос — скрип старих заліз,&lt;br /&gt;</w:t>
        <w:br/>
        <w:t>А я ж зелений ще, їйбогу!</w:t>
      </w:r>
    </w:p>
    <w:p>
      <w:r>
        <w:br/>
        <w:t>73&lt;br /&gt;</w:t>
        <w:br/>
        <w:t>Нехай же дяку прийме Бог&lt;br /&gt;</w:t>
        <w:br/>
        <w:t>І — Так Тібо за зимну воду,&lt;br /&gt;</w:t>
        <w:br/>
        <w:t>За те, що пхнув мене у льох,&lt;br /&gt;</w:t>
        <w:br/>
        <w:t>Ще й гризти дав гіркого плоду&lt;br /&gt;</w:t>
        <w:br/>
        <w:t>В заліззі... Як спімну ту шкоду,&lt;br /&gt;</w:t>
        <w:br/>
        <w:t>Молюсь за нього. Знаю, як:&lt;br /&gt;</w:t>
        <w:br/>
        <w:t>Хай Бог йому, як нагороду,&lt;br /&gt;</w:t>
        <w:br/>
        <w:t>Дасть те, що мислю... й далі так.</w:t>
      </w:r>
    </w:p>
    <w:p>
      <w:r>
        <w:br/>
        <w:t>74&lt;br /&gt;</w:t>
        <w:br/>
        <w:t>А все ж йому не зичу лиха,&lt;br /&gt;</w:t>
        <w:br/>
        <w:t>Будь славен він і капітан,&lt;br /&gt;</w:t>
        <w:br/>
        <w:t>Також суддя, його потіха,&lt;br /&gt;</w:t>
        <w:br/>
        <w:t>Приємний, завжди милий пан.&lt;br /&gt;</w:t>
        <w:br/>
        <w:t>Я обмину тут інший сан,&lt;br /&gt;</w:t>
        <w:br/>
        <w:t>Крім майстра Роберта малого.&lt;br /&gt;</w:t>
        <w:br/>
        <w:t>Мені так любий весь той стан,&lt;br /&gt;</w:t>
        <w:br/>
        <w:t>Як рід шахрайський любий Богу.</w:t>
      </w:r>
    </w:p>
    <w:p>
      <w:r>
        <w:br/>
        <w:t>75&lt;br /&gt;</w:t>
        <w:br/>
        <w:t>Я тямлю (хвален Бог повік!),&lt;br /&gt;</w:t>
        <w:br/>
        <w:t>Що склав я, в путь зібравшись вільну,&lt;br /&gt;</w:t>
        <w:br/>
        <w:t>У п'ятдесят і шостий рік,&lt;br /&gt;</w:t>
        <w:br/>
        <w:t>Записки, що їх самовільно&lt;br /&gt;</w:t>
        <w:br/>
        <w:t>Звав Заповітом дехто мильно;&lt;br /&gt;</w:t>
        <w:br/>
        <w:t>Це не моя словесна гра.&lt;br /&gt;</w:t>
        <w:br/>
        <w:t>Та скрізь я чую невідхильно:&lt;br /&gt;</w:t>
        <w:br/>
        <w:t>Не кожен пан свого добра.</w:t>
      </w:r>
    </w:p>
    <w:p>
      <w:r>
        <w:br/>
        <w:t>76&lt;br /&gt;</w:t>
        <w:br/>
        <w:t>Не відречусь писань тих зараз,&lt;br /&gt;</w:t>
        <w:br/>
        <w:t>Хоч я усе на карту склав;&lt;br /&gt;</w:t>
        <w:br/>
        <w:t>У спочуванні до Бастара&lt;br /&gt;</w:t>
        <w:br/>
        <w:t>Де Бара іншим я не став.&lt;br /&gt;</w:t>
        <w:br/>
        <w:t>Три сінники йому я дав,&lt;br /&gt;</w:t>
        <w:br/>
        <w:t>В додатку ще старі рогожі,&lt;br /&gt;</w:t>
        <w:br/>
        <w:t>Щоб під коліна підв'язав,&lt;br /&gt;</w:t>
        <w:br/>
        <w:t>Тоді триматись краще зможе.</w:t>
      </w:r>
    </w:p>
    <w:p>
      <w:r>
        <w:br/>
        <w:t>77&lt;br /&gt;</w:t>
        <w:br/>
        <w:t>Коли б дістати хтось не зміг&lt;br /&gt;</w:t>
        <w:br/>
        <w:t>Те, що йому в леґаті дав я,&lt;br /&gt;</w:t>
        <w:br/>
        <w:t>Розпоряджаюсь: у моїх&lt;br /&gt;</w:t>
        <w:br/>
        <w:t>Нащадків хай ті речі правлять.&lt;br /&gt;</w:t>
        <w:br/>
        <w:t>А хто вини? Усі їх славлять —&lt;br /&gt;</w:t>
        <w:br/>
        <w:t>Моро, Провен, Робен Туржі.&lt;br /&gt;</w:t>
        <w:br/>
        <w:t>Їм власне ліжко записав я,&lt;br /&gt;</w:t>
        <w:br/>
        <w:t>Цей дар тяжить на їх душі.</w:t>
      </w:r>
    </w:p>
    <w:p>
      <w:r>
        <w:br/>
        <w:t>78&lt;br /&gt;</w:t>
        <w:br/>
        <w:t>Отож, ні слова вже від мене,&lt;br /&gt;</w:t>
        <w:br/>
        <w:t>Останню волю я зроблю&lt;br /&gt;</w:t>
        <w:br/>
        <w:t>Перед заслуханим Фременом,&lt;br /&gt;</w:t>
        <w:br/>
        <w:t>Якщо не спить він, заявлю,&lt;br /&gt;</w:t>
        <w:br/>
        <w:t>Що всім я щось передаю&lt;br /&gt;</w:t>
        <w:br/>
        <w:t>В моїй новій цій духівниці,&lt;br /&gt;</w:t>
        <w:br/>
        <w:t>Лиш сповіщати не велю,&lt;br /&gt;</w:t>
        <w:br/>
        <w:t>Хіба, у Франції, в столиці.</w:t>
      </w:r>
    </w:p>
    <w:p>
      <w:r>
        <w:br/>
        <w:t>79&lt;br /&gt;</w:t>
        <w:br/>
        <w:t>Вже чую в серці крови спад&lt;br /&gt;</w:t>
        <w:br/>
        <w:t>І ледве можу говорити.&lt;br /&gt;</w:t>
        <w:br/>
        <w:t>Фремене, ближче ложа сядь,&lt;br /&gt;</w:t>
        <w:br/>
        <w:t>Щоб не підслухав хтось неситий;&lt;br /&gt;</w:t>
        <w:br/>
        <w:t>Бери чорнило, пера, зшити,&lt;br /&gt;</w:t>
        <w:br/>
        <w:t>Пиши, що подиктую я,&lt;br /&gt;</w:t>
        <w:br/>
        <w:t>Дай потім копії зробити;&lt;br /&gt;</w:t>
        <w:br/>
        <w:t>Остання воля ось моя:</w:t>
      </w:r>
    </w:p>
    <w:p>
      <w:r>
        <w:br/>
        <w:t>80&lt;br /&gt;</w:t>
        <w:br/>
        <w:t>Пишу в ім'я Отця і Сина,&lt;br /&gt;</w:t>
        <w:br/>
        <w:t>Народженого з Діви нам,&lt;br /&gt;</w:t>
        <w:br/>
        <w:t>Святого Господа в вершинах,&lt;br /&gt;</w:t>
        <w:br/>
        <w:t>Що з Духом володіє там.&lt;br /&gt;</w:t>
        <w:br/>
        <w:t>Він спас те, що напсув Адам&lt;br /&gt;</w:t>
        <w:br/>
        <w:t>І грішниками небо здобить...&lt;br /&gt;</w:t>
        <w:br/>
        <w:t>Блаженний той, хто вірить сам,&lt;br /&gt;</w:t>
        <w:br/>
        <w:t>Що Бог святих з померлих робить.</w:t>
      </w:r>
    </w:p>
    <w:p>
      <w:r>
        <w:br/>
        <w:t>81&lt;br /&gt;</w:t>
        <w:br/>
        <w:t>Бони були уже на дні,&lt;br /&gt;</w:t>
        <w:br/>
        <w:t>Засуджені на кару вічну,&lt;br /&gt;</w:t>
        <w:br/>
        <w:t>їх тіло — гниль, душа — в огні,&lt;br /&gt;</w:t>
        <w:br/>
        <w:t>Ким не були б вони фактично.&lt;br /&gt;</w:t>
        <w:br/>
        <w:t>Сюди не вчислені критично&lt;br /&gt;</w:t>
        <w:br/>
        <w:t>Пророки й патріярхів ряд,&lt;br /&gt;</w:t>
        <w:br/>
        <w:t>Яким, як бачу це логічно,&lt;br /&gt;</w:t>
        <w:br/>
        <w:t>Зади ніколи не горять.</w:t>
      </w:r>
    </w:p>
    <w:p>
      <w:r>
        <w:br/>
        <w:t>82&lt;br /&gt;</w:t>
        <w:br/>
        <w:t>Хтось на цьому озветься слові:&lt;br /&gt;</w:t>
        <w:br/>
        <w:t>"Як смієш говорити так,&lt;br /&gt;</w:t>
        <w:br/>
        <w:t>Не бувши кутим в богослов'ї?&lt;br /&gt;</w:t>
        <w:br/>
        <w:t>Так метикує лиш мудрак".&lt;br /&gt;</w:t>
        <w:br/>
        <w:t>На іце я відповім: "Однак&lt;br /&gt;</w:t>
        <w:br/>
        <w:t>Ісус послав не на перини&lt;br /&gt;</w:t>
        <w:br/>
        <w:t>Багатого, а до чортяк,&lt;br /&gt;</w:t>
        <w:br/>
        <w:t>А Лазар взнісся на вершини".</w:t>
      </w:r>
    </w:p>
    <w:p>
      <w:r>
        <w:br/>
        <w:t>83&lt;br /&gt;</w:t>
        <w:br/>
        <w:t>Як Лазар би в огні горів,&lt;br /&gt;</w:t>
        <w:br/>
        <w:t>Багач його б не став просити,&lt;br /&gt;</w:t>
        <w:br/>
        <w:t>Щоб той хоч пальця замочив,&lt;br /&gt;</w:t>
        <w:br/>
        <w:t>Язик йому, охолодити.&lt;br /&gt;</w:t>
        <w:br/>
        <w:t>П'янюзі, що, для оковити&lt;br /&gt;</w:t>
        <w:br/>
        <w:t>Сорочку б у шинку продав,&lt;br /&gt;</w:t>
        <w:br/>
        <w:t>У пеклі й чарки не купити.&lt;br /&gt;</w:t>
        <w:br/>
        <w:t>Від мук таких нас, Боже, збав!</w:t>
      </w:r>
    </w:p>
    <w:p>
      <w:r>
        <w:br/>
        <w:t>84&lt;br /&gt;</w:t>
        <w:br/>
        <w:t>В ім'я Господнє, як казав я,&lt;br /&gt;</w:t>
        <w:br/>
        <w:t>І в Матері його ім'я,&lt;br /&gt;</w:t>
        <w:br/>
        <w:t>Хай буде все, що написав я,&lt;br /&gt;</w:t>
        <w:br/>
        <w:t>Безгрішним, — вже ж як привид я.&lt;br /&gt;</w:t>
        <w:br/>
        <w:t>Це ласка, Господи, твоя&lt;br /&gt;</w:t>
        <w:br/>
        <w:t>Мене спасала від холери.&lt;br /&gt;</w:t>
        <w:br/>
        <w:t>Все інше обійду здаля,&lt;br /&gt;</w:t>
        <w:br/>
        <w:t>Мої слова ось на папері.</w:t>
      </w:r>
    </w:p>
    <w:p>
      <w:r>
        <w:br/>
        <w:t>85&lt;br /&gt;</w:t>
        <w:br/>
        <w:t>Найперше, Трійці Осіянній&lt;br /&gt;</w:t>
        <w:br/>
        <w:t>Підношу душу я свою&lt;br /&gt;</w:t>
        <w:br/>
        <w:t>І милосердній Нашій Пані,&lt;br /&gt;</w:t>
        <w:br/>
        <w:t>Що є Господнім домом, шлю.&lt;br /&gt;</w:t>
        <w:br/>
        <w:t>Всієї ласки я молю&lt;br /&gt;</w:t>
        <w:br/>
        <w:t>В Дев'яти гідних Сил Небесних,&lt;br /&gt;</w:t>
        <w:br/>
        <w:t>Хай душу занесуть мою&lt;br /&gt;</w:t>
        <w:br/>
        <w:t>Пеіред найвищий Трон чудесний.</w:t>
      </w:r>
    </w:p>
    <w:p>
      <w:r>
        <w:br/>
        <w:t>86&lt;br /&gt;</w:t>
        <w:br/>
        <w:t>Теж, матері-землі їсирій&lt;br /&gt;</w:t>
        <w:br/>
        <w:t>Своє заповідаю тіло:&lt;br /&gt;</w:t>
        <w:br/>
        <w:t>Не нажереться черв лихий,&lt;br /&gt;</w:t>
        <w:br/>
        <w:t>Бо часто з голоду терпіло.&lt;br /&gt;</w:t>
        <w:br/>
        <w:t>Хай зараз вириють могилу:&lt;br /&gt;</w:t>
        <w:br/>
        <w:t>З землі прийшло, і в землю знов;&lt;br /&gt;</w:t>
        <w:br/>
        <w:t>Усе, куди б не заблудило,&lt;br /&gt;</w:t>
        <w:br/>
        <w:t>Вернутись хоче до основ.</w:t>
      </w:r>
    </w:p>
    <w:p>
      <w:r>
        <w:br/>
        <w:t>87&lt;br /&gt;</w:t>
        <w:br/>
        <w:t>Також, Ґійом Війон мій любий,&lt;br /&gt;</w:t>
        <w:br/>
        <w:t>Що другим батьком був мені,&lt;br /&gt;</w:t>
        <w:br/>
        <w:t>Що, наче матінка, голубив&lt;br /&gt;</w:t>
        <w:br/>
        <w:t>Мене — дитятко в пелені,&lt;br /&gt;</w:t>
        <w:br/>
        <w:t>Що часто з юшки на огні&lt;br /&gt;</w:t>
        <w:br/>
        <w:t>Тягнув мене — й не рад з нової,&lt;br /&gt;</w:t>
        <w:br/>
        <w:t>Якому кланяюсь: е, ні,&lt;br /&gt;</w:t>
        <w:br/>
        <w:t>Сам вихлепчу те, що накоїв, —</w:t>
      </w:r>
    </w:p>
    <w:p>
      <w:r>
        <w:br/>
        <w:t>88&lt;br /&gt;</w:t>
        <w:br/>
        <w:t>Отримає мій книгозбір&lt;br /&gt;</w:t>
        <w:br/>
        <w:t>І мій Роман про бздо чортяче,&lt;br /&gt;</w:t>
        <w:br/>
        <w:t>Ґі Табарі списав цей твір,&lt;br /&gt;</w:t>
        <w:br/>
        <w:t>Ні слова не переіначив.&lt;br /&gt;</w:t>
        <w:br/>
        <w:t>Востаннє під столом я бачив&lt;br /&gt;</w:t>
        <w:br/>
        <w:t>Його у зшитках. Хоч творив&lt;br /&gt;</w:t>
        <w:br/>
        <w:t>Я в іпоспіху, та недостачі&lt;br /&gt;</w:t>
        <w:br/>
        <w:t>Тут зміст важливий заступив.</w:t>
      </w:r>
    </w:p>
    <w:p>
      <w:r>
        <w:br/>
        <w:t>89&lt;br /&gt;</w:t>
        <w:br/>
        <w:t>Вкінці, моя убога мати,&lt;br /&gt;</w:t>
        <w:br/>
        <w:t>Якій я журб завдав гірких,&lt;br /&gt;</w:t>
        <w:br/>
        <w:t>Щоб Богоматір звеличати,&lt;br /&gt;</w:t>
        <w:br/>
        <w:t>Хай прийме цю з баляд моїх;&lt;br /&gt;</w:t>
        <w:br/>
        <w:t>Не маю інших я міцних&lt;br /&gt;</w:t>
        <w:br/>
        <w:t>Фортець ні для душі, ні тіла,&lt;br /&gt;</w:t>
        <w:br/>
        <w:t>В час, як недоля зіб'є з ніг, —&lt;br /&gt;</w:t>
        <w:br/>
        <w:t>Не має й матінка похила:</w:t>
      </w:r>
    </w:p>
    <w:p>
      <w:r>
        <w:br/>
        <w:t>Баляда для ублагання богородиці&lt;br /&gt;</w:t>
        <w:br/>
        <w:t>Царице неба і всього земного,&lt;br /&gt;</w:t>
        <w:br/>
        <w:t>Володарко підземних трясовин,&lt;br /&gt;</w:t>
        <w:br/>
        <w:t>Прийми мене, хрищеницю убогу,&lt;br /&gt;</w:t>
        <w:br/>
        <w:t>Впиши у вірних вибраний загін,&lt;br /&gt;</w:t>
        <w:br/>
        <w:t>Хоч я й негідна досягти вершин.&lt;br /&gt;</w:t>
        <w:br/>
        <w:t>Твої щедроти зможуть, Божа Мати,&lt;br /&gt;</w:t>
        <w:br/>
        <w:t>Тягар гріхів з душі моєї зняти,&lt;br /&gt;</w:t>
        <w:br/>
        <w:t>Без ласк Твоїх не зріть душі моїй&lt;br /&gt;</w:t>
        <w:br/>
        <w:t>Небесних брам. Не хочу я брехати:&lt;br /&gt;</w:t>
        <w:br/>
        <w:t>До смерти житиму у вірі цій.</w:t>
      </w:r>
    </w:p>
    <w:p>
      <w:r>
        <w:br/>
        <w:t>Скажи своєму синові: до нього&lt;br /&gt;</w:t>
        <w:br/>
        <w:t>Іду я, бо за мене згинув він;&lt;br /&gt;</w:t>
        <w:br/>
        <w:t>Спаси, як Єгиптянку, ту небогу,&lt;br /&gt;</w:t>
        <w:br/>
        <w:t>Як Теофіла, що з усіх провин&lt;br /&gt;</w:t>
        <w:br/>
        <w:t>Був звільнений, хоч душу на загин&lt;br /&gt;</w:t>
        <w:br/>
        <w:t>Чорти купили в нього, душохвати.&lt;br /&gt;</w:t>
        <w:br/>
        <w:t>Не дай мені такого зла зазнати,&lt;br /&gt;</w:t>
        <w:br/>
        <w:t>О Діво, Ти, що дар причасний свій&lt;br /&gt;</w:t>
        <w:br/>
        <w:t>Нам принесла, незаймано початий:&lt;br /&gt;</w:t>
        <w:br/>
        <w:t>До смерти житиму у вірі цій.</w:t>
      </w:r>
    </w:p>
    <w:p>
      <w:r>
        <w:br/>
        <w:t>Я жінка проста і дурна, нічого&lt;br /&gt;</w:t>
        <w:br/>
        <w:t>Не знаю, книг не звідала глибин,&lt;br /&gt;</w:t>
        <w:br/>
        <w:t>Та в церкві, у якій молюся Богу,&lt;br /&gt;</w:t>
        <w:br/>
        <w:t>Я бачу образ райських верховин,&lt;br /&gt;</w:t>
        <w:br/>
        <w:t>Там грішні в пеклі дивляться зі стін,&lt;br /&gt;</w:t>
        <w:br/>
        <w:t>Тут радісно, там страшно поглядати.&lt;br /&gt;</w:t>
        <w:br/>
        <w:t>Богине! Дай убрати райські шати,&lt;br /&gt;</w:t>
        <w:br/>
        <w:t>Ти, до якої лине грішних рій,&lt;br /&gt;</w:t>
        <w:br/>
        <w:t>Без лицемірства, вірою понятий:&lt;br /&gt;</w:t>
        <w:br/>
        <w:t>До смерти житиму у вірі цій.</w:t>
      </w:r>
    </w:p>
    <w:p>
      <w:r>
        <w:br/>
        <w:t>Велична Діво, владарко, несла Ти&lt;br /&gt;</w:t>
        <w:br/>
        <w:t>Ісуса, що йому кінця не мати.&lt;br /&gt;</w:t>
        <w:br/>
        <w:t>Ласкавий, він, щоб нас порятувати,&lt;br /&gt;</w:t>
        <w:br/>
        <w:t>Лишивши небеса, за рід людський&lt;br /&gt;</w:t>
        <w:br/>
        <w:t>Офірно молодість пішов віддати;&lt;br /&gt;</w:t>
        <w:br/>
        <w:t>Наш Бог такий, такого хочу знати:&lt;br /&gt;</w:t>
        <w:br/>
        <w:t>До смерти житиму у вірі цій.</w:t>
      </w:r>
    </w:p>
    <w:p>
      <w:r>
        <w:br/>
        <w:t>Теж, для моєї любки Рози&lt;br /&gt;</w:t>
        <w:br/>
        <w:t>Довіри й серця не даю;&lt;br /&gt;</w:t>
        <w:br/>
        <w:t>Вона взяла б щось інше, може,&lt;br /&gt;</w:t>
        <w:br/>
        <w:t>Хоч торбу сповнила свою.&lt;br /&gt;</w:t>
        <w:br/>
        <w:t>Хіба що кабзу їй куплю,&lt;br /&gt;</w:t>
        <w:br/>
        <w:t>Глибоку, довгу, для фортуни,&lt;br /&gt;</w:t>
        <w:br/>
        <w:t>Та хай зі мною йде в петлю,&lt;br /&gt;</w:t>
        <w:br/>
        <w:t>Той, хто туди хоч тинфа всуне.</w:t>
      </w:r>
    </w:p>
    <w:p>
      <w:r>
        <w:br/>
        <w:t>їй і без мене вщерть дали,&lt;br /&gt;</w:t>
        <w:br/>
        <w:t>Та я вже кинув справу тую;&lt;br /&gt;</w:t>
        <w:br/>
        <w:t>Найгірші з лих моїх сповзли&lt;br /&gt;</w:t>
        <w:br/>
        <w:t>І вже огню в хвості не чую.&lt;br /&gt;</w:t>
        <w:br/>
        <w:t>Її синкам Мішю дарую,&lt;br /&gt;</w:t>
        <w:br/>
        <w:t>Якого звали: "Макогін";&lt;br /&gt;</w:t>
        <w:br/>
        <w:t>Над ним хай моляться й блазнують,&lt;br /&gt;</w:t>
        <w:br/>
        <w:t>Лежить у Сен-Сатюрі він.</w:t>
      </w:r>
    </w:p>
    <w:p>
      <w:r>
        <w:br/>
        <w:t>Та щоб сказати "квит" любові,&lt;br /&gt;</w:t>
        <w:br/>
        <w:t>Любові, власне, а не їй,&lt;br /&gt;</w:t>
        <w:br/>
        <w:t>Від неї бо немає мови&lt;br /&gt;</w:t>
        <w:br/>
        <w:t>На краплю хоч яких надій,&lt;br /&gt;</w:t>
        <w:br/>
        <w:t>(Невже вона, — тут клопіт мій, —&lt;br /&gt;</w:t>
        <w:br/>
        <w:t>Для інших теж була такою?&lt;br /&gt;</w:t>
        <w:br/>
        <w:t>Та, Діві поклянусь святій,&lt;br /&gt;</w:t>
        <w:br/>
        <w:t>Я глумом врешті заспокоюсь),</w:t>
      </w:r>
    </w:p>
    <w:p>
      <w:r>
        <w:br/>
        <w:t>93&lt;br /&gt;</w:t>
        <w:br/>
        <w:t>Я їй баляду цю подам,&lt;br /&gt;</w:t>
        <w:br/>
        <w:t>Вона гірка й шорстка недаром,&lt;br /&gt;</w:t>
        <w:br/>
        <w:t>Не знаю, ким ще передам,&lt;br /&gt;</w:t>
        <w:br/>
        <w:t>Чи не Пернетом де ля Баром?&lt;br /&gt;</w:t>
        <w:br/>
        <w:t>Лиш як зустріне він з цим даром&lt;br /&gt;</w:t>
        <w:br/>
        <w:t>Ту кирпоносу, хай моїй&lt;br /&gt;</w:t>
        <w:br/>
        <w:t>Мамзель словечок тицьне пару:&lt;br /&gt;</w:t>
        <w:br/>
        <w:t>"Де, фльондро, заробіток твій?"</w:t>
      </w:r>
    </w:p>
    <w:p>
      <w:r>
        <w:br/>
        <w:t>Баляда для його любки&lt;br /&gt;</w:t>
        <w:br/>
        <w:t>Красо фальшива, а така коштовна,&lt;br /&gt;</w:t>
        <w:br/>
        <w:t>Шорстка у масці злагоди й облуд,&lt;br /&gt;</w:t>
        <w:br/>
        <w:t>Любове, тверділа, ніж коса гартовна,&lt;br /&gt;</w:t>
        <w:br/>
        <w:t>Володарко моїх нещасть і пут,&lt;br /&gt;</w:t>
        <w:br/>
        <w:t>Злий чаре, найлютіша з всіх отрут,&lt;br /&gt;</w:t>
        <w:br/>
        <w:t>Пихо, що шлеш людей на скін кривавий,&lt;br /&gt;</w:t>
        <w:br/>
        <w:t>Жорстокий погляде, чи ж Правосуд&lt;br /&gt;</w:t>
        <w:br/>
        <w:t>Сердегу порятує, не розчавить?</w:t>
      </w:r>
    </w:p>
    <w:p>
      <w:r>
        <w:br/>
        <w:t>Було вже краще пошукати ради&lt;br /&gt;</w:t>
        <w:br/>
        <w:t>Деінде; честь я б врятував свою.&lt;br /&gt;</w:t>
        <w:br/>
        <w:t>Мене б тоді не звабили принади,&lt;br /&gt;</w:t>
        <w:br/>
        <w:t>Тепер я втік і з соромом стою.&lt;br /&gt;</w:t>
        <w:br/>
        <w:t>"Рятуй! Рятуй!" — гукаю всім, молю,&lt;br /&gt;</w:t>
        <w:br/>
        <w:t>Невже я згину без удару навіть?&lt;br /&gt;</w:t>
        <w:br/>
        <w:t>Чи ж Жаль, Журбу побачивши мою,&lt;br /&gt;</w:t>
        <w:br/>
        <w:t>Сердегу порятує, не розчавить?</w:t>
      </w:r>
    </w:p>
    <w:p>
      <w:r>
        <w:br/>
        <w:t>Надійде час — не стане вже розмаю,&lt;br /&gt;</w:t>
        <w:br/>
        <w:t>Зів'яне, зжовкне, висохне твій цвіт;&lt;br /&gt;</w:t>
        <w:br/>
        <w:t>Тоді покплю, — я щелепи ще маю!&lt;br /&gt;</w:t>
        <w:br/>
        <w:t>Та ні, це буде божевілля й стид;&lt;br /&gt;</w:t>
        <w:br/>
        <w:t>Змарнієш, збриднеш ти, я ж буду дід.&lt;br /&gt;</w:t>
        <w:br/>
        <w:t>Тож пий, докіль ще ллється струмінь жвавий;&lt;br /&gt;</w:t>
        <w:br/>
        <w:t>Не роздувай журби, той горя плід&lt;br /&gt;</w:t>
        <w:br/>
        <w:t>Сердегу не врятує, а (розчавить.</w:t>
      </w:r>
    </w:p>
    <w:p>
      <w:r>
        <w:br/>
        <w:t>Серед коханців перший, князю, ти.&lt;br /&gt;</w:t>
        <w:br/>
        <w:t>Я б не хотаїв, щоб став ти неласкавий,&lt;br /&gt;</w:t>
        <w:br/>
        <w:t>В людських серцях шукаю доброти, —&lt;br /&gt;</w:t>
        <w:br/>
        <w:t>Сердегу хай врятує, не розчавить.</w:t>
      </w:r>
    </w:p>
    <w:p>
      <w:r>
        <w:br/>
        <w:t>94&lt;br /&gt;</w:t>
        <w:br/>
        <w:t>Ітьє Маршанові, якому&lt;br /&gt;</w:t>
        <w:br/>
        <w:t>Вже меч подарував я свій,&lt;br /&gt;</w:t>
        <w:br/>
        <w:t>Даю цю пісню невідому,&lt;br /&gt;</w:t>
        <w:br/>
        <w:t>Щоб він її на лютні стрій&lt;br /&gt;</w:t>
        <w:br/>
        <w:t>Уклав, на вічний упокій&lt;br /&gt;</w:t>
        <w:br/>
        <w:t>Його амурам, що назвати&lt;br /&gt;</w:t>
        <w:br/>
        <w:t>Ї х не посмію, бо якстій&lt;br /&gt;</w:t>
        <w:br/>
        <w:t>Він став би ворогом заклятим.</w:t>
      </w:r>
    </w:p>
    <w:p>
      <w:r>
        <w:br/>
        <w:t>Пісня</w:t>
      </w:r>
    </w:p>
    <w:p>
      <w:r>
        <w:br/>
        <w:t>(рондо)</w:t>
      </w:r>
    </w:p>
    <w:p>
      <w:r>
        <w:br/>
        <w:t>Кляну твою жорстокість, Смерте,&lt;br /&gt;</w:t>
        <w:br/>
        <w:t>Що любку узяла мені,&lt;br /&gt;</w:t>
        <w:br/>
        <w:t>Ти ще не наситилась, ні!&lt;br /&gt;</w:t>
        <w:br/>
        <w:t>Докіль я сам не ляжу мертвий.&lt;br /&gt;</w:t>
        <w:br/>
        <w:t>Жив відтоді я, мов роздертий;&lt;br /&gt;</w:t>
        <w:br/>
        <w:t>Вона ж не знала зла й у сні!&lt;br /&gt;</w:t>
        <w:br/>
        <w:t>Смерте!</w:t>
      </w:r>
    </w:p>
    <w:p>
      <w:r>
        <w:br/>
        <w:t>Одне в нас серце, тож по Смерти&lt;br /&gt;</w:t>
        <w:br/>
        <w:t>Її — й мої скінчились дні.&lt;br /&gt;</w:t>
        <w:br/>
        <w:t>Ох, я півмертвий, у труні,&lt;br /&gt;</w:t>
        <w:br/>
        <w:t>Як образ житиму затертий,&lt;br /&gt;</w:t>
        <w:br/>
        <w:t>Смерте!</w:t>
      </w:r>
    </w:p>
    <w:p>
      <w:r>
        <w:br/>
        <w:t>95&lt;br /&gt;</w:t>
        <w:br/>
        <w:t>Теж, хочу, щоб один з леґатів&lt;br /&gt;</w:t>
        <w:br/>
        <w:t>Шановний пан Корню приняв,&lt;br /&gt;</w:t>
        <w:br/>
        <w:t>Він помагав мені багато&lt;br /&gt;</w:t>
        <w:br/>
        <w:t>І витягав з непевних справ.&lt;br /&gt;</w:t>
        <w:br/>
        <w:t>Йому город я записав,&lt;br /&gt;</w:t>
        <w:br/>
        <w:t>Від П'єра Бобіньйона в наймі,&lt;br /&gt;</w:t>
        <w:br/>
        <w:t>З умовою мені віддав,&lt;br /&gt;</w:t>
        <w:br/>
        <w:t>Щоб браму справив я принаймні.</w:t>
      </w:r>
    </w:p>
    <w:p>
      <w:r>
        <w:br/>
        <w:t>96&lt;br /&gt;</w:t>
        <w:br/>
        <w:t>Без брами там з речей моїх&lt;br /&gt;</w:t>
        <w:br/>
        <w:t>Мотика зникла і клепало;&lt;br /&gt;</w:t>
        <w:br/>
        <w:t>І десять соколів зірких&lt;br /&gt;</w:t>
        <w:br/>
        <w:t>Там жайворонка б не спіймало,&lt;br /&gt;</w:t>
        <w:br/>
        <w:t>Лиш замикати треба стало.&lt;br /&gt;</w:t>
        <w:br/>
        <w:t>Як вивіску, лишив я крюк;&lt;br /&gt;</w:t>
        <w:br/>
        <w:t>Хто вкраде, — щоб його зарвало,&lt;br /&gt;</w:t>
        <w:br/>
        <w:t>В крові хай дохне серед мук!</w:t>
      </w:r>
    </w:p>
    <w:p>
      <w:r>
        <w:br/>
        <w:t>97&lt;br /&gt;</w:t>
        <w:br/>
        <w:t>Теж, жінці П'єра Сен-Амана,&lt;br /&gt;</w:t>
        <w:br/>
        <w:t>За те, що вже на жебри йду,&lt;br /&gt;</w:t>
        <w:br/>
        <w:t>(Якщо це їй така догана,&lt;br /&gt;</w:t>
        <w:br/>
        <w:t>Від Бога їй прощення жду!)&lt;br /&gt;</w:t>
        <w:br/>
        <w:t>Взамін за всю мою біду,&lt;br /&gt;</w:t>
        <w:br/>
        <w:t>Білоконя, що вже не скаче,&lt;br /&gt;</w:t>
        <w:br/>
        <w:t>Я їй з кобилою зведу,&lt;br /&gt;</w:t>
        <w:br/>
        <w:t>А Мулицю з ослом гарячим.</w:t>
      </w:r>
    </w:p>
    <w:p>
      <w:r>
        <w:br/>
        <w:t>98&lt;br /&gt;</w:t>
        <w:br/>
        <w:t>Теж, милий пан Дені Еслен,&lt;br /&gt;</w:t>
        <w:br/>
        <w:t>Паризький райця, як дарунок&lt;br /&gt;</w:t>
        <w:br/>
        <w:t>Хай прийме десять бочок вин, —&lt;br /&gt;</w:t>
        <w:br/>
        <w:t>Туржі наллє на мій рахунок.&lt;br /&gt;</w:t>
        <w:br/>
        <w:t>Коли ж йому б пошкодив трунок&lt;br /&gt;</w:t>
        <w:br/>
        <w:t>І розум дивним дивом сох,&lt;br /&gt;</w:t>
        <w:br/>
        <w:t>Водою хай змиває шлунок:&lt;br /&gt;</w:t>
        <w:br/>
        <w:t>Вино згубило багатьох.</w:t>
      </w:r>
    </w:p>
    <w:p>
      <w:r>
        <w:br/>
        <w:t>99&lt;br /&gt;</w:t>
        <w:br/>
        <w:t>Теж, для свого я адвоката&lt;br /&gt;</w:t>
        <w:br/>
        <w:t>Ґійома Шарюо лишив&lt;br /&gt;</w:t>
        <w:br/>
        <w:t>Меча (я іншому мав дати&lt;br /&gt;</w:t>
        <w:br/>
        <w:t>Його, та задум свій змінив).&lt;br /&gt;</w:t>
        <w:br/>
        <w:t>Дукатом ще його вгостив,&lt;br /&gt;</w:t>
        <w:br/>
        <w:t>Змінявши, щоб набив кишені,&lt;br /&gt;</w:t>
        <w:br/>
        <w:t>Його як мито я злупив&lt;br /&gt;</w:t>
        <w:br/>
        <w:t>Десь у Темпляріїв домені.</w:t>
      </w:r>
    </w:p>
    <w:p>
      <w:r>
        <w:br/>
        <w:t>100&lt;br /&gt;</w:t>
        <w:br/>
        <w:t>Теж, прокуророві Фурньє&lt;br /&gt;</w:t>
        <w:br/>
        <w:t>За всі труди його шалені&lt;br /&gt;</w:t>
        <w:br/>
        <w:t>(Це заощадження моє)&lt;br /&gt;</w:t>
        <w:br/>
        <w:t>Дам грошенят чотири жмені.&lt;br /&gt;</w:t>
        <w:br/>
        <w:t>Він виграв справи незчисленні&lt;br /&gt;</w:t>
        <w:br/>
        <w:t>І (справедливо, Боже дай!&lt;br /&gt;</w:t>
        <w:br/>
        <w:t>Так судді вирішили вчені,&lt;br /&gt;</w:t>
        <w:br/>
        <w:t>Бо сам, хоч правий, пропадай.</w:t>
      </w:r>
    </w:p>
    <w:p>
      <w:r>
        <w:br/>
        <w:t>101&lt;br /&gt;</w:t>
        <w:br/>
        <w:t>Теж, Жакові Раґ'є в леґаті&lt;br /&gt;</w:t>
        <w:br/>
        <w:t>Дам Ґревський Пугар для вина,&lt;br /&gt;</w:t>
        <w:br/>
        <w:t>Чотири шеляги хай сплатить,&lt;br /&gt;</w:t>
        <w:br/>
        <w:t>Хоч би маїв вишкребти і з дна.&lt;br /&gt;</w:t>
        <w:br/>
        <w:t>Для нього рада тут одна:&lt;br /&gt;</w:t>
        <w:br/>
        <w:t>Штани продати і спішити&lt;br /&gt;</w:t>
        <w:br/>
        <w:t>Під Шишку в темряві й ісповна&lt;br /&gt;</w:t>
        <w:br/>
        <w:t>Самотньому, без мене пити.</w:t>
      </w:r>
    </w:p>
    <w:p>
      <w:r>
        <w:br/>
        <w:t>102&lt;br /&gt;</w:t>
        <w:br/>
        <w:t>Теж, для Марбефа-кравчука&lt;br /&gt;</w:t>
        <w:br/>
        <w:t>І Ніколя з Люв'є, щоб знали:&lt;br /&gt;</w:t>
        <w:br/>
        <w:t>Шкода корови чи бика,&lt;br /&gt;</w:t>
        <w:br/>
        <w:t>Бо пастухи вони невдалі.&lt;br /&gt;</w:t>
        <w:br/>
        <w:t>Вже краще б соколів пускали&lt;br /&gt;</w:t>
        <w:br/>
        <w:t>(Не думайте — це кпи в мішку)&lt;br /&gt;</w:t>
        <w:br/>
        <w:t>І дрохв та куликів хапали&lt;br /&gt;</w:t>
        <w:br/>
        <w:t>З господи пані Машеку.</w:t>
      </w:r>
    </w:p>
    <w:p>
      <w:r>
        <w:br/>
        <w:t>103&lt;br /&gt;</w:t>
        <w:br/>
        <w:t>Теж, як Робен Туржі прийшов би,&lt;br /&gt;</w:t>
        <w:br/>
        <w:t>За все вино я заплачу.&lt;br /&gt;</w:t>
        <w:br/>
        <w:t>А як притулок мій знайшов би,&lt;br /&gt;</w:t>
        <w:br/>
        <w:t>Його я віщим наречу.&lt;br /&gt;</w:t>
        <w:br/>
        <w:t>Лавничити його навчу,&lt;br /&gt;</w:t>
        <w:br/>
        <w:t>Бо д в Парижі народився,&lt;br /&gt;</w:t>
        <w:br/>
        <w:t>Хоч часом суржиком строчу,&lt;br /&gt;</w:t>
        <w:br/>
        <w:t>Та так я в двох панюсь навчився.</w:t>
      </w:r>
    </w:p>
    <w:p>
      <w:r>
        <w:br/>
        <w:t>104&lt;br /&gt;</w:t>
        <w:br/>
        <w:t>У них краса — як діямант,&lt;br /&gt;</w:t>
        <w:br/>
        <w:t>В Сен-Женеру живуть ті пані,&lt;br /&gt;</w:t>
        <w:br/>
        <w:t>Під Сен-Жульєном де Вовант,&lt;br /&gt;</w:t>
        <w:br/>
        <w:t>На грані Поату й Бретані.&lt;br /&gt;</w:t>
        <w:br/>
        <w:t>Але не майте у догані,&lt;br /&gt;</w:t>
        <w:br/>
        <w:t>Жем їх адреса заховав;&lt;br /&gt;</w:t>
        <w:br/>
        <w:t>На Бозю! Я не з тих бовванів,&lt;br /&gt;</w:t>
        <w:br/>
        <w:t>Абим амури розтрубляв!</w:t>
      </w:r>
    </w:p>
    <w:p>
      <w:r>
        <w:br/>
        <w:t>105&lt;br /&gt;</w:t>
        <w:br/>
        <w:t>Теж, Жанові Раґ'є, що в кінній&lt;br /&gt;</w:t>
        <w:br/>
        <w:t>Поліції сержантом є,&lt;br /&gt;</w:t>
        <w:br/>
        <w:t>Щодня, докіль живе, уклінний&lt;br /&gt;</w:t>
        <w:br/>
        <w:t>Свій дар леґую — сир суфле,&lt;br /&gt;</w:t>
        <w:br/>
        <w:t>Щоб черево набив своє&lt;br /&gt;</w:t>
        <w:br/>
        <w:t>(Узяти від Байлі зі столу),&lt;br /&gt;</w:t>
        <w:br/>
        <w:t>З фонтану побіч хай поп'є,&lt;br /&gt;</w:t>
        <w:br/>
        <w:t>Щоб сир крізь пельку сповз додолу.</w:t>
      </w:r>
    </w:p>
    <w:p>
      <w:r>
        <w:br/>
        <w:t>106&lt;br /&gt;</w:t>
        <w:br/>
        <w:t>Теж, Маршалові блазнів дам&lt;br /&gt;</w:t>
        <w:br/>
        <w:t>В помічники Міішо дю Фура,&lt;br /&gt;</w:t>
        <w:br/>
        <w:t>Він добрих жартів має крам&lt;br /&gt;</w:t>
        <w:br/>
        <w:t>Та ще й підспівує амурам.&lt;br /&gt;</w:t>
        <w:br/>
        <w:t>В додатку дам йому бонжура,&lt;br /&gt;</w:t>
        <w:br/>
        <w:t>Хай підтягається притьма, —&lt;br /&gt;</w:t>
        <w:br/>
        <w:t>Він страх немудра креатура,&lt;br /&gt;</w:t>
        <w:br/>
        <w:t>Та кращих сміхунів нема.</w:t>
      </w:r>
    </w:p>
    <w:p>
      <w:r>
        <w:br/>
        <w:t>107&lt;br /&gt;</w:t>
        <w:br/>
        <w:t>Теж, з двісті двадцятьох сержантів,&lt;br /&gt;</w:t>
        <w:br/>
        <w:t>Що добрих повні всі прикмет,&lt;br /&gt;</w:t>
        <w:br/>
        <w:t>Привітні, чесні, все ґалянтні.&lt;br /&gt;</w:t>
        <w:br/>
        <w:t>Дені Рішє і Жан Валет&lt;br /&gt;</w:t>
        <w:br/>
        <w:t>Хай приймуть цей шнурок-вельвет,&lt;br /&gt;</w:t>
        <w:br/>
        <w:t>Щоб диндав з їхніх капелюхів;&lt;br /&gt;</w:t>
        <w:br/>
        <w:t>Про піших я насамперед&lt;br /&gt;</w:t>
        <w:br/>
        <w:t>Пишу, а інших я б не рухав.</w:t>
      </w:r>
    </w:p>
    <w:p>
      <w:r>
        <w:br/>
        <w:t>108&lt;br /&gt;</w:t>
        <w:br/>
        <w:t>Пернетові — дар ще один,&lt;br /&gt;</w:t>
        <w:br/>
        <w:t>(Кажу про байстрюка де Бара),&lt;br /&gt;</w:t>
        <w:br/>
        <w:t>Тому, що чесний синцьо він,&lt;br /&gt;</w:t>
        <w:br/>
        <w:t>На герб, щоб збувсь тавра бастара,&lt;br /&gt;</w:t>
        <w:br/>
        <w:t>Костей фальшивих добра пара&lt;br /&gt;</w:t>
        <w:br/>
        <w:t>І значених колода карт.&lt;br /&gt;</w:t>
        <w:br/>
        <w:t>Як гру й тепер пробздить, нездара,&lt;br /&gt;</w:t>
        <w:br/>
        <w:t>Чуми й холери буде варт!</w:t>
      </w:r>
    </w:p>
    <w:p>
      <w:r>
        <w:br/>
        <w:t>109&lt;br /&gt;</w:t>
        <w:br/>
        <w:t>Що ж до Шоле — то хай забуде&lt;br /&gt;</w:t>
        <w:br/>
        <w:t>Він свердли, молотки, клинці,&lt;br /&gt;</w:t>
        <w:br/>
        <w:t>Кого бондарський труд не знудить?&lt;br /&gt;</w:t>
        <w:br/>
        <w:t>Струменти хай замінить ці&lt;br /&gt;</w:t>
        <w:br/>
        <w:t>На меч ліонський у руці,&lt;br /&gt;</w:t>
        <w:br/>
        <w:t>Лиш молотка хай не загубить;&lt;br /&gt;</w:t>
        <w:br/>
        <w:t>Хоч нарікатиме, вкінці&lt;br /&gt;</w:t>
        <w:br/>
        <w:t>І гук і галас він полюбить.</w:t>
      </w:r>
    </w:p>
    <w:p>
      <w:r>
        <w:br/>
        <w:t>110&lt;br /&gt;</w:t>
        <w:br/>
        <w:t>Теж, Жанові де Лю, який&lt;br /&gt;</w:t>
        <w:br/>
        <w:t>Добрячий крамар і людина,&lt;br /&gt;</w:t>
        <w:br/>
        <w:t>Тому, що він худяк тонкий,&lt;br /&gt;</w:t>
        <w:br/>
        <w:t>А сам Шоле лихий ловчина,&lt;br /&gt;</w:t>
        <w:br/>
        <w:t>Мій дар — собачка ця учинна,&lt;br /&gt;</w:t>
        <w:br/>
        <w:t>Швидкий і тихий куролов,&lt;br /&gt;</w:t>
        <w:br/>
        <w:t>І ще обширна пелерина,&lt;br /&gt;</w:t>
        <w:br/>
        <w:t>Як здобич трапиться, на схов.</w:t>
      </w:r>
    </w:p>
    <w:p>
      <w:r>
        <w:br/>
        <w:t>111&lt;br /&gt;</w:t>
        <w:br/>
        <w:t>Для майстра де Буа в довірі&lt;br /&gt;</w:t>
        <w:br/>
        <w:t>Лишаю з щедрої руки&lt;br /&gt;</w:t>
        <w:br/>
        <w:t>Цих сараценських сто імбизрів,&lt;br /&gt;</w:t>
        <w:br/>
        <w:t>Не щоб садив їх у горшки,&lt;br /&gt;</w:t>
        <w:br/>
        <w:t>А щоб злучив хвости й задки,&lt;br /&gt;</w:t>
        <w:br/>
        <w:t>З шинками позшивав ковбаси,&lt;br /&gt;</w:t>
        <w:br/>
        <w:t>Щоб молоко пішло в цицьки,&lt;br /&gt;</w:t>
        <w:br/>
        <w:t>А кров натисла нижче паса.</w:t>
      </w:r>
    </w:p>
    <w:p>
      <w:r>
        <w:br/>
        <w:t>112&lt;br /&gt;</w:t>
        <w:br/>
        <w:t>Теж, капітанові Рію&lt;br /&gt;</w:t>
        <w:br/>
        <w:t>І лучникам його премилим&lt;br /&gt;</w:t>
        <w:br/>
        <w:t>Я вовчих шість голів даю&lt;br /&gt;</w:t>
        <w:br/>
        <w:t>(Задобрі, щоб їх свині їли),&lt;br /&gt;</w:t>
        <w:br/>
        <w:t>Їх від різницьких псів відбили&lt;br /&gt;</w:t>
        <w:br/>
        <w:t>І в кислім спражили вині.&lt;br /&gt;</w:t>
        <w:br/>
        <w:t>За ці делікатеси прілі&lt;br /&gt;</w:t>
        <w:br/>
        <w:t>Продасться всяк хоч сатані.</w:t>
      </w:r>
    </w:p>
    <w:p>
      <w:r>
        <w:br/>
        <w:t>113&lt;br /&gt;</w:t>
        <w:br/>
        <w:t>Це м'ясо легко переважить&lt;br /&gt;</w:t>
        <w:br/>
        <w:t>Усяке пір'я, корок, пух,&lt;br /&gt;</w:t>
        <w:br/>
        <w:t>В облозі всяк його присмажить,&lt;br /&gt;</w:t>
        <w:br/>
        <w:t>Коли вже з голоду запух.&lt;br /&gt;</w:t>
        <w:br/>
        <w:t>Як в псів завмре ловецький дух&lt;br /&gt;</w:t>
        <w:br/>
        <w:t>І в трап вовки впадуть неситі,&lt;br /&gt;</w:t>
        <w:br/>
        <w:t>Дораджую йому, як друг,&lt;br /&gt;</w:t>
        <w:br/>
        <w:t>Свій плащ їх шкурами підбити.</w:t>
      </w:r>
    </w:p>
    <w:p>
      <w:r>
        <w:br/>
        <w:t>114&lt;br /&gt;</w:t>
        <w:br/>
        <w:t>Теж, Робіне Тракай, який&lt;br /&gt;</w:t>
        <w:br/>
        <w:t>Щодня на працю (не погану!)&lt;br /&gt;</w:t>
        <w:br/>
        <w:t>Не йде, мов перепел дурний,&lt;br /&gt;</w:t>
        <w:br/>
        <w:t>А мчить конем гладеньким рано,&lt;br /&gt;</w:t>
        <w:br/>
        <w:t>Ту вазу з мисника дістане,&lt;br /&gt;</w:t>
        <w:br/>
        <w:t>Яку він мати страх хотів;&lt;br /&gt;</w:t>
        <w:br/>
        <w:t>Тепер він стане повним паном,&lt;br /&gt;</w:t>
        <w:br/>
        <w:t>Придбає те, за чим тужив.</w:t>
      </w:r>
    </w:p>
    <w:p>
      <w:r>
        <w:br/>
        <w:t>115&lt;br /&gt;</w:t>
        <w:br/>
        <w:t>А для Перота що Ґірара,&lt;br /&gt;</w:t>
        <w:br/>
        <w:t>Цирульника із Бур-ля-Рень?&lt;br /&gt;</w:t>
        <w:br/>
        <w:t>Лишу йому посудин пару,&lt;br /&gt;</w:t>
        <w:br/>
        <w:t>Бо він гарує день у день.&lt;br /&gt;</w:t>
        <w:br/>
        <w:t>Усього кілька літ лишень,&lt;br /&gt;</w:t>
        <w:br/>
        <w:t>Як в нього я не раз, не двічі&lt;br /&gt;</w:t>
        <w:br/>
        <w:t>Свинячих наїдавсь печень,&lt;br /&gt;</w:t>
        <w:br/>
        <w:t>Абесса де Пурра посвідчить.</w:t>
      </w:r>
    </w:p>
    <w:p>
      <w:r>
        <w:br/>
        <w:t>116&lt;br /&gt;</w:t>
        <w:br/>
        <w:t>Жебрущим братчикам святим,&lt;br /&gt;</w:t>
        <w:br/>
        <w:t>Девоткам бідним і беґінкаім&lt;br /&gt;</w:t>
        <w:br/>
        <w:t>З Парижу й Орлеану — всім,&lt;br /&gt;</w:t>
        <w:br/>
        <w:t>Теж тюрлюлінам, тюрлюпінкам,&lt;br /&gt;</w:t>
        <w:br/>
        <w:t>Ситенька юшка-якобінка,&lt;br /&gt;</w:t>
        <w:br/>
        <w:t>А на кінець додам млинців;&lt;br /&gt;</w:t>
        <w:br/>
        <w:t>Хай потім спуститься куртинка&lt;br /&gt;</w:t>
        <w:br/>
        <w:t>На глиб їх роздумів і снів.</w:t>
      </w:r>
    </w:p>
    <w:p>
      <w:r>
        <w:br/>
        <w:t>117&lt;br /&gt;</w:t>
        <w:br/>
        <w:t>Не я це їм даю свій даток,&lt;br /&gt;</w:t>
        <w:br/>
        <w:t>А кожна матір із дитям,&lt;br /&gt;</w:t>
        <w:br/>
        <w:t>І Бог, який дає заплату&lt;br /&gt;</w:t>
        <w:br/>
        <w:t>Тим, що важким живуть життям.&lt;br /&gt;</w:t>
        <w:br/>
        <w:t>Хай милі ченчики буттям&lt;br /&gt;</w:t>
        <w:br/>
        <w:t>Втішаються своїм вигідним,&lt;br /&gt;</w:t>
        <w:br/>
        <w:t>Потіху несучи жінкам,&lt;br /&gt;</w:t>
        <w:br/>
        <w:t>Вони стають мужам їх рідні.</w:t>
      </w:r>
    </w:p>
    <w:p>
      <w:r>
        <w:br/>
        <w:t>118&lt;br /&gt;</w:t>
        <w:br/>
        <w:t>Що б не хотів був Жан Пульє&lt;br /&gt;</w:t>
        <w:br/>
        <w:t>Про них сказати іронічно,&lt;br /&gt;</w:t>
        <w:br/>
        <w:t>Казання мусів він своє&lt;br /&gt;</w:t>
        <w:br/>
        <w:t>Пізніш відкликати публічно.&lt;br /&gt;</w:t>
        <w:br/>
        <w:t>Жан з Мену теж їх брав безлично&lt;br /&gt;</w:t>
        <w:br/>
        <w:t>На глузи, як і Матіол;&lt;br /&gt;</w:t>
        <w:br/>
        <w:t>Та шанувати мусим вічно&lt;br /&gt;</w:t>
        <w:br/>
        <w:t>Святої церкви ореол.</w:t>
      </w:r>
    </w:p>
    <w:p>
      <w:r>
        <w:br/>
        <w:t>119&lt;br /&gt;</w:t>
        <w:br/>
        <w:t>Тому приліжно їм слугую,&lt;br /&gt;</w:t>
        <w:br/>
        <w:t>У всім, що лиш кажу й роблю,&lt;br /&gt;</w:t>
        <w:br/>
        <w:t>Смиренним серцем їх шаную,&lt;br /&gt;</w:t>
        <w:br/>
        <w:t>Без суперечок їх люблю;&lt;br /&gt;</w:t>
        <w:br/>
        <w:t>Я не здурів ще й з них не кплю,&lt;br /&gt;</w:t>
        <w:br/>
        <w:t>Зашитого тримаю рота,&lt;br /&gt;</w:t>
        <w:br/>
        <w:t>Бо мститись будуть без жалю&lt;br /&gt;</w:t>
        <w:br/>
        <w:t>Вони з каізальниці, чи потай.</w:t>
      </w:r>
    </w:p>
    <w:p>
      <w:r>
        <w:br/>
        <w:t>120&lt;br /&gt;</w:t>
        <w:br/>
        <w:t>Теж, кармеліта братік Бод,&lt;br /&gt;</w:t>
        <w:br/>
        <w:t>Що жвавий, як старі всі птиці,&lt;br /&gt;</w:t>
        <w:br/>
        <w:t>Дістане для своїх пригод&lt;br /&gt;</w:t>
        <w:br/>
        <w:t>Дві галебарди й каску з криці,&lt;br /&gt;</w:t>
        <w:br/>
        <w:t>Щоб Тюска з драбами синиці&lt;br /&gt;</w:t>
        <w:br/>
        <w:t>Йому неї викрав. Вже він дід.&lt;br /&gt;</w:t>
        <w:br/>
        <w:t>Меча вже склав би на полиці,&lt;br /&gt;</w:t>
        <w:br/>
        <w:t>Та, видко, дід той — дідьків рід.</w:t>
      </w:r>
    </w:p>
    <w:p>
      <w:r>
        <w:br/>
        <w:t>121&lt;br /&gt;</w:t>
        <w:br/>
        <w:t>Печатник, щр лайно бджолине&lt;br /&gt;</w:t>
        <w:br/>
        <w:t>Жує й наліплює ту гидь,&lt;br /&gt;</w:t>
        <w:br/>
        <w:t>Печать дістане повну слини,&lt;br /&gt;</w:t>
        <w:br/>
        <w:t>Запльовану заздалегідь,&lt;br /&gt;</w:t>
        <w:br/>
        <w:t>А щоб як слід її відбить,&lt;br /&gt;</w:t>
        <w:br/>
        <w:t>Палюх щоб стверд йому в додатку;&lt;br /&gt;</w:t>
        <w:br/>
        <w:t>Це той, що в біскупа сидить,&lt;br /&gt;</w:t>
        <w:br/>
        <w:t>А іншим — Бог хай буде батьком.</w:t>
      </w:r>
    </w:p>
    <w:p>
      <w:r>
        <w:br/>
        <w:t>122&lt;br /&gt;</w:t>
        <w:br/>
        <w:t>На дощ, авдиторським панам&lt;br /&gt;</w:t>
        <w:br/>
        <w:t>Збудую стелю я дощану;&lt;br /&gt;</w:t>
        <w:br/>
        <w:t>А гемороїдним задам&lt;br /&gt;</w:t>
        <w:br/>
        <w:t>Фотелі з дірами дістану;&lt;br /&gt;</w:t>
        <w:br/>
        <w:t>Щоб лиш Масе із Орлеану,&lt;br /&gt;</w:t>
        <w:br/>
        <w:t>Що пас мій з грішми потягла,&lt;br /&gt;</w:t>
        <w:br/>
        <w:t>Впекли податком-прочуханом,&lt;br /&gt;</w:t>
        <w:br/>
        <w:t>Та фльондра хоч мала, та зла.</w:t>
      </w:r>
    </w:p>
    <w:p>
      <w:r>
        <w:br/>
        <w:t>123&lt;br /&gt;</w:t>
        <w:br/>
        <w:t>Для Франсуа із Вакерії,&lt;br /&gt;</w:t>
        <w:br/>
        <w:t>Промотора церковних справ,&lt;br /&gt;</w:t>
        <w:br/>
        <w:t>Краватку шкотську я на шию&lt;br /&gt;</w:t>
        <w:br/>
        <w:t>З вузлом оздобним записав.&lt;br /&gt;</w:t>
        <w:br/>
        <w:t>Як в орден лицарський вступав,&lt;br /&gt;</w:t>
        <w:br/>
        <w:t>Він Бога й Юрія святого&lt;br /&gt;</w:t>
        <w:br/>
        <w:t>Взивав. Хто лиш про це чував,&lt;br /&gt;</w:t>
        <w:br/>
        <w:t>Лягав від реготу страшного.</w:t>
      </w:r>
    </w:p>
    <w:p>
      <w:r>
        <w:br/>
        <w:t>124&lt;br /&gt;</w:t>
        <w:br/>
        <w:t>Лоранові, теж з судячків,&lt;br /&gt;</w:t>
        <w:br/>
        <w:t>В якого очі все червоні&lt;br /&gt;</w:t>
        <w:br/>
        <w:t>Через гріхи його батьків,&lt;br /&gt;</w:t>
        <w:br/>
        <w:t>Що вік весь цмулили, мов коні,&lt;br /&gt;</w:t>
        <w:br/>
        <w:t>Дам шмаття, щоб, без церемоній,&lt;br /&gt;</w:t>
        <w:br/>
        <w:t>Мав витирати чим баньки.&lt;br /&gt;</w:t>
        <w:br/>
        <w:t>На арцибіскупському троні&lt;br /&gt;</w:t>
        <w:br/>
        <w:t>У Буржі мав би він шовки.</w:t>
      </w:r>
    </w:p>
    <w:p>
      <w:r>
        <w:br/>
        <w:t>125&lt;br /&gt;</w:t>
        <w:br/>
        <w:t>Теж, майстер Жан Котар хороший,&lt;br /&gt;</w:t>
        <w:br/>
        <w:t>Що, як юрист, мені поміг,&lt;br /&gt;</w:t>
        <w:br/>
        <w:t>У мене має пару грошів —&lt;br /&gt;</w:t>
        <w:br/>
        <w:t>Забутий борг з часів старих,&lt;br /&gt;</w:t>
        <w:br/>
        <w:t>Коли за кілька слів бридких&lt;br /&gt;</w:t>
        <w:br/>
        <w:t>Вже від Деніси суду ждав я;&lt;br /&gt;</w:t>
        <w:br/>
        <w:t>Щоб душечку його Пан-Біг&lt;br /&gt;</w:t>
        <w:br/>
        <w:t>До раю взяв, ці вірші склав я.</w:t>
      </w:r>
    </w:p>
    <w:p>
      <w:r>
        <w:br/>
        <w:t>Баляда і молитва&lt;br /&gt;</w:t>
        <w:br/>
        <w:t>Ной в садку кохався винограднім,&lt;br /&gt;</w:t>
        <w:br/>
        <w:t>Лот ховався у яскиню пить,&lt;br /&gt;</w:t>
        <w:br/>
        <w:t>Аж любов підкралась кроком зрадним&lt;br /&gt;</w:t>
        <w:br/>
        <w:t>Й ось до дочок він в альков біжить&lt;br /&gt;</w:t>
        <w:br/>
        <w:t>{Не збираюсь я його судить),&lt;br /&gt;</w:t>
        <w:br/>
        <w:t>В Архитрикля теж не сохла чара,&lt;br /&gt;</w:t>
        <w:br/>
        <w:t>Всіх їх трьох благаю я: спасіть&lt;br /&gt;</w:t>
        <w:br/>
        <w:t>Душечку небіжчика Котара!</w:t>
      </w:r>
    </w:p>
    <w:p>
      <w:r>
        <w:br/>
        <w:t>Він же роду вашого нащадок,&lt;br /&gt;</w:t>
        <w:br/>
        <w:t>Лиш найліпше й найдорожче пив,&lt;br /&gt;</w:t>
        <w:br/>
        <w:t>Хоч ні гроша не дістав у спадок,&lt;br /&gt;</w:t>
        <w:br/>
        <w:t>Так, це був пивун із пивунів:&lt;br /&gt;</w:t>
        <w:br/>
        <w:t>Збан до рук йому мов прикипів,&lt;br /&gt;</w:t>
        <w:br/>
        <w:t>Не лінивсь він дудлити й з пугара.&lt;br /&gt;</w:t>
        <w:br/>
        <w:t>Щоб ніхто чіпати не посмів&lt;br /&gt;</w:t>
        <w:br/>
        <w:t>Душечки небіжчика Котара!</w:t>
      </w:r>
    </w:p>
    <w:p>
      <w:r>
        <w:br/>
        <w:t>Тямлю я не раз, як по випівці,&lt;br /&gt;</w:t>
        <w:br/>
        <w:t>П'яний, плентавсь він на свій сінник,&lt;br /&gt;</w:t>
        <w:br/>
        <w:t>Раз нагрів він ґулю на голівці,&lt;br /&gt;</w:t>
        <w:br/>
        <w:t>Збивши ятку, де чинів різник;&lt;br /&gt;</w:t>
        <w:br/>
        <w:t>Рано, пізно — все він пити звик&lt;br /&gt;</w:t>
        <w:br/>
        <w:t>І ніхто не був для нього пара.&lt;br /&gt;</w:t>
        <w:br/>
        <w:t>Відчиняйте ж двері, вчувши крик&lt;br /&gt;</w:t>
        <w:br/>
        <w:t>Душечки небіжчика Котара!</w:t>
      </w:r>
    </w:p>
    <w:p>
      <w:r>
        <w:br/>
        <w:t>Князю, він і плюнути не міг;&lt;br /&gt;</w:t>
        <w:br/>
        <w:t>Скаржився: "Вогнем я дишу зара'".&lt;br /&gt;</w:t>
        <w:br/>
        <w:t>І до смерти той пожар не втих&lt;br /&gt;</w:t>
        <w:br/>
        <w:t>В душечці небіжчика Котара.</w:t>
      </w:r>
    </w:p>
    <w:p>
      <w:r>
        <w:br/>
        <w:t>126&lt;br /&gt;</w:t>
        <w:br/>
        <w:t>Теж, хочу, щоб молодший з Мерліїв&lt;br /&gt;</w:t>
        <w:br/>
        <w:t>Зробив з моїми грішми лад,&lt;br /&gt;</w:t>
        <w:br/>
        <w:t>(Бо я не з тих, що шкуру дерли б),&lt;br /&gt;</w:t>
        <w:br/>
        <w:t>Лиш щоб усім — чи брат, чи сват —&lt;br /&gt;</w:t>
        <w:br/>
        <w:t>Розмінював він акурат:&lt;br /&gt;</w:t>
        <w:br/>
        <w:t>Щоб був дукат — два півдукати,&lt;br /&gt;</w:t>
        <w:br/>
        <w:t>А ангел — двоє ангелят;&lt;br /&gt;</w:t>
        <w:br/>
        <w:t>Кожаінцям щедрість треба знати.</w:t>
      </w:r>
    </w:p>
    <w:p>
      <w:r>
        <w:br/>
        <w:t>127&lt;br /&gt;</w:t>
        <w:br/>
        <w:t>Теж, серед мандрів я зазнав,&lt;br /&gt;</w:t>
        <w:br/>
        <w:t>Що з трьох сиріт, яких я кинув,&lt;br /&gt;</w:t>
        <w:br/>
        <w:t>Уже дорослим кожен став,&lt;br /&gt;</w:t>
        <w:br/>
        <w:t>Що мають в головах не сіно&lt;br /&gt;</w:t>
        <w:br/>
        <w:t>І що, відсіль аж до Саліну,&lt;br /&gt;</w:t>
        <w:br/>
        <w:t>Мудріших учнів не було.&lt;br /&gt;</w:t>
        <w:br/>
        <w:t>Тож їм, з Матолків згідно Чином,&lt;br /&gt;</w:t>
        <w:br/>
        <w:t>Дитинство марно не пройшло.</w:t>
      </w:r>
    </w:p>
    <w:p>
      <w:r>
        <w:br/>
        <w:t>128&lt;br /&gt;</w:t>
        <w:br/>
        <w:t>Хай далі учаться. Де? Славний&lt;br /&gt;</w:t>
        <w:br/>
        <w:t>Хай вчить їх майстер П'єр Ріш'є,&lt;br /&gt;</w:t>
        <w:br/>
        <w:t>А що Донат для них нестравний,&lt;br /&gt;</w:t>
        <w:br/>
        <w:t>Хай кожен легше щось кує,&lt;br /&gt;</w:t>
        <w:br/>
        <w:t>Наприклад, вчення це моє:&lt;br /&gt;</w:t>
        <w:br/>
        <w:t>"Блажен будь, золотий дукате!"&lt;br /&gt;</w:t>
        <w:br/>
        <w:t>Хай з мудрощів криниць не п'є,&lt;br /&gt;</w:t>
        <w:br/>
        <w:t>Умом бо й вчені не багаті.</w:t>
      </w:r>
    </w:p>
    <w:p>
      <w:r>
        <w:br/>
        <w:t>129&lt;br /&gt;</w:t>
        <w:br/>
        <w:t>Хай це вивчають, далі — тпру!&lt;br /&gt;</w:t>
        <w:br/>
        <w:t>Не дам їм більше мудрувати.&lt;br /&gt;</w:t>
        <w:br/>
        <w:t>А Кредо геть їм відберу,&lt;br /&gt;</w:t>
        <w:br/>
        <w:t>Бо діткам це вже забагато.&lt;br /&gt;</w:t>
        <w:br/>
        <w:t>Свій плащ звелю навпіл розтяти,&lt;br /&gt;</w:t>
        <w:br/>
        <w:t>Хай половину продадуть&lt;br /&gt;</w:t>
        <w:br/>
        <w:t>І куплять бубликів з десяток,&lt;br /&gt;</w:t>
        <w:br/>
        <w:t>Бо діти солодощів ждуть.</w:t>
      </w:r>
    </w:p>
    <w:p>
      <w:r>
        <w:br/>
        <w:t>130&lt;br /&gt;</w:t>
        <w:br/>
        <w:t>Манери добрі хай пізнають&lt;br /&gt;</w:t>
        <w:br/>
        <w:t>Ціною хоч би й стусанів,&lt;br /&gt;</w:t>
        <w:br/>
        <w:t>З голів хай кепок не здіймають,&lt;br /&gt;</w:t>
        <w:br/>
        <w:t>А рук з набитих череоів,&lt;br /&gt;</w:t>
        <w:br/>
        <w:t>І всім чемненько поготів&lt;br /&gt;</w:t>
        <w:br/>
        <w:t>Хай мовлять: "Гм? Що? Очевидно!"&lt;br /&gt;</w:t>
        <w:br/>
        <w:t>І скаже, хто б їх не зустрів:&lt;br /&gt;</w:t>
        <w:br/>
        <w:t>"Ось за таких дітей не стидно".</w:t>
      </w:r>
    </w:p>
    <w:p>
      <w:r>
        <w:br/>
        <w:t>131&lt;br /&gt;</w:t>
        <w:br/>
        <w:t>Теж, бідні учні ті, які&lt;br /&gt;</w:t>
        <w:br/>
        <w:t>Мої права на власність мають,&lt;br /&gt;</w:t>
        <w:br/>
        <w:t>Ті гарні хлопчики стрункі,&lt;br /&gt;</w:t>
        <w:br/>
        <w:t>Що гордо голови тримають,&lt;br /&gt;</w:t>
        <w:br/>
        <w:t>Орендну плату хай сховають,&lt;br /&gt;</w:t>
        <w:br/>
        <w:t>Яку в реєстрі писарі&lt;br /&gt;</w:t>
        <w:br/>
        <w:t>Списали — всі про теє знають, —&lt;br /&gt;</w:t>
        <w:br/>
        <w:t>З крамниці різника Ґельдрі.</w:t>
      </w:r>
    </w:p>
    <w:p>
      <w:r>
        <w:br/>
        <w:t>132&lt;br /&gt;</w:t>
        <w:br/>
        <w:t>Хоча непевні ще їх кроки,&lt;br /&gt;</w:t>
        <w:br/>
        <w:t>Не нарікаю я на них:&lt;br /&gt;</w:t>
        <w:br/>
        <w:t>За тридцять, може, сорок років&lt;br /&gt;</w:t>
        <w:br/>
        <w:t>Всі зміняться, як дасть Пан-Біг.&lt;br /&gt;</w:t>
        <w:br/>
        <w:t>До чемних хлопчиків таких&lt;br /&gt;</w:t>
        <w:br/>
        <w:t>Зле ставитись ніхто не буде.&lt;br /&gt;</w:t>
        <w:br/>
        <w:t>Лиш дурень брав би тут батіг,&lt;br /&gt;</w:t>
        <w:br/>
        <w:t>З дітей цих виростуть ще люди.</w:t>
      </w:r>
    </w:p>
    <w:p>
      <w:r>
        <w:br/>
        <w:t>133&lt;br /&gt;</w:t>
        <w:br/>
        <w:t>Платні їм вироблю такі,&lt;br /&gt;</w:t>
        <w:br/>
        <w:t>Що й Вісімнадцять клерків має:&lt;br /&gt;</w:t>
        <w:br/>
        <w:t>Вони не хом'яки, які&lt;br /&gt;</w:t>
        <w:br/>
        <w:t>Хропуть три місяці, буває.&lt;br /&gt;</w:t>
        <w:br/>
        <w:t>Бо справді, гірко, як куняє&lt;br /&gt;</w:t>
        <w:br/>
        <w:t>Хтось в молодості молодий,&lt;br /&gt;</w:t>
        <w:br/>
        <w:t>Та потім, змушений, чуває&lt;br /&gt;</w:t>
        <w:br/>
        <w:t>Тоді, як спав би вже, старий.</w:t>
      </w:r>
    </w:p>
    <w:p>
      <w:r>
        <w:br/>
        <w:t>134&lt;br /&gt;</w:t>
        <w:br/>
        <w:t>Листи подібні, як годиться,&lt;br /&gt;</w:t>
        <w:br/>
        <w:t>Коляторові я пошлю,&lt;br /&gt;</w:t>
        <w:br/>
        <w:t>Хай моляться за добродійця;&lt;br /&gt;</w:t>
        <w:br/>
        <w:t>Яік ні — всю злість на них зіллю.&lt;br /&gt;</w:t>
        <w:br/>
        <w:t>В цім бачить дехто гру мою,&lt;br /&gt;</w:t>
        <w:br/>
        <w:t>Бо надто я для них ласкавий,&lt;br /&gt;</w:t>
        <w:br/>
        <w:t>Але клянусь на честь свою:&lt;br /&gt;</w:t>
        <w:br/>
        <w:t>Я їх мамунь не бачив навіть!</w:t>
      </w:r>
    </w:p>
    <w:p>
      <w:r>
        <w:br/>
        <w:t>135&lt;br /&gt;</w:t>
        <w:br/>
        <w:t>Також, даю Мішо Кульду,&lt;br /&gt;</w:t>
        <w:br/>
        <w:t>На спілку із Шарльо Тараном,&lt;br /&gt;</w:t>
        <w:br/>
        <w:t>Сто су (спитають: "де знайду?"&lt;br /&gt;</w:t>
        <w:br/>
        <w:t>Не бійтеся, зберуть, як манну!).&lt;br /&gt;</w:t>
        <w:br/>
        <w:t>Ще й чоботи із басаману,&lt;br /&gt;</w:t>
        <w:br/>
        <w:t>Підбиті так як слід додам,&lt;br /&gt;</w:t>
        <w:br/>
        <w:t>Хай підуть привітати Жанну&lt;br /&gt;</w:t>
        <w:br/>
        <w:t>І ще одну з подібних дам.</w:t>
      </w:r>
    </w:p>
    <w:p>
      <w:r>
        <w:br/>
        <w:t>136&lt;br /&gt;</w:t>
        <w:br/>
        <w:t>Теж, панові Ґріньї, що замок;&lt;br /&gt;</w:t>
        <w:br/>
        <w:t>Йому Бісетрський я вже дав,&lt;br /&gt;</w:t>
        <w:br/>
        <w:t>Біллійську башту дам так само,&lt;br /&gt;</w:t>
        <w:br/>
        <w:t>З умовою, щоб добре дбав&lt;br /&gt;</w:t>
        <w:br/>
        <w:t>І двері й вікна повставляв,&lt;br /&gt;</w:t>
        <w:br/>
        <w:t>Бо вітер всюди там гуляє.&lt;br /&gt;</w:t>
        <w:br/>
        <w:t>Щоб грошей дощ на нього впав:&lt;br /&gt;</w:t>
        <w:br/>
        <w:t>Бо я не маю, й він не має.</w:t>
      </w:r>
    </w:p>
    <w:p>
      <w:r>
        <w:br/>
        <w:t>137&lt;br /&gt;</w:t>
        <w:br/>
        <w:t>Також, Тібодові де Ґард...&lt;br /&gt;</w:t>
        <w:br/>
        <w:t>Тібо? Брешу, він зветься Жаном;&lt;br /&gt;</w:t>
        <w:br/>
        <w:t>Що без витрати дати варт?&lt;br /&gt;</w:t>
        <w:br/>
        <w:t>(Цей рік пішов мені погано,&lt;br /&gt;</w:t>
        <w:br/>
        <w:t>Без Бозі паном я не стану.&lt;br /&gt;</w:t>
        <w:br/>
        <w:t>Амінь!) А бочку? Ту б я міг.&lt;br /&gt;</w:t>
        <w:br/>
        <w:t>Та старші є від нього станом,&lt;br /&gt;</w:t>
        <w:br/>
        <w:t>Носи теж червоніші їх.</w:t>
      </w:r>
    </w:p>
    <w:p>
      <w:r>
        <w:br/>
        <w:t>138&lt;br /&gt;</w:t>
        <w:br/>
        <w:t>Теж, Базаньє даю за вміння&lt;br /&gt;</w:t>
        <w:br/>
        <w:t>(Він кримінальний єсть нотар)&lt;br /&gt;</w:t>
        <w:br/>
        <w:t>Гвоздикового кіш коріння,&lt;br /&gt;</w:t>
        <w:br/>
        <w:t>В Руеля вкраду цей товар.&lt;br /&gt;</w:t>
        <w:br/>
        <w:t>Мутен з Ронелем теж цей дар&lt;br /&gt;</w:t>
        <w:br/>
        <w:t>Хай приймуть, і прошу їх дуже,&lt;br /&gt;</w:t>
        <w:br/>
        <w:t>Щоб їх сердець смиренний жар&lt;br /&gt;</w:t>
        <w:br/>
        <w:t>Вчув пан, що Христофору служить.</w:t>
      </w:r>
    </w:p>
    <w:p>
      <w:r>
        <w:br/>
        <w:t>139&lt;br /&gt;</w:t>
        <w:br/>
        <w:t>Йому баляду цю подам&lt;br /&gt;</w:t>
        <w:br/>
        <w:t>Для шані, що вершком є всього.&lt;br /&gt;</w:t>
        <w:br/>
        <w:t>Не диво, що не дано нам&lt;br /&gt;</w:t>
        <w:br/>
        <w:t>Кохання досягти такого:&lt;br /&gt;</w:t>
        <w:br/>
        <w:t>Він на, турнірі ту небогу&lt;br /&gt;</w:t>
        <w:br/>
        <w:t>В Сицилії відвоював;&lt;br /&gt;</w:t>
        <w:br/>
        <w:t>Він не базікав там, їйбогу,&lt;br /&gt;</w:t>
        <w:br/>
        <w:t>А, як Троїл чи Гектор, тяв.</w:t>
      </w:r>
    </w:p>
    <w:p>
      <w:r>
        <w:br/>
        <w:t>Баляда&lt;br /&gt;</w:t>
        <w:br/>
        <w:t>(написана для Роберта д'Естутвіля)&lt;br /&gt;</w:t>
        <w:br/>
        <w:t>Як блисне день, і крила розправляє&lt;br /&gt;</w:t>
        <w:br/>
        <w:t>Шляхетний сокіл, сповнений утіх,&lt;br /&gt;</w:t>
        <w:br/>
        <w:t>Як чорний дрізд парується й співає,&lt;br /&gt;</w:t>
        <w:br/>
        <w:t>Гасаючи серед гілок густих,&lt;br /&gt;</w:t>
        <w:br/>
        <w:t>Бажання маю, найпалкіше з всіх,&lt;br /&gt;</w:t>
        <w:br/>
        <w:t>Вам дати те, чим снить коханців двоє.&lt;br /&gt;</w:t>
        <w:br/>
        <w:t>Так вписано до всіх кохання книг;&lt;br /&gt;</w:t>
        <w:br/>
        <w:t>І ми для цього тут тепер обоє.</w:t>
      </w:r>
    </w:p>
    <w:p>
      <w:r>
        <w:br/>
        <w:t>Мого ви серця пані, що владає&lt;br /&gt;</w:t>
        <w:br/>
        <w:t>Ним повністю, до краю днів моїх.&lt;br /&gt;</w:t>
        <w:br/>
        <w:t>Лавр, що в бою чоло моє вінчає,&lt;br /&gt;</w:t>
        <w:br/>
        <w:t>Маслинна гілка для хвилин гірких;&lt;br /&gt;</w:t>
        <w:br/>
        <w:t>Мій розум каже ваших пут легких&lt;br /&gt;</w:t>
        <w:br/>
        <w:t>Не кидати й до служби дорогої&lt;br /&gt;</w:t>
        <w:br/>
        <w:t>Себе впрягти (чи ж я б інакше міг?);&lt;br /&gt;</w:t>
        <w:br/>
        <w:t>І ми для цього тут тепер обоє.</w:t>
      </w:r>
    </w:p>
    <w:p>
      <w:r>
        <w:br/>
        <w:t>І більше ще, — як жаль мене здолає&lt;br /&gt;</w:t>
        <w:br/>
        <w:t>І зла Фортуна ступить на поріг,&lt;br /&gt;</w:t>
        <w:br/>
        <w:t>Вона під вашим поглядом тікає,&lt;br /&gt;</w:t>
        <w:br/>
        <w:t>Так як під вітром никне дим з-під стріх.&lt;br /&gt;</w:t>
        <w:br/>
        <w:t>Я добре зерно сію не в обліг,&lt;br /&gt;</w:t>
        <w:br/>
        <w:t>Сам Бог мене до праці впріг важкої,&lt;br /&gt;</w:t>
        <w:br/>
        <w:t>Щоб колос мій у полі цім достиг,&lt;br /&gt;</w:t>
        <w:br/>
        <w:t>І ми для цього тут тепер обоє.</w:t>
      </w:r>
    </w:p>
    <w:p>
      <w:r>
        <w:br/>
        <w:t>Княгине, слів послухайте палких:&lt;br /&gt;</w:t>
        <w:br/>
        <w:t>Надії не покину я живої,&lt;br /&gt;</w:t>
        <w:br/>
        <w:t>Що не розлучим вже сердець своїх.&lt;br /&gt;</w:t>
        <w:br/>
        <w:t>І ми для цього тут тепер обоє.</w:t>
      </w:r>
    </w:p>
    <w:p>
      <w:r>
        <w:br/>
        <w:t>140&lt;br /&gt;</w:t>
        <w:br/>
        <w:t>Теж, Жанові Пердрє — нічого,&lt;br /&gt;</w:t>
        <w:br/>
        <w:t>І братові його — теж ні.&lt;br /&gt;</w:t>
        <w:br/>
        <w:t>В них я знаходив допомогу,&lt;br /&gt;</w:t>
        <w:br/>
        <w:t>Ходив на вижерки смачні.&lt;br /&gt;</w:t>
        <w:br/>
        <w:t>Хоч Франсуа був друг мені,&lt;br /&gt;</w:t>
        <w:br/>
        <w:t>Та просьбами мене все мучив:&lt;br /&gt;</w:t>
        <w:br/>
        <w:t>"Скуштуй-но смажені в огні&lt;br /&gt;</w:t>
        <w:br/>
        <w:t>У Буржі язики горючі!"</w:t>
      </w:r>
    </w:p>
    <w:p>
      <w:r>
        <w:br/>
        <w:t>141&lt;br /&gt;</w:t>
        <w:br/>
        <w:t>Я в Тайлевана заглядав,&lt;br /&gt;</w:t>
        <w:br/>
        <w:t>Де є про всі фрикаси й шквари;&lt;br /&gt;</w:t>
        <w:br/>
        <w:t>Униз, угору, вбік читав,&lt;br /&gt;</w:t>
        <w:br/>
        <w:t>Та тільки час свій закапарив.&lt;br /&gt;</w:t>
        <w:br/>
        <w:t>А все ж, повірте, сам Макарій,&lt;br /&gt;</w:t>
        <w:br/>
        <w:t>Який чортяку в казані&lt;br /&gt;</w:t>
        <w:br/>
        <w:t>Для запаху з волоссям парив,&lt;br /&gt;</w:t>
        <w:br/>
        <w:t>Дав припис ось такий мені:</w:t>
      </w:r>
    </w:p>
    <w:p>
      <w:r>
        <w:br/>
        <w:t>Баляда про злющі язики&lt;br /&gt;</w:t>
        <w:br/>
        <w:t>У мишаку, у сірчаку їдкім,&lt;br /&gt;</w:t>
        <w:br/>
        <w:t>У тухлій бовті з сірки і гноївки,&lt;br /&gt;</w:t>
        <w:br/>
        <w:t>В кипучім варі олова, в гидкім&lt;br /&gt;</w:t>
        <w:br/>
        <w:t>Розтопі лою, де долито зливки&lt;br /&gt;</w:t>
        <w:br/>
        <w:t>Мутного лугу з сечею жидівки,&lt;br /&gt;</w:t>
        <w:br/>
        <w:t>У водах, що проказу мили в них,&lt;br /&gt;</w:t>
        <w:br/>
        <w:t>В настоянці з онуч і шмат брудних,&lt;br /&gt;</w:t>
        <w:br/>
        <w:t>В крові гадюк, в отруї їх жерущій,&lt;br /&gt;</w:t>
        <w:br/>
        <w:t>У жовчі лисів і вовків лихих&lt;br /&gt;</w:t>
        <w:br/>
        <w:t>Хай язики ці смажаться презлющі!</w:t>
      </w:r>
    </w:p>
    <w:p>
      <w:r>
        <w:br/>
        <w:t>В мізку кота, що вже не ловить риб,&lt;br /&gt;</w:t>
        <w:br/>
        <w:t>Бо зуби в яснах має вже прогнилі,&lt;br /&gt;</w:t>
        <w:br/>
        <w:t>У слині пса, що вже старий, захрип,&lt;br /&gt;</w:t>
        <w:br/>
        <w:t>Не гавкає, а казиться без сили,&lt;br /&gt;</w:t>
        <w:br/>
        <w:t>В заїждженого мула милі біілім,&lt;br /&gt;</w:t>
        <w:br/>
        <w:t>Потятім ножичками на паски,&lt;br /&gt;</w:t>
        <w:br/>
        <w:t>В ковбані, де купались пацюки&lt;br /&gt;</w:t>
        <w:br/>
        <w:t>І все слизьке, холодне і повзуще —&lt;br /&gt;</w:t>
        <w:br/>
        <w:t>П'явки, ропухи, черви, ящірки,&lt;br /&gt;</w:t>
        <w:br/>
        <w:t>Хай язики ці смажаться презлющі!</w:t>
      </w:r>
    </w:p>
    <w:p>
      <w:r>
        <w:br/>
        <w:t>У виварі, який торкнути страх,&lt;br /&gt;</w:t>
        <w:br/>
        <w:t>Де падальцевий пуп у юшці пріє,&lt;br /&gt;</w:t>
        <w:br/>
        <w:t>В крові, що сохне в голяра в мисках&lt;br /&gt;</w:t>
        <w:br/>
        <w:t>У повні місяця, де плин чорніє,&lt;br /&gt;</w:t>
        <w:br/>
        <w:t>То знову як цибулька зеленіє,&lt;br /&gt;</w:t>
        <w:br/>
        <w:t>В гнилизні з ран, у бруді тих ночов,&lt;br /&gt;</w:t>
        <w:br/>
        <w:t>Де пупорізки з рук змивають кров,&lt;br /&gt;</w:t>
        <w:br/>
        <w:t>В цебрі, де шлюхи бовтаються в хлющі,&lt;br /&gt;</w:t>
        <w:br/>
        <w:t>(Хто сам не бачив, хай мовчить, здоров!),&lt;br /&gt;</w:t>
        <w:br/>
        <w:t>Хай язики ці смажаться презлющі!</w:t>
      </w:r>
    </w:p>
    <w:p>
      <w:r>
        <w:br/>
        <w:t>Як, князю, сита твій не має дім&lt;br /&gt;</w:t>
        <w:br/>
        <w:t>Ці лакоминки процідити ним,&lt;br /&gt;</w:t>
        <w:br/>
        <w:t>Ке підштанки сюди свої бруднющі;&lt;br /&gt;</w:t>
        <w:br/>
        <w:t>Все ж у лайні свинячім; перед тим&lt;br /&gt;</w:t>
        <w:br/>
        <w:t>Хай язики ці смажаться презлющі!</w:t>
      </w:r>
    </w:p>
    <w:p>
      <w:r>
        <w:br/>
        <w:t>142&lt;br /&gt;</w:t>
        <w:br/>
        <w:t>Андре Куро я спростування&lt;br /&gt;</w:t>
        <w:br/>
        <w:t>Дам про Ґонтьє, — в нім інший зміст,&lt;br /&gt;</w:t>
        <w:br/>
        <w:t>Що ж до тирана, без вагання,&lt;br /&gt;</w:t>
        <w:br/>
        <w:t>Як той Сірко, ховаю хвіст:&lt;br /&gt;</w:t>
        <w:br/>
        <w:t>Всемудрий не велить, щоб злість&lt;br /&gt;</w:t>
        <w:br/>
        <w:t>Зганяв убогий на могутнім,&lt;br /&gt;</w:t>
        <w:br/>
        <w:t>Бо той, лихий, його заїсть,&lt;br /&gt;</w:t>
        <w:br/>
        <w:t>У пастці мучачи окрутній.</w:t>
      </w:r>
    </w:p>
    <w:p>
      <w:r>
        <w:br/>
        <w:t>143&lt;br /&gt;</w:t>
        <w:br/>
        <w:t>Я зовсім не боюсь Ґонтьє,&lt;br /&gt;</w:t>
        <w:br/>
        <w:t>Як я, не має він нічого;&lt;br /&gt;</w:t>
        <w:br/>
        <w:t>Та спір між нами постає:&lt;br /&gt;</w:t>
        <w:br/>
        <w:t>Бо літо чи зима, — їйбогу! —&lt;br /&gt;</w:t>
        <w:br/>
        <w:t>Все долю хвалить він убогу;&lt;br /&gt;</w:t>
        <w:br/>
        <w:t>Він уважає щастям те,&lt;br /&gt;</w:t>
        <w:br/>
        <w:t>Що злом є для життя мойого.&lt;br /&gt;</w:t>
        <w:br/>
        <w:t>Хто правий? Так наш спір росте.</w:t>
      </w:r>
    </w:p>
    <w:p>
      <w:r>
        <w:br/>
        <w:t>Баляда для заперечення Франка Ґонтьє&lt;br /&gt;</w:t>
        <w:br/>
        <w:t>Прелат загруз кругленьким задом&lt;br /&gt;</w:t>
        <w:br/>
        <w:t>У ковдру й гріється весь час,&lt;br /&gt;</w:t>
        <w:br/>
        <w:t>При нім злягла Сідонья рядом,&lt;br /&gt;</w:t>
        <w:br/>
        <w:t>Дамуля, повна всяких крас;&lt;br /&gt;</w:t>
        <w:br/>
        <w:t>Чи день, чи ніч — п'ють іпокрас,&lt;br /&gt;</w:t>
        <w:br/>
        <w:t>Сміх, пискіт, пестощі без стриму,&lt;br /&gt;</w:t>
        <w:br/>
        <w:t>Самі ж голюські, — не брехтиму,&lt;br /&gt;</w:t>
        <w:br/>
        <w:t>Я в шпарку підглядав їх сам&lt;br /&gt;</w:t>
        <w:br/>
        <w:t>І збаг тоді на жур максиму:&lt;br /&gt;</w:t>
        <w:br/>
        <w:t>Це скарб — безжурним жить життям.</w:t>
      </w:r>
    </w:p>
    <w:p>
      <w:r>
        <w:br/>
        <w:t>Якби Ґонтьє й Гелена вміли&lt;br /&gt;</w:t>
        <w:br/>
        <w:t>Пізнати чар таких утіх,&lt;br /&gt;</w:t>
        <w:br/>
        <w:t>Коржів з цибулею б не їли,&lt;br /&gt;</w:t>
        <w:br/>
        <w:t>Що гонять з рота кислий дих.&lt;br /&gt;</w:t>
        <w:br/>
        <w:t>За всі борщі і юшки їх&lt;br /&gt;</w:t>
        <w:br/>
        <w:t>Не дам і тріски, що й казати!&lt;br /&gt;</w:t>
        <w:br/>
        <w:t>Як добре їм в кущах лежати,&lt;br /&gt;</w:t>
        <w:br/>
        <w:t>То пощо з ліжком пертись вам?&lt;br /&gt;</w:t>
        <w:br/>
        <w:t>Як бути нам? І що почати?&lt;br /&gt;</w:t>
        <w:br/>
        <w:t>Це скарб — безжурним жить життям.</w:t>
      </w:r>
    </w:p>
    <w:p>
      <w:r>
        <w:br/>
        <w:t>Хай хліб вівсяний свій, здоровий,&lt;br /&gt;</w:t>
        <w:br/>
        <w:t>Гризуть і воду з кварти п'ють,&lt;br /&gt;</w:t>
        <w:br/>
        <w:t>Та в мене жодна з птиць не вмовить&lt;br /&gt;</w:t>
        <w:br/>
        <w:t>На харч цей перейти дебудь.&lt;br /&gt;</w:t>
        <w:br/>
        <w:t>Про це не хочу я і чуть!&lt;br /&gt;</w:t>
        <w:br/>
        <w:t>Та, Боже, хай Ґонтьє й дружину&lt;br /&gt;</w:t>
        <w:br/>
        <w:t>Покластись тягне під шипшину,&lt;br /&gt;</w:t>
        <w:br/>
        <w:t>Як добре їм, не журно й нам.&lt;br /&gt;</w:t>
        <w:br/>
        <w:t>Чи хвалиш труд, чи шлеш до хріну —&lt;br /&gt;</w:t>
        <w:br/>
        <w:t>Це скарб — безжурним жить життям.</w:t>
      </w:r>
    </w:p>
    <w:p>
      <w:r>
        <w:br/>
        <w:t>Тож розсуди нас, принце милий,&lt;br /&gt;</w:t>
        <w:br/>
        <w:t>І, не во гнів усім, додам:&lt;br /&gt;</w:t>
        <w:br/>
        <w:t>Дитям ще чув я, як хвалили&lt;br /&gt;</w:t>
        <w:br/>
        <w:t>Цей скарб — безжурним жить життям.</w:t>
      </w:r>
    </w:p>
    <w:p>
      <w:r>
        <w:br/>
        <w:t>144&lt;br /&gt;</w:t>
        <w:br/>
        <w:t>Тому, що біблію на славу&lt;br /&gt;</w:t>
        <w:br/>
        <w:t>Брюєрська пані знає, їй&lt;br /&gt;</w:t>
        <w:br/>
        <w:t>Дам проповідувати право&lt;br /&gt;</w:t>
        <w:br/>
        <w:t>На вулицях серед повій;&lt;br /&gt;</w:t>
        <w:br/>
        <w:t>Финдюркам хай язик шорсткий&lt;br /&gt;</w:t>
        <w:br/>
        <w:t>Вигладжує, та цвинтарище&lt;br /&gt;</w:t>
        <w:br/>
        <w:t>Найкраще обминати їй,&lt;br /&gt;</w:t>
        <w:br/>
        <w:t>Лляний базар — тут ліпше й ближче.</w:t>
      </w:r>
    </w:p>
    <w:p>
      <w:r>
        <w:br/>
        <w:t>Баляда про паризьких жінок&lt;br /&gt;</w:t>
        <w:br/>
        <w:t>Багато в світі цокотух,&lt;br /&gt;</w:t>
        <w:br/>
        <w:t>І фльорентійки і мілянки&lt;br /&gt;</w:t>
        <w:br/>
        <w:t>Любовних опорів люблять дух;&lt;br /&gt;</w:t>
        <w:br/>
        <w:t>Спімну й античні тут богданки;&lt;br /&gt;</w:t>
        <w:br/>
        <w:t>Та чи льомбардки, чи римлянки,&lt;br /&gt;</w:t>
        <w:br/>
        <w:t>Чи ґенуезки — всі гуртом&lt;br /&gt;</w:t>
        <w:br/>
        <w:t>Безсилі, як і савойянки,&lt;br /&gt;</w:t>
        <w:br/>
        <w:t>В бою з паризьким язиком.</w:t>
      </w:r>
    </w:p>
    <w:p>
      <w:r>
        <w:br/>
        <w:t>Могли б чужинних говорух&lt;br /&gt;</w:t>
        <w:br/>
        <w:t>Навчати неаполітанки,&lt;br /&gt;</w:t>
        <w:br/>
        <w:t>І язиком робити рух&lt;br /&gt;</w:t>
        <w:br/>
        <w:t>Прусачки вміють і германки;&lt;br /&gt;</w:t>
        <w:br/>
        <w:t>Та хай грекині, єгиптянки&lt;br /&gt;</w:t>
        <w:br/>
        <w:t>Й угорки торохтять млинком,&lt;br /&gt;</w:t>
        <w:br/>
        <w:t>Не переможуть і гішпанки&lt;br /&gt;</w:t>
        <w:br/>
        <w:t>В бою з паризьким язиком.</w:t>
      </w:r>
    </w:p>
    <w:p>
      <w:r>
        <w:br/>
        <w:t>Хай від швайцарських пащекух&lt;br /&gt;</w:t>
        <w:br/>
        <w:t>Ґасконки ліпші й тулюзянки,&lt;br /&gt;</w:t>
        <w:br/>
        <w:t>З Пон-Нефу їх дві баби впух&lt;br /&gt;</w:t>
        <w:br/>
        <w:t>Зітруть і змусять до мовчанки;&lt;br /&gt;</w:t>
        <w:br/>
        <w:t>Ніщо льоренки і британки,&lt;br /&gt;</w:t>
        <w:br/>
        <w:t>(Зібрав я копу їх з вершком),&lt;br /&gt;</w:t>
        <w:br/>
        <w:t>Програють і валенсіянки&lt;br /&gt;</w:t>
        <w:br/>
        <w:t>В бою з паризьким язиком.</w:t>
      </w:r>
    </w:p>
    <w:p>
      <w:r>
        <w:br/>
        <w:t>За красномовство парижанки,&lt;br /&gt;</w:t>
        <w:br/>
        <w:t>Мій князю, вистав їй диплом,&lt;br /&gt;</w:t>
        <w:br/>
        <w:t>Бо шанси марні і в тальянки&lt;br /&gt;</w:t>
        <w:br/>
        <w:t>В бою з паризьким язиком.</w:t>
      </w:r>
    </w:p>
    <w:p>
      <w:r>
        <w:br/>
        <w:t>145&lt;br /&gt;</w:t>
        <w:br/>
        <w:t>Поглянь но лиш, як на рубцях&lt;br /&gt;</w:t>
        <w:br/>
        <w:t>Своїх спідниць ці дві-три сіли&lt;br /&gt;</w:t>
        <w:br/>
        <w:t>В манаїстирях або церквах;&lt;br /&gt;</w:t>
        <w:br/>
        <w:t>Присунься, й ні шелесь, мій милий!&lt;br /&gt;</w:t>
        <w:br/>
        <w:t>Думки почуєш гострі, смілі,&lt;br /&gt;</w:t>
        <w:br/>
        <w:t>Що здивувався б сам Макроб.&lt;br /&gt;</w:t>
        <w:br/>
        <w:t>Мотай на вус те, що повіли,&lt;br /&gt;</w:t>
        <w:br/>
        <w:t>Слова тут голі, без оздоб.</w:t>
      </w:r>
    </w:p>
    <w:p>
      <w:r>
        <w:br/>
        <w:t>146&lt;br /&gt;</w:t>
        <w:br/>
        <w:t>Жіночий кляштор старовинний,&lt;br /&gt;</w:t>
        <w:br/>
        <w:t>Ген на Монмартрі, я з ченців —&lt;br /&gt;</w:t>
        <w:br/>
        <w:t>Пустельників з'єднаю чином,&lt;br /&gt;</w:t>
        <w:br/>
        <w:t>Що на Мон-Валєр'єні сів.&lt;br /&gt;</w:t>
        <w:br/>
        <w:t>Що-більше, десь за рік чи пів,&lt;br /&gt;</w:t>
        <w:br/>
        <w:t>Як відпуст привезу я з Риму,&lt;br /&gt;</w:t>
        <w:br/>
        <w:t>В обитель цю з усіх боків&lt;br /&gt;</w:t>
        <w:br/>
        <w:t>Попре хрищений люд без стриму.</w:t>
      </w:r>
    </w:p>
    <w:p>
      <w:r>
        <w:br/>
        <w:t>147&lt;br /&gt;</w:t>
        <w:br/>
        <w:t>Вночі у дуків (чом би й ні?)&lt;br /&gt;</w:t>
        <w:br/>
        <w:t>Лакеї, кухти, покоївки&lt;br /&gt;</w:t>
        <w:br/>
        <w:t>Нехай відгикують смачні&lt;br /&gt;</w:t>
        <w:br/>
        <w:t>Торти, налисники, наливки&lt;br /&gt;</w:t>
        <w:br/>
        <w:t>(їх не заллє і пів бо&amp;lt;чівки!),&lt;br /&gt;</w:t>
        <w:br/>
        <w:t>У час, як панство сон обняв;&lt;br /&gt;</w:t>
        <w:br/>
        <w:t>Потому, в темряві домівки,&lt;br /&gt;</w:t>
        <w:br/>
        <w:t>Навчу ослячих їх забав.</w:t>
      </w:r>
    </w:p>
    <w:p>
      <w:r>
        <w:br/>
        <w:t>148&lt;br /&gt;</w:t>
        <w:br/>
        <w:t>З-між тих дівчат, що є ще досі&lt;br /&gt;</w:t>
        <w:br/>
        <w:t>Батьки в них, матері, цьотки,&lt;br /&gt;</w:t>
        <w:br/>
        <w:t>Нічоіго жодна хай не просить,&lt;br /&gt;</w:t>
        <w:br/>
        <w:t>Служницям дав я всі куски.&lt;br /&gt;</w:t>
        <w:br/>
        <w:t>Бо хоч убогі ті дівки&lt;br /&gt;</w:t>
        <w:br/>
        <w:t>Невередливі, всякі лишки&lt;br /&gt;</w:t>
        <w:br/>
        <w:t>Здадуться їм на тарілки,&lt;br /&gt;</w:t>
        <w:br/>
        <w:t>Тим часом їх ласує з миски</w:t>
      </w:r>
    </w:p>
    <w:p>
      <w:r>
        <w:br/>
        <w:t>149&lt;br /&gt;</w:t>
        <w:br/>
        <w:t>Якийсь картуз чи целестин,&lt;br /&gt;</w:t>
        <w:br/>
        <w:t>Що, хоч обіти склав був строгі,&lt;br /&gt;</w:t>
        <w:br/>
        <w:t>Смак знає добрих страв і вин,&lt;br /&gt;</w:t>
        <w:br/>
        <w:t>Не так, як ті дівки-небоги;&lt;br /&gt;</w:t>
        <w:br/>
        <w:t>Жаклен, Перрета — свідки вбогі,&lt;br /&gt;</w:t>
        <w:br/>
        <w:t>І Ізабелля, що клене;&lt;br /&gt;</w:t>
        <w:br/>
        <w:t>Невже за крихту допомоги&lt;br /&gt;</w:t>
        <w:br/>
        <w:t>Для них — жде пекло огняне?</w:t>
      </w:r>
    </w:p>
    <w:p>
      <w:r>
        <w:br/>
        <w:t>150&lt;br /&gt;</w:t>
        <w:br/>
        <w:t>Теж, грубій Маргариті милій,&lt;br /&gt;</w:t>
        <w:br/>
        <w:t>Чий образ в душу вліз мою,&lt;br /&gt;</w:t>
        <w:br/>
        <w:t>(Бігме! — клянусь Небесній Силі!),&lt;br /&gt;</w:t>
        <w:br/>
        <w:t>Низький поклін свій віддаю.&lt;br /&gt;</w:t>
        <w:br/>
        <w:t>Її таку, як є, люблю,&lt;br /&gt;</w:t>
        <w:br/>
        <w:t>Й вона мене, кохана пуся;&lt;br /&gt;</w:t>
        <w:br/>
        <w:t>Хто б стрів її, хай скаже: шлю&lt;br /&gt;</w:t>
        <w:br/>
        <w:t>Їй вірші ті, що з серця ллються.</w:t>
      </w:r>
    </w:p>
    <w:p>
      <w:r>
        <w:br/>
        <w:t>Баляда для грубої Марґо&lt;br /&gt;</w:t>
        <w:br/>
        <w:t>Коли служу слухняно гарній пані,&lt;br /&gt;</w:t>
        <w:br/>
        <w:t>Мене вважати будете дурним?&lt;br /&gt;</w:t>
        <w:br/>
        <w:t>Від неї всі чоловіки мов п'яні,&lt;br /&gt;</w:t>
        <w:br/>
        <w:t>З любови йду за нею, мов у дим,&lt;br /&gt;</w:t>
        <w:br/>
        <w:t>Як гості сходяться, слугую всім,&lt;br /&gt;</w:t>
        <w:br/>
        <w:t>У льох збігаю по вино, без слова;&lt;br /&gt;</w:t>
        <w:br/>
        <w:t>Цим хліб, тим сир, тим збан води. — "Чудово"!&lt;br /&gt;</w:t>
        <w:br/>
        <w:t>Кажу, як гроші брязнуть на столі;&lt;br /&gt;</w:t>
        <w:br/>
        <w:t>— "Вертайтеся в своїй потребі знову&lt;br /&gt;</w:t>
        <w:br/>
        <w:t>У цей бордей, де рай наш на землі".</w:t>
      </w:r>
    </w:p>
    <w:p>
      <w:r>
        <w:br/>
        <w:t>Та часто я лютую, як додому&lt;br /&gt;</w:t>
        <w:br/>
        <w:t>Воїна без грошей вернеться, з грудей&lt;br /&gt;</w:t>
        <w:br/>
        <w:t>Моїх прокльони вибухають громом,&lt;br /&gt;</w:t>
        <w:br/>
        <w:t>Зриваю пояс, сукню рву з плечей,&lt;br /&gt;</w:t>
        <w:br/>
        <w:t>Кричу: — "В льомбарді крам заставлю цей!"&lt;br /&gt;</w:t>
        <w:br/>
        <w:t>Вона ж, у боки взявшись: — "Ти, чортяко!"&lt;br /&gt;</w:t>
        <w:br/>
        <w:t>Вищить, Ісусом божиться, що маку&lt;br /&gt;</w:t>
        <w:br/>
        <w:t>Мені натре. Та я вже при мітлі,&lt;br /&gt;</w:t>
        <w:br/>
        <w:t>Під ніс їй суну нюхати ломаку,&lt;br /&gt;</w:t>
        <w:br/>
        <w:t>В бордеї цім, де рай наш на землі.</w:t>
      </w:r>
    </w:p>
    <w:p>
      <w:r>
        <w:br/>
        <w:t>Як миру знак, мені дарує бздину,&lt;br /&gt;</w:t>
        <w:br/>
        <w:t>Їдкішу, ніж чадний ропухи сік,&lt;br /&gt;</w:t>
        <w:br/>
        <w:t>Зі сміхом гладить пальцями чуприну,&lt;br /&gt;</w:t>
        <w:br/>
        <w:t>Любусьом зве, штовхає в ногу, в бік,&lt;br /&gt;</w:t>
        <w:br/>
        <w:t>Хропем, п'яненькі, гнів забувши й крик.&lt;br /&gt;</w:t>
        <w:br/>
        <w:t>Уранці ж, як їй лоно стрепенеться,&lt;br /&gt;</w:t>
        <w:br/>
        <w:t>Плід щадячи, вона на мене преться&lt;br /&gt;</w:t>
        <w:br/>
        <w:t>Стогну, припертий вантажем її;&lt;br /&gt;</w:t>
        <w:br/>
        <w:t>Давно в лайдацтві бачу свій кінець я,&lt;br /&gt;</w:t>
        <w:br/>
        <w:t>В бордеї цім, де рай наш на землі.</w:t>
      </w:r>
    </w:p>
    <w:p>
      <w:r>
        <w:br/>
        <w:t>Моє життя — град, буря безупинна,&lt;br /&gt;</w:t>
        <w:br/>
        <w:t>Лайдачку маю, й сам я лайдачина.&lt;br /&gt;</w:t>
        <w:br/>
        <w:t>Хто кращий з нас? Ми одного коліна,&lt;br /&gt;</w:t>
        <w:br/>
        <w:t>Як кіт і щур. В однім живем кублі.&lt;br /&gt;</w:t>
        <w:br/>
        <w:t>Ми любим бруд, брудна в нас кожна днина,&lt;br /&gt;</w:t>
        <w:br/>
        <w:t>Безчесний шлях, то й чести не знайти нам&lt;br /&gt;</w:t>
        <w:br/>
        <w:t>В бордеї цім, де рай наш на землі.</w:t>
      </w:r>
    </w:p>
    <w:p>
      <w:r>
        <w:br/>
        <w:t>151&lt;br /&gt;</w:t>
        <w:br/>
        <w:t>Теж, ідолці моїй Мар'яні&lt;br /&gt;</w:t>
        <w:br/>
        <w:t>Публічну школу я лишив,&lt;br /&gt;</w:t>
        <w:br/>
        <w:t>Те саме і Британській Жанні,&lt;br /&gt;</w:t>
        <w:br/>
        <w:t>Там учать учні вчителів.&lt;br /&gt;</w:t>
        <w:br/>
        <w:t>Так роблять скрізь від давніх днів,&lt;br /&gt;</w:t>
        <w:br/>
        <w:t>За винятком хурдиги в Мені;&lt;br /&gt;</w:t>
        <w:br/>
        <w:t>Тож на домах не тра знаків,&lt;br /&gt;</w:t>
        <w:br/>
        <w:t>Як ці заняття вже буденні.</w:t>
      </w:r>
    </w:p>
    <w:p>
      <w:r>
        <w:br/>
        <w:t>152&lt;br /&gt;</w:t>
        <w:br/>
        <w:t>Жолі Ноель, той шалапут,&lt;br /&gt;</w:t>
        <w:br/>
        <w:t>Від мене хай не жде нічого,&lt;br /&gt;</w:t>
        <w:br/>
        <w:t>Йому лози зітну я жмут"&lt;br /&gt;</w:t>
        <w:br/>
        <w:t>В моїм городі. Буде з нього.&lt;br /&gt;</w:t>
        <w:br/>
        <w:t>В покарі благо є, їйбогу!&lt;br /&gt;</w:t>
        <w:br/>
        <w:t>Тож хай уїсяк їй буде рад,&lt;br /&gt;</w:t>
        <w:br/>
        <w:t>Йому дві сотки дарового&lt;br /&gt;</w:t>
        <w:br/>
        <w:t>Пан Генрик хай відчислить, кат.</w:t>
      </w:r>
    </w:p>
    <w:p>
      <w:r>
        <w:br/>
        <w:t>153&lt;br /&gt;</w:t>
        <w:br/>
        <w:t>Теж, що б його шпиталям дати,&lt;br /&gt;</w:t>
        <w:br/>
        <w:t>Чи то великим, чи малим?&lt;br /&gt;</w:t>
        <w:br/>
        <w:t>Не місце й час тут жартувати —&lt;br /&gt;</w:t>
        <w:br/>
        <w:t>Там кожен горя повен дім.&lt;br /&gt;</w:t>
        <w:br/>
        <w:t>Усяк шле милостиню їм;&lt;br /&gt;</w:t>
        <w:br/>
        <w:t>Як гуску дам братам Жебрачим,&lt;br /&gt;</w:t>
        <w:br/>
        <w:t>То значить, з тельбухом самим&lt;br /&gt;</w:t>
        <w:br/>
        <w:t>У бідних миску ми побачим.</w:t>
      </w:r>
    </w:p>
    <w:p>
      <w:r>
        <w:br/>
        <w:t>154&lt;br /&gt;</w:t>
        <w:br/>
        <w:t>Колен Ґалернові на зло&lt;br /&gt;</w:t>
        <w:br/>
        <w:t>(Вїн мій цирульник із голярні&lt;br /&gt;</w:t>
        <w:br/>
        <w:t>Біля аптеки Анджельо)&lt;br /&gt;</w:t>
        <w:br/>
        <w:t>Дам брилу леду (звідки? з Марни),&lt;br /&gt;</w:t>
        <w:br/>
        <w:t>Щоб перезимував шикарно.&lt;br /&gt;</w:t>
        <w:br/>
        <w:t>Хай прикладає на живіт,&lt;br /&gt;</w:t>
        <w:br/>
        <w:t>Як виживе, то в літо шкварне&lt;br /&gt;</w:t>
        <w:br/>
        <w:t>Він холоднішим знайде світ.</w:t>
      </w:r>
    </w:p>
    <w:p>
      <w:r>
        <w:br/>
        <w:t>155&lt;br /&gt;</w:t>
        <w:br/>
        <w:t>Теж, Дітям Знайденим — нічого,&lt;br /&gt;</w:t>
        <w:br/>
        <w:t>Блудягам слід лиш помогти.&lt;br /&gt;</w:t>
        <w:br/>
        <w:t>їх стрінеш легко — за порогом&lt;br /&gt;</w:t>
        <w:br/>
        <w:t>В Мар'яни Ідолиці ти.&lt;br /&gt;</w:t>
        <w:br/>
        <w:t>Їх слід негайно привести&lt;br /&gt;</w:t>
        <w:br/>
        <w:t>До мене в школу на навчання,&lt;br /&gt;</w:t>
        <w:br/>
        <w:t>Хай не плекають дурноти;&lt;br /&gt;</w:t>
        <w:br/>
        <w:t>Так ось наука їм остання:</w:t>
      </w:r>
    </w:p>
    <w:p>
      <w:r>
        <w:br/>
        <w:t>Добра наука для блудних дітей&lt;br /&gt;</w:t>
        <w:br/>
        <w:t>156&lt;br /&gt;</w:t>
        <w:br/>
        <w:t>"Пильнуйтесь, дітки, щоб вам цвіт&lt;br /&gt;</w:t>
        <w:br/>
        <w:t>Не впав найкращий з капелюха.&lt;br /&gt;</w:t>
        <w:br/>
        <w:t>Хоч пальці в вас липкі, глядіть,&lt;br /&gt;</w:t>
        <w:br/>
        <w:t>Яка за Монліпо прочуха,&lt;br /&gt;</w:t>
        <w:br/>
        <w:t>А й за Руель мнуть добре вуха, —&lt;br /&gt;</w:t>
        <w:br/>
        <w:t>Колен Кайє це сам пізнав:&lt;br /&gt;</w:t>
        <w:br/>
        <w:t>Ніхто апелю і не слухав,&lt;br /&gt;</w:t>
        <w:br/>
        <w:t>П'ятками гарно загойдав.</w:t>
      </w:r>
    </w:p>
    <w:p>
      <w:r>
        <w:br/>
        <w:t>157&lt;br /&gt;</w:t>
        <w:br/>
        <w:t>"Це не пуста собі забава,&lt;br /&gt;</w:t>
        <w:br/>
        <w:t>Хто тіло й душу програє.&lt;br /&gt;</w:t>
        <w:br/>
        <w:t>Як стратиш — жаль залізна справа,&lt;br /&gt;</w:t>
        <w:br/>
        <w:t>Ганьба — призначення твоє.&lt;br /&gt;</w:t>
        <w:br/>
        <w:t>А й вигра теж ще не дає&lt;br /&gt;</w:t>
        <w:br/>
        <w:t>За жінку царської Дідони.&lt;br /&gt;</w:t>
        <w:br/>
        <w:t>Той божевільний, справді, є,&lt;br /&gt;</w:t>
        <w:br/>
        <w:t>Хто мчить з азартом в перегони.</w:t>
      </w:r>
    </w:p>
    <w:p>
      <w:r>
        <w:br/>
        <w:t>158&lt;br /&gt;</w:t>
        <w:br/>
        <w:t>"Таж послух дайте ви мені!&lt;br /&gt;</w:t>
        <w:br/>
        <w:t>Відомо добре всім, що швидко&lt;br /&gt;</w:t>
        <w:br/>
        <w:t>Всі зиски топляться в вині,&lt;br /&gt;</w:t>
        <w:br/>
        <w:t>Однаково — взимі чи влітку;&lt;br /&gt;</w:t>
        <w:br/>
        <w:t>Тож грошей не ховай в калитку,&lt;br /&gt;</w:t>
        <w:br/>
        <w:t>Біжи процвиндрити все вмить,&lt;br /&gt;</w:t>
        <w:br/>
        <w:t>Лишати спадок іншим — бридко!&lt;br /&gt;</w:t>
        <w:br/>
        <w:t>Злом надбане не збагатить.</w:t>
      </w:r>
    </w:p>
    <w:p>
      <w:r>
        <w:br/>
        <w:t>Баляда доброї Доктрини&lt;br /&gt;</w:t>
        <w:br/>
        <w:t>Чи відпуст грішним продаєш,&lt;br /&gt;</w:t>
        <w:br/>
        <w:t>Чи в кості грасш ти фальшиві,&lt;br /&gt;</w:t>
        <w:br/>
        <w:t>Чи потайки монети б'єш,&lt;br /&gt;</w:t>
        <w:br/>
        <w:t>Щоб, як безвірник той зрадливий,&lt;br /&gt;</w:t>
        <w:br/>
        <w:t>Зажива смажитись в оливі,&lt;br /&gt;</w:t>
        <w:br/>
        <w:t>,Чи влсхмник ти, то рве замки, —&lt;br /&gt;</w:t>
        <w:br/>
        <w:t>Куди йде зиск твій нечестивий?&lt;br /&gt;</w:t>
        <w:br/>
        <w:t>Все на таверни і дівки.</w:t>
      </w:r>
    </w:p>
    <w:p>
      <w:r>
        <w:br/>
        <w:t>Як ти віршун чи музикант,&lt;br /&gt;</w:t>
        <w:br/>
        <w:t>Товчеш по-йолопськи в цимбали,&lt;br /&gt;</w:t>
        <w:br/>
        <w:t>Флейтист, фіґлярник, блазень, франт,&lt;br /&gt;</w:t>
        <w:br/>
        <w:t>Що в селах і містах запалих&lt;br /&gt;</w:t>
        <w:br/>
        <w:t>Морочить фарси і морали,&lt;br /&gt;</w:t>
        <w:br/>
        <w:t>Як в карти злупиш чи в кістки,&lt;br /&gt;</w:t>
        <w:br/>
        <w:t>Куди преш гроші ті чималі?&lt;br /&gt;</w:t>
        <w:br/>
        <w:t>Все на таверни і дівки.</w:t>
      </w:r>
    </w:p>
    <w:p>
      <w:r>
        <w:br/>
        <w:t>Тебе страшить це зло? Тікай&lt;br /&gt;</w:t>
        <w:br/>
        <w:t>В село на ферму працювати,&lt;br /&gt;</w:t>
        <w:br/>
        <w:t>Піль, коней, мулів доглядай,&lt;br /&gt;</w:t>
        <w:br/>
        <w:t>Живи щасливий, небагатий;&lt;br /&gt;</w:t>
        <w:br/>
        <w:t>Коноплі будеш там чесати,&lt;br /&gt;</w:t>
        <w:br/>
        <w:t>Не зазираючи в книжки,&lt;br /&gt;</w:t>
        <w:br/>
        <w:t>Лиш бережись, щоб ти не стратив&lt;br /&gt;</w:t>
        <w:br/>
        <w:t>Все на таверни і дівки.</w:t>
      </w:r>
    </w:p>
    <w:p>
      <w:r>
        <w:br/>
        <w:t>Ще поки маєш, кращі шмати —&lt;br /&gt;</w:t>
        <w:br/>
        <w:t>Штани, кабаїти, сорочки, —&lt;br /&gt;</w:t>
        <w:br/>
        <w:t>Скинь у мішок і мчи продати&lt;br /&gt;</w:t>
        <w:br/>
        <w:t>Все на таверни і дівки.</w:t>
      </w:r>
    </w:p>
    <w:p>
      <w:r>
        <w:br/>
        <w:t>159&lt;br /&gt;</w:t>
        <w:br/>
        <w:t>"Це слово вам, панібратам:&lt;br /&gt;</w:t>
        <w:br/>
        <w:t>Слабі душею, дужі толом,&lt;br /&gt;</w:t>
        <w:br/>
        <w:t>Оберігайтеся, щоб вам&lt;br /&gt;</w:t>
        <w:br/>
        <w:t>Воно на вітрі не зчорніло,&lt;br /&gt;</w:t>
        <w:br/>
        <w:t>Щоб вас те лихо не зустріло;&lt;br /&gt;</w:t>
        <w:br/>
        <w:t>На Бога, хто лиш може з вас,&lt;br /&gt;</w:t>
        <w:br/>
        <w:t>Бувайте чесні з кожним ділом,&lt;br /&gt;</w:t>
        <w:br/>
        <w:t>А смерть сама свій знайде час".</w:t>
      </w:r>
    </w:p>
    <w:p>
      <w:r>
        <w:br/>
        <w:t>160&lt;br /&gt;</w:t>
        <w:br/>
        <w:t>Також:, П'ятнадцятькрат Двадцятим,&lt;br /&gt;</w:t>
        <w:br/>
        <w:t>Що звуть Трисотникаіми їх,&lt;br /&gt;</w:t>
        <w:br/>
        <w:t>Лише паризьким (спомагати&lt;br /&gt;</w:t>
        <w:br/>
        <w:t>Сліпих я хочу лиш своїх),&lt;br /&gt;</w:t>
        <w:br/>
        <w:t>Скла з окулярів дам старих,&lt;br /&gt;</w:t>
        <w:br/>
        <w:t>Аби на цвинтарі Невинних&lt;br /&gt;</w:t>
        <w:br/>
        <w:t>З них кожен розпізнати міг,&lt;br /&gt;</w:t>
        <w:br/>
        <w:t>Де череп злих, де доброчинних.</w:t>
      </w:r>
    </w:p>
    <w:p>
      <w:r>
        <w:br/>
        <w:t>161&lt;br /&gt;</w:t>
        <w:br/>
        <w:t>Кажу це не для гри чи кпин:&lt;br /&gt;</w:t>
        <w:br/>
        <w:t>Що з всіх маєтків знаменитих,&lt;br /&gt;</w:t>
        <w:br/>
        <w:t>З м'яких ліжок, пухких перин,&lt;br /&gt;</w:t>
        <w:br/>
        <w:t>Із ковдунів вином налитих,&lt;br /&gt;</w:t>
        <w:br/>
        <w:t>З балів, костюмів пишнопіитих,&lt;br /&gt;</w:t>
        <w:br/>
        <w:t>З усяких бенкетів і втіх?&lt;br /&gt;</w:t>
        <w:br/>
        <w:t>Як зникнуть ті забави ситих,&lt;br /&gt;</w:t>
        <w:br/>
        <w:t>Залишиться один лиш гріх.</w:t>
      </w:r>
    </w:p>
    <w:p>
      <w:r>
        <w:br/>
        <w:t>162&lt;br /&gt;</w:t>
        <w:br/>
        <w:t>Коли на цвинтарі погляну&lt;br /&gt;</w:t>
        <w:br/>
        <w:t>На купи білих черепів,&lt;br /&gt;</w:t>
        <w:br/>
        <w:t>Роздумую: оцей був паном,&lt;br /&gt;</w:t>
        <w:br/>
        <w:t>При скарбі короля сидів,&lt;br /&gt;</w:t>
        <w:br/>
        <w:t>А той — під лантухами прів:&lt;br /&gt;</w:t>
        <w:br/>
        <w:t>Котрий яким був — не пізнати,&lt;br /&gt;</w:t>
        <w:br/>
        <w:t>Хто біскуп, хто з ремісників —&lt;br /&gt;</w:t>
        <w:br/>
        <w:t>Я не зумію вам сказати.</w:t>
      </w:r>
    </w:p>
    <w:p>
      <w:r>
        <w:br/>
        <w:t>163&lt;br /&gt;</w:t>
        <w:br/>
        <w:t>Ті пані, що в багатих пань,&lt;br /&gt;</w:t>
        <w:br/>
        <w:t>Бувало, спини нагинають,&lt;br /&gt;</w:t>
        <w:br/>
        <w:t>Лякливіші від бідних лань,&lt;br /&gt;</w:t>
        <w:br/>
        <w:t>Тамті ж лиш губи надувають, —&lt;br /&gt;</w:t>
        <w:br/>
        <w:t>В одній тут купі опочивають,&lt;br /&gt;</w:t>
        <w:br/>
        <w:t>Наперемші із станом стан,&lt;br /&gt;</w:t>
        <w:br/>
        <w:t>Без дібр туземних; тут не мають&lt;br /&gt;</w:t>
        <w:br/>
        <w:t>Апелю ні слуга, ні пан.</w:t>
      </w:r>
    </w:p>
    <w:p>
      <w:r>
        <w:br/>
        <w:t>164&lt;br /&gt;</w:t>
        <w:br/>
        <w:t>Вони вже мертві. Мир їм, Боже!&lt;br /&gt;</w:t>
        <w:br/>
        <w:t>Давно їх черв пообгризав;&lt;br /&gt;</w:t>
        <w:br/>
        <w:t>Були там дами і вельможі,&lt;br /&gt;</w:t>
        <w:br/>
        <w:t>Любителі найтонших страв, —&lt;br /&gt;</w:t>
        <w:br/>
        <w:t>Всяк рижом з кремом ласував;&lt;br /&gt;</w:t>
        <w:br/>
        <w:t>Тепер з костей їх пилом трусить,&lt;br /&gt;</w:t>
        <w:br/>
        <w:t>Їм не до сміху і забав.&lt;br /&gt;</w:t>
        <w:br/>
        <w:t>Помилуй душі їх, Ісусе.</w:t>
      </w:r>
    </w:p>
    <w:p>
      <w:r>
        <w:br/>
        <w:t>165&lt;br /&gt;</w:t>
        <w:br/>
        <w:t>Лишаю мертвим цей леґат,&lt;br /&gt;</w:t>
        <w:br/>
        <w:t>Щоб кожен знав про це віднині&lt;br /&gt;</w:t>
        <w:br/>
        <w:t>Суддя, присяжний, адвокат;&lt;br /&gt;</w:t>
        <w:br/>
        <w:t>Вони бо в строгості незмінні&lt;br /&gt;</w:t>
        <w:br/>
        <w:t>До хапунів, — самі ж як тіні,&lt;br /&gt;</w:t>
        <w:br/>
        <w:t>Від праці вихудлі, живуть:&lt;br /&gt;</w:t>
        <w:br/>
        <w:t>Тож хай Господь і свят-Домінік&lt;br /&gt;</w:t>
        <w:br/>
        <w:t>Спасе їм душі, як помруть.</w:t>
      </w:r>
    </w:p>
    <w:p>
      <w:r>
        <w:br/>
        <w:t>166&lt;br /&gt;</w:t>
        <w:br/>
        <w:t>А для Жакета що Кардона?&lt;br /&gt;</w:t>
        <w:br/>
        <w:t>Вже небагато маю сам,&lt;br /&gt;</w:t>
        <w:br/>
        <w:t>А все ж, для доброго фасону,&lt;br /&gt;</w:t>
        <w:br/>
        <w:t>Йому хоч пісеньку подам;&lt;br /&gt;</w:t>
        <w:br/>
        <w:t>Про Маріон співають там,&lt;br /&gt;</w:t>
        <w:br/>
        <w:t>Або з такої співаниці:&lt;br /&gt;</w:t>
        <w:br/>
        <w:t>"Відчинь, Ґільмето, хвіртку нам",&lt;br /&gt;</w:t>
        <w:br/>
        <w:t>За пісню цю дадуть гірчиці.</w:t>
      </w:r>
    </w:p>
    <w:p>
      <w:r>
        <w:br/>
        <w:t>Пісня&lt;br /&gt;</w:t>
        <w:br/>
        <w:t>Як вийшов я з тюрми на світ,&lt;br /&gt;</w:t>
        <w:br/>
        <w:t>Де мало не лростяг копита,&lt;br /&gt;</w:t>
        <w:br/>
        <w:t>Якщо ще злиться Доля скрита,&lt;br /&gt;</w:t>
        <w:br/>
        <w:t>Її неправість осудіть.&lt;br /&gt;</w:t>
        <w:br/>
        <w:t>Мені бо в цю здається мить,&lt;br /&gt;</w:t>
        <w:br/>
        <w:t>Що вже повинна бути сита,&lt;br /&gt;</w:t>
        <w:br/>
        <w:t>Як вийшов я.</w:t>
      </w:r>
    </w:p>
    <w:p>
      <w:r>
        <w:br/>
        <w:t>Коли ж, неправа, повелить,&lt;br /&gt;</w:t>
        <w:br/>
        <w:t>Щоб я помер, моя розбита&lt;br /&gt;</w:t>
        <w:br/>
        <w:t>Душа хай, радістю сповита,&lt;br /&gt;</w:t>
        <w:br/>
        <w:t>У дім Господній полетить,&lt;br /&gt;</w:t>
        <w:br/>
        <w:t>Як вийшов я.</w:t>
      </w:r>
    </w:p>
    <w:p>
      <w:r>
        <w:br/>
        <w:t>167&lt;br /&gt;</w:t>
        <w:br/>
        <w:t>Теж, пан Льомер хай дар цей прийме&lt;br /&gt;</w:t>
        <w:br/>
        <w:t>Від сина феї: щоб зазнав&lt;br /&gt;</w:t>
        <w:br/>
        <w:t>Любовних досхочу обіймів,&lt;br /&gt;</w:t>
        <w:br/>
        <w:t>(Лиш щоб на голову не впав&lt;br /&gt;</w:t>
        <w:br/>
        <w:t>І всіх спідниць не доганяв)&lt;br /&gt;</w:t>
        <w:br/>
        <w:t>І щоб без шеляга він, хвацький,&lt;br /&gt;</w:t>
        <w:br/>
        <w:t>За ніч разів по сто кохав,&lt;br /&gt;</w:t>
        <w:br/>
        <w:t>На зліість усім Ожерам Датським.</w:t>
      </w:r>
    </w:p>
    <w:p>
      <w:r>
        <w:br/>
        <w:t>168&lt;br /&gt;</w:t>
        <w:br/>
        <w:t>Також, для любчиків сумних,&lt;br /&gt;</w:t>
        <w:br/>
        <w:t>Крім пісеньок Шартьє Алена,&lt;br /&gt;</w:t>
        <w:br/>
        <w:t>Я повну сліз при ліжку їх&lt;br /&gt;</w:t>
        <w:br/>
        <w:t>Лишу кропильницю свячену&lt;br /&gt;</w:t>
        <w:br/>
        <w:t>І рожі гіллячко зелене,&lt;br /&gt;</w:t>
        <w:br/>
        <w:t>Нев'януче, кропити ним,&lt;br /&gt;</w:t>
        <w:br/>
        <w:t>Щоб лиш згадали і за мене&lt;br /&gt;</w:t>
        <w:br/>
        <w:t>В молитві словом хоч одним.</w:t>
      </w:r>
    </w:p>
    <w:p>
      <w:r>
        <w:br/>
        <w:t>169&lt;br /&gt;</w:t>
        <w:br/>
        <w:t>Теж, Жаку Жамові, що, знай,&lt;br /&gt;</w:t>
        <w:br/>
        <w:t>Лише маєтки загрібає,&lt;br /&gt;</w:t>
        <w:br/>
        <w:t>Сто наречених дам, та хай&lt;br /&gt;</w:t>
        <w:br/>
        <w:t>За жінку жодну не хапає.&lt;br /&gt;</w:t>
        <w:br/>
        <w:t>Кому пожити він збирає?&lt;br /&gt;</w:t>
        <w:br/>
        <w:t>Своїм? Він з'їсти сам не рад:&lt;br /&gt;</w:t>
        <w:br/>
        <w:t>Що льохи мають, те, гадаю,&lt;br /&gt;</w:t>
        <w:br/>
        <w:t>Повинно йти й для поросят.</w:t>
      </w:r>
    </w:p>
    <w:p>
      <w:r>
        <w:br/>
        <w:t>170&lt;br /&gt;</w:t>
        <w:br/>
        <w:t>Теж, добрий Сенешал кирпатий,&lt;br /&gt;</w:t>
        <w:br/>
        <w:t>Що раз мої сплатив боржки,&lt;br /&gt;</w:t>
        <w:br/>
        <w:t>У нагороду хай кувати&lt;br /&gt;</w:t>
        <w:br/>
        <w:t>Береться гуси і качки:&lt;br /&gt;</w:t>
        <w:br/>
        <w:t>Йому шлю жартів цих жмутки&lt;br /&gt;</w:t>
        <w:br/>
        <w:t>Нудьгу розвіяти. Як схоче,&lt;br /&gt;</w:t>
        <w:br/>
        <w:t>Хай в піч їх кине, мов скіпки,&lt;br /&gt;</w:t>
        <w:br/>
        <w:t>Бо й добрий спів не раз морочить.</w:t>
      </w:r>
    </w:p>
    <w:p>
      <w:r>
        <w:br/>
        <w:t>171&lt;br /&gt;</w:t>
        <w:br/>
        <w:t>Дар Капітанові Сторожі:&lt;br /&gt;</w:t>
        <w:br/>
        <w:t>Товстун Марке і Філібер,&lt;br /&gt;</w:t>
        <w:br/>
        <w:t>Два пажі, хоч малі, та гожі,&lt;br /&gt;</w:t>
        <w:br/>
        <w:t>Весь вік штани з них кожен тер&lt;br /&gt;</w:t>
        <w:br/>
        <w:t>(Тому й мудріші вже тепер)&lt;br /&gt;</w:t>
        <w:br/>
        <w:t>На службі в маршала міського.&lt;br /&gt;</w:t>
        <w:br/>
        <w:t>Яік проженуть цих двох мізер,&lt;br /&gt;</w:t>
        <w:br/>
        <w:t>Манджатимуть на босу ногу.</w:t>
      </w:r>
    </w:p>
    <w:p>
      <w:r>
        <w:br/>
        <w:t>172&lt;br /&gt;</w:t>
        <w:br/>
        <w:t>Я б Шапеленові хотів&lt;br /&gt;</w:t>
        <w:br/>
        <w:t>Свою каплицю передати,&lt;br /&gt;</w:t>
        <w:br/>
        <w:t>Там небагато треба слів:&lt;br /&gt;</w:t>
        <w:br/>
        <w:t>Суху відправу проказати.&lt;br /&gt;</w:t>
        <w:br/>
        <w:t>Я б дав йому й вікарювати,&lt;br /&gt;</w:t>
        <w:br/>
        <w:t>Та душ не рад він пасти й сам,&lt;br /&gt;</w:t>
        <w:br/>
        <w:t>Не любить він і сповідати,&lt;br /&gt;</w:t>
        <w:br/>
        <w:t>За винятком служниць і дам.</w:t>
      </w:r>
    </w:p>
    <w:p>
      <w:r>
        <w:br/>
        <w:t>173&lt;br /&gt;</w:t>
        <w:br/>
        <w:t>Тому, що знає він, що значить&lt;br /&gt;</w:t>
        <w:br/>
        <w:t>Мій запис, чесний Жан з Кале&lt;br /&gt;</w:t>
        <w:br/>
        <w:t>(Мене він тридцять літ не бачив,&lt;br /&gt;</w:t>
        <w:br/>
        <w:t>Не чув, як прізвище моє),&lt;br /&gt;</w:t>
        <w:br/>
        <w:t>Якщо б знайшов, що в змісті є&lt;br /&gt;</w:t>
        <w:br/>
        <w:t>Неясності, йому дарую&lt;br /&gt;</w:t>
        <w:br/>
        <w:t>Уповноваження своє,&lt;br /&gt;</w:t>
        <w:br/>
        <w:t>Щоб справу вигладив він тую.</w:t>
      </w:r>
    </w:p>
    <w:p>
      <w:r>
        <w:br/>
        <w:t>174&lt;br /&gt;</w:t>
        <w:br/>
        <w:t>Щоб знотував, скоментував,&lt;br /&gt;</w:t>
        <w:br/>
        <w:t>Здефінював усе докладно,&lt;br /&gt;</w:t>
        <w:br/>
        <w:t>Здомінував, заґментував&lt;br /&gt;</w:t>
        <w:br/>
        <w:t>Чи скреслив, скасував нещадно,&lt;br /&gt;</w:t>
        <w:br/>
        <w:t>Вкінці щоб все списав доладно,&lt;br /&gt;</w:t>
        <w:br/>
        <w:t>Якщо ж не втне писання він,&lt;br /&gt;</w:t>
        <w:br/>
        <w:t>Хай рішить сяк чи так, навгадно,&lt;br /&gt;</w:t>
        <w:br/>
        <w:t>Згори приєднуюсь до змін.</w:t>
      </w:r>
    </w:p>
    <w:p>
      <w:r>
        <w:br/>
        <w:t>175&lt;br /&gt;</w:t>
        <w:br/>
        <w:t>Коли ж би хтось, кого не знаю,&lt;br /&gt;</w:t>
        <w:br/>
        <w:t>В життя з померлих перейшов,&lt;br /&gt;</w:t>
        <w:br/>
        <w:t>Кале негайно доручаю,&lt;br /&gt;</w:t>
        <w:br/>
        <w:t>Щоб плян здійснив мій до основ&lt;br /&gt;</w:t>
        <w:br/>
        <w:t>І іншого когось знайшов,&lt;br /&gt;</w:t>
        <w:br/>
        <w:t>Хто гідний буде милостині,&lt;br /&gt;</w:t>
        <w:br/>
        <w:t>Без затримки й передумов, —&lt;br /&gt;</w:t>
        <w:br/>
        <w:t>Кладу це на його сумлінні.</w:t>
      </w:r>
    </w:p>
    <w:p>
      <w:r>
        <w:br/>
        <w:t>176&lt;br /&gt;</w:t>
        <w:br/>
        <w:t>В Сент Авуа зробіть мій гріб,&lt;br /&gt;</w:t>
        <w:br/>
        <w:t>А не деінде (так бажаю!),&lt;br /&gt;</w:t>
        <w:br/>
        <w:t>Де всі побачити могли б&lt;br /&gt;</w:t>
        <w:br/>
        <w:t>З парсуни, як я виглядаю;&lt;br /&gt;</w:t>
        <w:br/>
        <w:t>Портрет на зріст хай витягають,&lt;br /&gt;</w:t>
        <w:br/>
        <w:t>Чорнилом, щоб недорогий.&lt;br /&gt;</w:t>
        <w:br/>
        <w:t>А пам'ятник? За це не дбаю,&lt;br /&gt;</w:t>
        <w:br/>
        <w:t>Та й для підлоги затяжкий.</w:t>
      </w:r>
    </w:p>
    <w:p>
      <w:r>
        <w:br/>
        <w:t>177&lt;br /&gt;</w:t>
        <w:br/>
        <w:t>Довкілля муру гробового&lt;br /&gt;</w:t>
        <w:br/>
        <w:t>Покрийте написом чіпким,&lt;br /&gt;</w:t>
        <w:br/>
        <w:t>Як подаю, — і більш нічого;&lt;br /&gt;</w:t>
        <w:br/>
        <w:t>Як не було б писати чим,&lt;br /&gt;</w:t>
        <w:br/>
        <w:t>Хоч вуглем виведіть яким,&lt;br /&gt;</w:t>
        <w:br/>
        <w:t>Лиш не подряпайте заправи.&lt;br /&gt;</w:t>
        <w:br/>
        <w:t>Так пам'ятний я стану всім,&lt;br /&gt;</w:t>
        <w:br/>
        <w:t>Хто знає гулянки й забави.</w:t>
      </w:r>
    </w:p>
    <w:p>
      <w:r>
        <w:br/>
        <w:t>Епітафія</w:t>
      </w:r>
    </w:p>
    <w:p>
      <w:r>
        <w:br/>
        <w:t>178&lt;br /&gt;</w:t>
        <w:br/>
        <w:t>НА БАНТАХ НОГИ ТУТ ПРОСТЯГ,&lt;br /&gt;</w:t>
        <w:br/>
        <w:t>ЛЮБОВИ ЗНИЩЕНИЙ ПРОКЛЬОНОМ,&lt;br /&gt;</w:t>
        <w:br/>
        <w:t>МАЛИЙ УЧЕНИЙ, З БІДОЛАХ,&lt;br /&gt;</w:t>
        <w:br/>
        <w:t>ЩО ЗВАВСЯ ФРАНСУА ВІЙОНОМ.&lt;br /&gt;</w:t>
        <w:br/>
        <w:t>НЕ МАВ І СКИБИ ВІН ДОСКОНУ,&lt;br /&gt;</w:t>
        <w:br/>
        <w:t>УСЕ РОЗДАБ, ВІДОМО ВСІМ:&lt;br /&gt;</w:t>
        <w:br/>
        <w:t>СТІЛ, ХЛІБ, КІШ, ЛІЖКО — ПО ЗАКОНУ,&lt;br /&gt;</w:t>
        <w:br/>
        <w:t>ҐАЛЯНТИ, ПРОКАЖІТЬ НАД НИМ:</w:t>
      </w:r>
    </w:p>
    <w:p>
      <w:r>
        <w:br/>
        <w:t>Вірш&lt;br /&gt;</w:t>
        <w:br/>
        <w:t>(або рондо)&lt;br /&gt;</w:t>
        <w:br/>
        <w:t>Хай знайде вічний упокій&lt;br /&gt;</w:t>
        <w:br/>
        <w:t>У Бозі й вічне світло ясне,&lt;br /&gt;</w:t>
        <w:br/>
        <w:t>Нічого бо не звав він власним,&lt;br /&gt;</w:t>
        <w:br/>
        <w:t>Ні миски, ні петрушки в ній.&lt;br /&gt;</w:t>
        <w:br/>
        <w:t>Мав збриті брови, лоб, — агій!&lt;br /&gt;</w:t>
        <w:br/>
        <w:t>Він виглядав як ріпа красний.&lt;br /&gt;</w:t>
        <w:br/>
        <w:t>Хай знайде вічний упокій!</w:t>
      </w:r>
    </w:p>
    <w:p>
      <w:r>
        <w:br/>
        <w:t>Його закон прогнав твердий,&lt;br /&gt;</w:t>
        <w:br/>
        <w:t>Турнувши зад його нещасний,&lt;br /&gt;</w:t>
        <w:br/>
        <w:t>Хоч відклик він робив завчасний,&lt;br /&gt;</w:t>
        <w:br/>
        <w:t>Відомо, наслідок який.&lt;br /&gt;</w:t>
        <w:br/>
        <w:t>Хай знайде вічний упокій!</w:t>
      </w:r>
    </w:p>
    <w:p>
      <w:r>
        <w:br/>
        <w:t>179&lt;br /&gt;</w:t>
        <w:br/>
        <w:t>Теж, хочу, щоб забили в дзвона,&lt;br /&gt;</w:t>
        <w:br/>
        <w:t>Того, що грає, мов зі скла;&lt;br /&gt;</w:t>
        <w:br/>
        <w:t>Щоб гра та дужа, невгомонна&lt;br /&gt;</w:t>
        <w:br/>
        <w:t>До серця кожного дійшла.&lt;br /&gt;</w:t>
        <w:br/>
        <w:t>Та гра не раз уже спасла&lt;br /&gt;</w:t>
        <w:br/>
        <w:t>Наш край від лиха у минулім:&lt;br /&gt;</w:t>
        <w:br/>
        <w:t>І грім, і міць ворожа зла&lt;br /&gt;</w:t>
        <w:br/>
        <w:t>Зникали, як його почули.</w:t>
      </w:r>
    </w:p>
    <w:p>
      <w:r>
        <w:br/>
        <w:t>180&lt;br /&gt;</w:t>
        <w:br/>
        <w:t>Хлібин чотири дзвонарям;&lt;br /&gt;</w:t>
        <w:br/>
        <w:t>Як мало, дві іще додайте:&lt;br /&gt;</w:t>
        <w:br/>
        <w:t>Цей дар — не міра й багачам,&lt;br /&gt;</w:t>
        <w:br/>
        <w:t>Тож свят-Степанову відкрайте.&lt;br /&gt;</w:t>
        <w:br/>
        <w:t>Волян — людина скромна, знайте,&lt;br /&gt;</w:t>
        <w:br/>
        <w:t>Хай дзвонить він; лише не жарт:&lt;br /&gt;</w:t>
        <w:br/>
        <w:t>Він буде з тиждень гризти пай той.&lt;br /&gt;</w:t>
        <w:br/>
        <w:t>Хто другий? Може Жан де Ґард?</w:t>
      </w:r>
    </w:p>
    <w:p>
      <w:r>
        <w:br/>
        <w:t>181&lt;br /&gt;</w:t>
        <w:br/>
        <w:t>Щоб бездоганно все зробити,&lt;br /&gt;</w:t>
        <w:br/>
        <w:t>Назву довірених своїх,&lt;br /&gt;</w:t>
        <w:br/>
        <w:t>Що знають добре як крутити,&lt;br /&gt;</w:t>
        <w:br/>
        <w:t>Щоб гурт вірителів притих.&lt;br /&gt;</w:t>
        <w:br/>
        <w:t>Це не хвальки, в кишенях їх,&lt;br /&gt;</w:t>
        <w:br/>
        <w:t>Їйбогу, грошей не бракує!&lt;br /&gt;</w:t>
        <w:br/>
        <w:t>Тож хай доглянуть справ моїх.&lt;br /&gt;</w:t>
        <w:br/>
        <w:t>Пиши: їх шестеро назву я.</w:t>
      </w:r>
    </w:p>
    <w:p>
      <w:r>
        <w:br/>
        <w:t>182&lt;br /&gt;</w:t>
        <w:br/>
        <w:t>Це — зацний пан Мартен Бельфай,&lt;br /&gt;</w:t>
        <w:br/>
        <w:t>Наш урядовець кримінальний.&lt;br /&gt;</w:t>
        <w:br/>
        <w:t>Хто другий здався б нам? Чекай,&lt;br /&gt;</w:t>
        <w:br/>
        <w:t>Паін Кольомбель тут ідеальний;&lt;br /&gt;</w:t>
        <w:br/>
        <w:t>Якщо лиш буде актуальний&lt;br /&gt;</w:t>
        <w:br/>
        <w:t>Йому почин цей. Третій — де?&lt;br /&gt;</w:t>
        <w:br/>
        <w:t>Пан Жувенель! Відповідальний&lt;br /&gt;</w:t>
        <w:br/>
        <w:t>Цей труд їх троє хай веде.</w:t>
      </w:r>
    </w:p>
    <w:p>
      <w:r>
        <w:br/>
        <w:t>183&lt;br /&gt;</w:t>
        <w:br/>
        <w:t>Коли б відмовили всі троє,&lt;br /&gt;</w:t>
        <w:br/>
        <w:t>Злякавшись коштів і цілком&lt;br /&gt;</w:t>
        <w:br/>
        <w:t>Від справи відсахнулись тої,&lt;br /&gt;</w:t>
        <w:br/>
        <w:t>Передаю усе гуртом&lt;br /&gt;</w:t>
        <w:br/>
        <w:t>Я іншим визначеним трьом:&lt;br /&gt;</w:t>
        <w:br/>
        <w:t>Це —— пан Філіпп Брюнель, що з діда&lt;br /&gt;</w:t>
        <w:br/>
        <w:t>Шляхетським славиться гербом,&lt;br /&gt;</w:t>
        <w:br/>
        <w:t>І Жак Раґ'є, його сусіда.</w:t>
      </w:r>
    </w:p>
    <w:p>
      <w:r>
        <w:br/>
        <w:t>184&lt;br /&gt;</w:t>
        <w:br/>
        <w:t>Вкінці — славетний пан Жак Жам:&lt;br /&gt;</w:t>
        <w:br/>
        <w:t>Чесніших не знайти сьогодні, —&lt;br /&gt;</w:t>
        <w:br/>
        <w:t>Всі праведним живуть життям&lt;br /&gt;</w:t>
        <w:br/>
        <w:t>І страхом сповнені Господнім.&lt;br /&gt;</w:t>
        <w:br/>
        <w:t>Вони допомогти все згодні,&lt;br /&gt;</w:t>
        <w:br/>
        <w:t>Хоча б і коштів мали вбрід,&lt;br /&gt;</w:t>
        <w:br/>
        <w:t>Самі без нагляду охотні&lt;br /&gt;</w:t>
        <w:br/>
        <w:t>Все виконати так, як слід.</w:t>
      </w:r>
    </w:p>
    <w:p>
      <w:r>
        <w:br/>
        <w:t>185&lt;br /&gt;</w:t>
        <w:br/>
        <w:t>У спадку не дістане з мене&lt;br /&gt;</w:t>
        <w:br/>
        <w:t>Ні гроша реєстровий суд,&lt;br /&gt;</w:t>
        <w:br/>
        <w:t>Хай візьме молодий священик&lt;br /&gt;</w:t>
        <w:br/>
        <w:t>Тріко — за похоронний труд.&lt;br /&gt;</w:t>
        <w:br/>
        <w:t>Я б радо з ним ще випив тут,&lt;br /&gt;</w:t>
        <w:br/>
        <w:t>Хоч би й пропити мав берета!&lt;br /&gt;</w:t>
        <w:br/>
        <w:t>Як знаїв би гру, де в кулі б'ють,&lt;br /&gt;</w:t>
        <w:br/>
        <w:t>Я б дав йому Діру Перрети.</w:t>
      </w:r>
    </w:p>
    <w:p>
      <w:r>
        <w:br/>
        <w:t>186&lt;br /&gt;</w:t>
        <w:br/>
        <w:t>Ґійом де Рю на смертний хов&lt;br /&gt;</w:t>
        <w:br/>
        <w:t>Хай ліхтарі позносить з хорів,&lt;br /&gt;</w:t>
        <w:br/>
        <w:t>Цро те ж, кому нести покров,&lt;br /&gt;</w:t>
        <w:br/>
        <w:t>Лишу довіреним ці спори.&lt;br /&gt;</w:t>
        <w:br/>
        <w:t>Більш як коли я чуюсь хворий, —&lt;br /&gt;</w:t>
        <w:br/>
        <w:t>Волосся, брови — все болить,&lt;br /&gt;</w:t>
        <w:br/>
        <w:t>Всі члени теж. Кінець мій скорий,&lt;br /&gt;</w:t>
        <w:br/>
        <w:t>Тож час кричати всім: простіть!</w:t>
      </w:r>
    </w:p>
    <w:p>
      <w:r>
        <w:br/>
        <w:t>Баляда, в якій Війон просить усіх пробачення&lt;br /&gt;</w:t>
        <w:br/>
        <w:t>Картузіянам, Целестинам,&lt;br /&gt;</w:t>
        <w:br/>
        <w:t>Служебницям, Жебрущим, всім&lt;br /&gt;</w:t>
        <w:br/>
        <w:t>Дандисам, служкам, паничинам,&lt;br /&gt;</w:t>
        <w:br/>
        <w:t>І куртизанкам молодим,&lt;br /&gt;</w:t>
        <w:br/>
        <w:t>В мантилях і трико щільнім,&lt;br /&gt;</w:t>
        <w:br/>
        <w:t>Закоханцям, що без маруди&lt;br /&gt;</w:t>
        <w:br/>
        <w:t>Джиґунять у взутті тіснім,&lt;br /&gt;</w:t>
        <w:br/>
        <w:t>Усім кричу: пробачте, люди!</w:t>
      </w:r>
    </w:p>
    <w:p>
      <w:r>
        <w:br/>
        <w:t>Дівкам, що на мужчин полюють,&lt;br /&gt;</w:t>
        <w:br/>
        <w:t>Цицьки відкривши, гультяям,&lt;br /&gt;</w:t>
        <w:br/>
        <w:t>Обманцям хитрим, що шахрують,&lt;br /&gt;</w:t>
        <w:br/>
        <w:t>З мавпами спритним циркунам,&lt;br /&gt;</w:t>
        <w:br/>
        <w:t>Акторам, блазням, співунам,&lt;br /&gt;</w:t>
        <w:br/>
        <w:t>Що в шістку свищуть до зануди,&lt;br /&gt;</w:t>
        <w:br/>
        <w:t>Малим дівчатам, хлопчакам,&lt;br /&gt;</w:t>
        <w:br/>
        <w:t>Усім кричу: пробачте, люди!</w:t>
      </w:r>
    </w:p>
    <w:p>
      <w:r>
        <w:br/>
        <w:t>За винятком синів тих сучих,&lt;br /&gt;</w:t>
        <w:br/>
        <w:t>Що через них я гриз сухар,&lt;br /&gt;</w:t>
        <w:br/>
        <w:t>Так гірко дні і ночі мучивсь,&lt;br /&gt;</w:t>
        <w:br/>
        <w:t>Що вже й не страх ніяких кар.&lt;br /&gt;</w:t>
        <w:br/>
        <w:t>Як не сидів би я, мов з хмар,&lt;br /&gt;</w:t>
        <w:br/>
        <w:t>Я б громом з гепи їх напудив,&lt;br /&gt;</w:t>
        <w:br/>
        <w:t>Але, щоб не зчиняти чвар,&lt;br /&gt;</w:t>
        <w:br/>
        <w:t>Усім кричу: пробачте, люди!</w:t>
      </w:r>
    </w:p>
    <w:p>
      <w:r>
        <w:br/>
        <w:t>Ломаки, буки, нагаї,&lt;br /&gt;</w:t>
        <w:br/>
        <w:t>Гарапники на ті паскуди,&lt;br /&gt;</w:t>
        <w:br/>
        <w:t>Хай ребра злуплять їм киї.&lt;br /&gt;</w:t>
        <w:br/>
        <w:t>Усім кричу: пробачте, люди!</w:t>
      </w:r>
    </w:p>
    <w:p>
      <w:r>
        <w:br/>
        <w:t>Інша баляда&lt;br /&gt;</w:t>
        <w:br/>
        <w:t>(остання)</w:t>
      </w:r>
    </w:p>
    <w:p>
      <w:r>
        <w:br/>
        <w:t>З кінцем убогого Війона&lt;br /&gt;</w:t>
        <w:br/>
        <w:t>Кінця цей Заповіт досяг.&lt;br /&gt;</w:t>
        <w:br/>
        <w:t>На похорон, почувши дзвона,&lt;br /&gt;</w:t>
        <w:br/>
        <w:t>В яскравих сходьтеся плащах,&lt;br /&gt;</w:t>
        <w:br/>
        <w:t>В найчервоніших каптанах,&lt;br /&gt;</w:t>
        <w:br/>
        <w:t>Бо вмер це мученик Кохання,&lt;br /&gt;</w:t>
        <w:br/>
        <w:t>Так на одне ядро присяг,&lt;br /&gt;</w:t>
        <w:br/>
        <w:t>Коли цей світ лишав зарання.</w:t>
      </w:r>
    </w:p>
    <w:p>
      <w:r>
        <w:br/>
        <w:t>Не бреше він. Його гонила&lt;br /&gt;</w:t>
        <w:br/>
        <w:t>Любов, куди б не полетів,&lt;br /&gt;</w:t>
        <w:br/>
        <w:t>Мов злидаря, безсердна, била,&lt;br /&gt;</w:t>
        <w:br/>
        <w:t>До Русільйону й поготів&lt;br /&gt;</w:t>
        <w:br/>
        <w:t>Кущів не знайдеш і тернів,&lt;br /&gt;</w:t>
        <w:br/>
        <w:t>Де б не було слідів блукання —&lt;br /&gt;</w:t>
        <w:br/>
        <w:t>З сорочки пірваних шматків,&lt;br /&gt;</w:t>
        <w:br/>
        <w:t>Коли цей світ лишав зарання.</w:t>
      </w:r>
    </w:p>
    <w:p>
      <w:r>
        <w:br/>
        <w:t>Це так було; коли став мертвий,&lt;br /&gt;</w:t>
        <w:br/>
        <w:t>Одну лише ганчірку мав,&lt;br /&gt;</w:t>
        <w:br/>
        <w:t>Ба більше: у хвилину смерти&lt;br /&gt;</w:t>
        <w:br/>
        <w:t>Амур його стрілою втяв&lt;br /&gt;</w:t>
        <w:br/>
        <w:t>І більше ніж таран додав&lt;br /&gt;</w:t>
        <w:br/>
        <w:t>Йому болючого страждання,&lt;br /&gt;</w:t>
        <w:br/>
        <w:t>(Усяк тут дивом дивував),&lt;br /&gt;</w:t>
        <w:br/>
        <w:t>Коли цей світ лишав зарання.</w:t>
      </w:r>
    </w:p>
    <w:p>
      <w:r>
        <w:br/>
        <w:t>Мій князю-соколе, ти чув,&lt;br /&gt;</w:t>
        <w:br/>
        <w:t>Що він накоїв на прощання?&lt;br /&gt;</w:t>
        <w:br/>
        <w:t>Вина червоного хильнув,&lt;br /&gt;</w:t>
        <w:br/>
        <w:t>Коли цей світ лишав зарання.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Великий 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