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похорон</w:t>
      </w:r>
    </w:p>
    <w:p>
      <w:r>
        <w:br/>
        <w:t xml:space="preserve"> Це був не сон, живе страшне життя.&lt;br /&gt;</w:t>
        <w:br/>
        <w:t>В безмежному незнаному просторі&lt;br /&gt;</w:t>
        <w:br/>
        <w:t>Стелилися, мов хвилі, тумани.&lt;br /&gt;</w:t>
        <w:br/>
        <w:t>В тім тумані чорніло щось безкрає,&lt;br /&gt;</w:t>
        <w:br/>
        <w:t>Воно звивалось наче гад і знов,&lt;br /&gt;</w:t>
        <w:br/>
        <w:t>Знов розвивалось чорне і широке&lt;br /&gt;</w:t>
        <w:br/>
        <w:t>І все тяглось аж до країв небес.&lt;br /&gt;</w:t>
        <w:br/>
        <w:t>То люде йшли убрані у жалобу,&lt;br /&gt;</w:t>
        <w:br/>
        <w:t>Тьми тем людей: жінки, чоловіки&lt;br /&gt;</w:t>
        <w:br/>
        <w:t>І діточки, і ветхі деньми старці&lt;br /&gt;</w:t>
        <w:br/>
        <w:t>На милицях... і йшли вони, і йшли,&lt;br /&gt;</w:t>
        <w:br/>
        <w:t>І не було кінця їм... і ні слова,&lt;br /&gt;</w:t>
        <w:br/>
        <w:t>Ні стогону не чуть було, бо всім&lt;br /&gt;</w:t>
        <w:br/>
        <w:t>Скувало серце горе. Тільки часом&lt;br /&gt;</w:t>
        <w:br/>
        <w:t>Там віддаля з далеких тих рядів,&lt;br /&gt;</w:t>
        <w:br/>
        <w:t>Що вже зайшли до обрію, зривався&lt;br /&gt;</w:t>
        <w:br/>
        <w:t>Тужливий спів... Ні, ні, то був не спів,&lt;br /&gt;</w:t>
        <w:br/>
        <w:t>То стогін був, тяжке страшне ридання,&lt;br /&gt;</w:t>
        <w:br/>
        <w:t>Що серце рвало і пекло вогнем,&lt;br /&gt;</w:t>
        <w:br/>
        <w:t>І краяло жалем... Когось ховали,&lt;br /&gt;</w:t>
        <w:br/>
        <w:t>Проводили в сумну, остатню путь.&lt;br /&gt;</w:t>
        <w:br/>
        <w:t>Поперед всіх несли труну велику,&lt;br /&gt;</w:t>
        <w:br/>
        <w:t>Важку, як жаль, і чорну, мов печаль,&lt;br /&gt;</w:t>
        <w:br/>
        <w:t>її несли тьми тем людей, вгинались&lt;br /&gt;</w:t>
        <w:br/>
        <w:t>Під тягарем страшним, але ішли,&lt;br /&gt;</w:t>
        <w:br/>
        <w:t>Несли свій скарб в остатній раз... І тихо</w:t>
      </w:r>
    </w:p>
    <w:p>
      <w:r>
        <w:br/>
        <w:t>Над людьми коливалася труна,&lt;br /&gt;</w:t>
        <w:br/>
        <w:t>Червоною китайкою укрита,&lt;br /&gt;</w:t>
        <w:br/>
        <w:t>Червоною, червоною, мов кров.&lt;br /&gt;</w:t>
        <w:br/>
        <w:t>Позад труни йшло троє: мали вмерти&lt;br /&gt;</w:t>
        <w:br/>
        <w:t>З господарем своїм, живі лягти&lt;br /&gt;</w:t>
        <w:br/>
        <w:t>Були повинні з ним в могилу разом:&lt;br /&gt;</w:t>
        <w:br/>
        <w:t>Так вимагав поганський звичай там.&lt;br /&gt;</w:t>
        <w:br/>
        <w:t>Вони були покійному рідніші,&lt;br /&gt;</w:t>
        <w:br/>
        <w:t>Вони були і діти, і брати,&lt;br /&gt;</w:t>
        <w:br/>
        <w:t>Товариші і слуги вірні, — вмерти&lt;br /&gt;</w:t>
        <w:br/>
        <w:t>Були повинні разом. Тихо йшли&lt;br /&gt;</w:t>
        <w:br/>
        <w:t>Призначені для жертви: Слово, Пісня&lt;br /&gt;</w:t>
        <w:br/>
        <w:t>Й Старовина... і тислися до них&lt;br /&gt;</w:t>
        <w:br/>
        <w:t>В остатній раз усі. Ридала Пісня,&lt;br /&gt;</w:t>
        <w:br/>
        <w:t>Звивалася від горя і жалю,&lt;br /&gt;</w:t>
        <w:br/>
        <w:t>Ламала руки білі і прозорі,&lt;br /&gt;</w:t>
        <w:br/>
        <w:t>А чорні коси падали до ніг,&lt;br /&gt;</w:t>
        <w:br/>
        <w:t>І всю її жалобою вкривали...&lt;br /&gt;</w:t>
        <w:br/>
        <w:t>То припадала до труни, то знов,&lt;br /&gt;</w:t>
        <w:br/>
        <w:t>Знов голосила, тужно голосила...&lt;br /&gt;</w:t>
        <w:br/>
        <w:t>Те голосіння краяло серця.&lt;br /&gt;</w:t>
        <w:br/>
        <w:t>Вона ж була покійному вірніша,&lt;br /&gt;</w:t>
        <w:br/>
        <w:t>Бо прийняла його жалі і йшла&lt;br /&gt;</w:t>
        <w:br/>
        <w:t>За ним на смерть пречиста і хороша,&lt;br /&gt;</w:t>
        <w:br/>
        <w:t>Мов сонечко, мов світова зоря,&lt;br /&gt;</w:t>
        <w:br/>
        <w:t>Мов молодість... Але мовчало Слово;&lt;br /&gt;</w:t>
        <w:br/>
        <w:t>Воно ішло, неначе неживе,&lt;br /&gt;</w:t>
        <w:br/>
        <w:t>Його скувало горе нерозважне,&lt;br /&gt;</w:t>
        <w:br/>
        <w:t>Уста йому заклякли, і сльози&lt;br /&gt;</w:t>
        <w:br/>
        <w:t>Не знать було на очах; скам'яніле&lt;br /&gt;</w:t>
        <w:br/>
        <w:t>Обличчя те мов з мармору було,&lt;br /&gt;</w:t>
        <w:br/>
        <w:t>Бліде й страшне... від нього віяв холод&lt;br /&gt;</w:t>
        <w:br/>
        <w:t>Німого горя. Поруч з ним ішла&lt;br /&gt;</w:t>
        <w:br/>
        <w:t>Старовина висока, горда, рівна,&lt;br /&gt;</w:t>
        <w:br/>
        <w:t>Немов струна. І сива голова&lt;br /&gt;</w:t>
        <w:br/>
        <w:t>Не похилилась з горя... Все, що мала,&lt;br /&gt;</w:t>
        <w:br/>
        <w:t>Вона несла з собою, щоб лягти&lt;br /&gt;</w:t>
        <w:br/>
        <w:t>З господарем в одну могилу разом...&lt;br /&gt;</w:t>
        <w:br/>
        <w:t>І зачорніла яма здалеки...&lt;br /&gt;</w:t>
        <w:br/>
        <w:t>Широкая й глибокая, мов горе,&lt;br /&gt;</w:t>
        <w:br/>
        <w:t>І чорна, чорна, мов печаль...&lt;br /&gt;</w:t>
        <w:br/>
        <w:t>Здригнулись всі. Спинились попередні.&lt;br /&gt;</w:t>
        <w:br/>
        <w:t>Так довго йшли, так швидко прибули&lt;br /&gt;</w:t>
        <w:br/>
        <w:t>До притулку остатнього! І тихо&lt;br /&gt;</w:t>
        <w:br/>
        <w:t>Могилу обступили всі. Ще раз&lt;br /&gt;</w:t>
        <w:br/>
        <w:t>Заколивалася труна і стала&lt;br /&gt;</w:t>
        <w:br/>
        <w:t>Над ямою. Далеко навкруги&lt;br /&gt;</w:t>
        <w:br/>
        <w:t>Чорніло все, неначе чорне море&lt;br /&gt;</w:t>
        <w:br/>
        <w:t>Геть розлилось навколо, а над ним&lt;br /&gt;</w:t>
        <w:br/>
        <w:t>Стеливсь туман. Ой заридала Пісня,&lt;br /&gt;</w:t>
        <w:br/>
        <w:t>Так заридала тяжко, що, здалось,&lt;br /&gt;</w:t>
        <w:br/>
        <w:t>Здригнулося важке склепіння неба.&lt;br /&gt;</w:t>
        <w:br/>
        <w:t>Ридаючи, упала на труну,&lt;br /&gt;</w:t>
        <w:br/>
        <w:t>До уст своїх китайку притуляла,&lt;br /&gt;</w:t>
        <w:br/>
        <w:t>Тулилась до холодної труни,&lt;br /&gt;</w:t>
        <w:br/>
        <w:t>Мов підвести убитого хотіла,&lt;br /&gt;</w:t>
        <w:br/>
        <w:t>Зігріть його, вернути до життя...&lt;br /&gt;</w:t>
        <w:br/>
        <w:t>І кликала покійника... Та тихо&lt;br /&gt;</w:t>
        <w:br/>
        <w:t>Було в труні. І Пісня підвелась&lt;br /&gt;</w:t>
        <w:br/>
        <w:t>І заломила руки. Зрозуміла,&lt;br /&gt;</w:t>
        <w:br/>
        <w:t>Що край всьому, поглянула навкруг&lt;br /&gt;</w:t>
        <w:br/>
        <w:t>В остатній раз і в розпачі упала,&lt;br /&gt;</w:t>
        <w:br/>
        <w:t>Мов птах підбитий, на труну...&lt;br /&gt;</w:t>
        <w:br/>
        <w:t>"Умерла Пісня, чуєте, умерла"...&lt;br /&gt;</w:t>
        <w:br/>
        <w:t>Почулось скрізь. Мов вітер пролетів&lt;br /&gt;</w:t>
        <w:br/>
        <w:t>По всій юрбі, і люде похололи...&lt;br /&gt;</w:t>
        <w:br/>
        <w:t>Вона ж лежала нежива. Тоді&lt;br /&gt;</w:t>
        <w:br/>
        <w:t>Наблизилось до ями Слово. Мовчки&lt;br /&gt;</w:t>
        <w:br/>
        <w:t>Зняло до неба руки, мов іще&lt;br /&gt;</w:t>
        <w:br/>
        <w:t>В остатній раз благати хтіло долю.&lt;br /&gt;</w:t>
        <w:br/>
        <w:t>І стихли всі, чекаючи. Але&lt;br /&gt;</w:t>
        <w:br/>
        <w:t>Німе було важке склепіння неба,&lt;br /&gt;</w:t>
        <w:br/>
        <w:t>І не було рятунку. Ні, воно&lt;br /&gt;</w:t>
        <w:br/>
        <w:t>Умерти мало, любе, тихе Слово.&lt;br /&gt;</w:t>
        <w:br/>
        <w:t>Усім воно було як рідне, всі&lt;br /&gt;</w:t>
        <w:br/>
        <w:t>Ізмалечку з'єднались з ним, як діти&lt;br /&gt;</w:t>
        <w:br/>
        <w:t>Із матір'ю. І слізьми налились&lt;br /&gt;</w:t>
        <w:br/>
        <w:t>Серця людські, кривавими сльозами,&lt;br /&gt;</w:t>
        <w:br/>
        <w:t>Образою нечутою. Невже ж&lt;br /&gt;</w:t>
        <w:br/>
        <w:t>Нема ніде і правди й милосердя?&lt;br /&gt;</w:t>
        <w:br/>
        <w:t>Невже й воно безвинне мусить тут&lt;br /&gt;</w:t>
        <w:br/>
        <w:t>Живим піти в могилу темну? Діти&lt;br /&gt;</w:t>
        <w:br/>
        <w:t>Заплакали, воно ж учило їх&lt;br /&gt;</w:t>
        <w:br/>
        <w:t>І доглядало, й тішило, й нікому&lt;br /&gt;</w:t>
        <w:br/>
        <w:t>Не учинило лиха... Та дарма&lt;br /&gt;</w:t>
        <w:br/>
        <w:t>Чекали всі: було повинно вмерти, —&lt;br /&gt;</w:t>
        <w:br/>
        <w:t>Так вимагав поганський звичай там.&lt;br /&gt;</w:t>
        <w:br/>
        <w:t>Ударив грім і похитнулось Слово,&lt;br /&gt;</w:t>
        <w:br/>
        <w:t>Мов дерево підтяте, і без сліз,&lt;br /&gt;</w:t>
        <w:br/>
        <w:t>Без стогону упало у могилу&lt;br /&gt;</w:t>
        <w:br/>
        <w:t>На домовину чорну й полягло&lt;br /&gt;</w:t>
        <w:br/>
        <w:t>На тій китайці, кровію политій,&lt;br /&gt;</w:t>
        <w:br/>
        <w:t>Де й Пісня мертва полягла. І ось&lt;br /&gt;</w:t>
        <w:br/>
        <w:t>Наблизилась Старовина до ями,&lt;br /&gt;</w:t>
        <w:br/>
        <w:t>Висока й рівна, мов струна. Вона&lt;br /&gt;</w:t>
        <w:br/>
        <w:t>Все бачила, все відала, все знала.&lt;br /&gt;</w:t>
        <w:br/>
        <w:t>Ніхто з людей не відав, відколи&lt;br /&gt;</w:t>
        <w:br/>
        <w:t>Й звідкіль вона прийшла сюди, бо завжде&lt;br /&gt;</w:t>
        <w:br/>
        <w:t>Була вона в цій стороні і все&lt;br /&gt;</w:t>
        <w:br/>
        <w:t>В своїм ховала серці, все минуле,&lt;br /&gt;</w:t>
        <w:br/>
        <w:t>Все, що колись тут страждало й жило,&lt;br /&gt;</w:t>
        <w:br/>
        <w:t>І вірило, і зневірялось. Леле!&lt;br /&gt;</w:t>
        <w:br/>
        <w:t>Все, що колись боролось тут. І всі,&lt;br /&gt;</w:t>
        <w:br/>
        <w:t>Старі й малі, приходили до неї,&lt;br /&gt;</w:t>
        <w:br/>
        <w:t>Давала раду добру всім. Вона&lt;br /&gt;</w:t>
        <w:br/>
        <w:t>Знаходити уміла в пущах стежку,&lt;br /&gt;</w:t>
        <w:br/>
        <w:t>Цілюще зілля знала і лихе&lt;br /&gt;</w:t>
        <w:br/>
        <w:t>І гоїти тяжкі уміла рани.&lt;br /&gt;</w:t>
        <w:br/>
        <w:t>Зблудилися б без неї люде. То&lt;br /&gt;</w:t>
        <w:br/>
        <w:t>На смерть вона ішла, вона одвічня&lt;br /&gt;</w:t>
        <w:br/>
        <w:t>І невмируща. Тихо підійшла&lt;br /&gt;</w:t>
        <w:br/>
        <w:t>До берега страшної ями й стала,&lt;br /&gt;</w:t>
        <w:br/>
        <w:t>І повернулась до людей: "Живіть,&lt;br /&gt;</w:t>
        <w:br/>
        <w:t>Не забувайте, діти..." Та урвалась&lt;br /&gt;</w:t>
        <w:br/>
        <w:t>Враз мова їй...&lt;br /&gt;</w:t>
        <w:br/>
        <w:t>Кат підійшов, штовхнув, і похитнулась,&lt;br /&gt;</w:t>
        <w:br/>
        <w:t>І полягла, мов скошена трава&lt;br /&gt;</w:t>
        <w:br/>
        <w:t>На ту китайку, кровію политу,&lt;br /&gt;</w:t>
        <w:br/>
        <w:t>Де й Пісня мертва й Слово полягли.&lt;br /&gt;</w:t>
        <w:br/>
        <w:t>"Спускай труну! Держи міцніше паса,&lt;br /&gt;</w:t>
        <w:br/>
        <w:t>Щоб не урвалась, бо важка!" Гукнув&lt;br /&gt;</w:t>
        <w:br/>
        <w:t>Хтось здалеку і миттю опинились&lt;br /&gt;</w:t>
        <w:br/>
        <w:t>Над ямою страшною грабарі&lt;br /&gt;</w:t>
        <w:br/>
        <w:t>В своїй страшній цяцькованій одежі,&lt;br /&gt;</w:t>
        <w:br/>
        <w:t>За пас взялись і відштовхнули нас.&lt;br /&gt;</w:t>
        <w:br/>
        <w:t>Хтось потягнув за дошки, й захиталась&lt;br /&gt;</w:t>
        <w:br/>
        <w:t>Над ямою глибокою труна,&lt;br /&gt;</w:t>
        <w:br/>
        <w:t>Й пішла туди, у пащу чорну, звідки&lt;br /&gt;</w:t>
        <w:br/>
        <w:t>Нема шляхів до сонця й до тепла.&lt;br /&gt;</w:t>
        <w:br/>
        <w:t>Посунулась так повагом і тихо,&lt;br /&gt;</w:t>
        <w:br/>
        <w:t>І чуть було, як скрізь з усіх боків&lt;br /&gt;</w:t>
        <w:br/>
        <w:t>Посипались пісок, земля й каміння&lt;br /&gt;</w:t>
        <w:br/>
        <w:t>Й застукали по віку... Ох, а ми&lt;br /&gt;</w:t>
        <w:br/>
        <w:t>Стояли всі, мов неживі... Не горе,&lt;br /&gt;</w:t>
        <w:br/>
        <w:t>Гірш горя... Смерть... Не смерть, а щось таке,&lt;br /&gt;</w:t>
        <w:br/>
        <w:t>Чому нема ні слова, ні наймення,&lt;br /&gt;</w:t>
        <w:br/>
        <w:t>Немає віри і ваги... Одчай...&lt;br /&gt;</w:t>
        <w:br/>
        <w:t>Німий одчай... Безодня безпросвітня&lt;br /&gt;</w:t>
        <w:br/>
        <w:t>Гірш всіх смертей. Вмирали ми... Не ми...&lt;br /&gt;</w:t>
        <w:br/>
        <w:t>Вмирали тут всі жертви, всі змагання&lt;br /&gt;</w:t>
        <w:br/>
        <w:t>І вся любов й загублені життя...&lt;br /&gt;</w:t>
        <w:br/>
        <w:t>Вони вмирали знову і навіки,&lt;br /&gt;</w:t>
        <w:br/>
        <w:t>Навік-віків. І вмерло з ними все:&lt;br /&gt;</w:t>
        <w:br/>
        <w:t>І сонця світ, і вітер, і повітря, —&lt;br /&gt;</w:t>
        <w:br/>
        <w:t>Умерло все... І тільки чуть було&lt;br /&gt;</w:t>
        <w:br/>
        <w:t>У тиші тій і мертвій, й нерухомій,&lt;br /&gt;</w:t>
        <w:br/>
        <w:t>Як стукало каміння об труну:&lt;br /&gt;</w:t>
        <w:br/>
        <w:t>Слухайте, слухайте, люде,&lt;br /&gt;</w:t>
        <w:br/>
        <w:t>Пада земля вам на груди,&lt;br /&gt;</w:t>
        <w:br/>
        <w:t>Вохка, холодная, рідна земля,&lt;br /&gt;</w:t>
        <w:br/>
        <w:t>Грудочка кожна до вас промовля.&lt;br /&gt;</w:t>
        <w:br/>
        <w:t>Слухайте, слухайте, люде,&lt;br /&gt;</w:t>
        <w:br/>
        <w:t>Більше вам лиха не буде:&lt;br /&gt;</w:t>
        <w:br/>
        <w:t>Все поховаєм, засиплемо все,&lt;br /&gt;</w:t>
        <w:br/>
        <w:t>Вітер і порох кругом рознесе...&lt;br /&gt;</w:t>
        <w:br/>
        <w:t>Слухайте, слухайте, люде,&lt;br /&gt;</w:t>
        <w:br/>
        <w:t>Ви тут зібрались зусюди,&lt;br /&gt;</w:t>
        <w:br/>
        <w:t>Та почекайте, півроку зійде,&lt;br /&gt;</w:t>
        <w:br/>
        <w:t>Шлях до могили ніхто не знайде!&lt;br /&gt;</w:t>
        <w:br/>
        <w:t>Годі ж тужити над нею:&lt;br /&gt;</w:t>
        <w:br/>
        <w:t>Все порівняєм з землею,&lt;br /&gt;</w:t>
        <w:br/>
        <w:t>Вивершим яму, зрівняємо все,&lt;br /&gt;</w:t>
        <w:br/>
        <w:t>Порохом вітер і слід занесе...&lt;br /&gt;</w:t>
        <w:br/>
        <w:t>І стихло все... Мабуть, уже зрівняли.&lt;br /&gt;</w:t>
        <w:br/>
        <w:t>А ми стояли мовчки, неживі.&lt;br /&gt;</w:t>
        <w:br/>
        <w:t>Не бачили, не чули вже нічого,&lt;br /&gt;</w:t>
        <w:br/>
        <w:t>Нас заливала тьма, довічна тьма...&lt;br /&gt;</w:t>
        <w:br/>
        <w:t>Чи день минув, чи рік, а чи хвилина,&lt;br /&gt;</w:t>
        <w:br/>
        <w:t>Не відаєм... Спинився з нами час.&lt;br /&gt;</w:t>
        <w:br/>
        <w:t>Коли це враз чиїсь нечутні кроки&lt;br /&gt;</w:t>
        <w:br/>
        <w:t>Наблизились і голос вчувсь сумний:&lt;br /&gt;</w:t>
        <w:br/>
        <w:t>"Чом журитесь?" Ласкаве, тихе слово&lt;br /&gt;</w:t>
        <w:br/>
        <w:t>Вернуло нас одразу до життя.&lt;br /&gt;</w:t>
        <w:br/>
        <w:t>Прозріли ми... В тумані перед нами&lt;br /&gt;</w:t>
        <w:br/>
        <w:t>Стояла постать легка: тихий світ&lt;br /&gt;</w:t>
        <w:br/>
        <w:t>Од неї ливсь, ним вся вона світилась,&lt;br /&gt;</w:t>
        <w:br/>
        <w:t>А очі скорбні, повнії жалю&lt;br /&gt;</w:t>
        <w:br/>
        <w:t>І милости, й безмірної любови,&lt;br /&gt;</w:t>
        <w:br/>
        <w:t>Дивилися на нас... І прорекла&lt;br /&gt;</w:t>
        <w:br/>
        <w:t>Ізнов вона: "Чом журитеся, діти?"&lt;br /&gt;</w:t>
        <w:br/>
        <w:t>Озвались ми: "Учителю благий,&lt;br /&gt;</w:t>
        <w:br/>
        <w:t>Умерло все... Усе ми поховали&lt;br /&gt;</w:t>
        <w:br/>
        <w:t>Й лишилися без серця і душі".&lt;br /&gt;</w:t>
        <w:br/>
        <w:t>"Зневірились прибиті горем діти...&lt;br /&gt;</w:t>
        <w:br/>
        <w:t>Я єсмь Життя, хто вірує в Мене,&lt;br /&gt;</w:t>
        <w:br/>
        <w:t>Той не боїться смерти". — "Вже камінням&lt;br /&gt;</w:t>
        <w:br/>
        <w:t>Засипане, Учителю благий".&lt;br /&gt;</w:t>
        <w:br/>
        <w:t>І звів на нас Учитель скорбні очі:&lt;br /&gt;</w:t>
        <w:br/>
        <w:t>"Привалено могилу? Чи ж не мертва&lt;br /&gt;</w:t>
        <w:br/>
        <w:t>Була Гаіра, сотника дочка?&lt;br /&gt;</w:t>
        <w:br/>
        <w:t>І ожила. Бо Я — Життя. Кажу вам,&lt;br /&gt;</w:t>
        <w:br/>
        <w:t>Хто вірує в Життя, той оживе,&lt;br /&gt;</w:t>
        <w:br/>
        <w:t>Вам, жёни, першим в третій день по смерти&lt;br /&gt;</w:t>
        <w:br/>
        <w:t>З'явився я, щоб стішилися ви&lt;br /&gt;</w:t>
        <w:br/>
        <w:t>Й благую вість всім людям возвістили.&lt;br /&gt;</w:t>
        <w:br/>
        <w:t>Прокиньтеся ж, увіруйте в життя,&lt;br /&gt;</w:t>
        <w:br/>
        <w:t>Ідіть, кажіть знеможеному люду:&lt;br /&gt;</w:t>
        <w:br/>
        <w:t>"Воскресне все, воскресне й оживе".&lt;br /&gt;</w:t>
        <w:br/>
        <w:t>І впали ми до ніг Його з сльозами.&lt;br /&gt;</w:t>
        <w:br/>
        <w:t>Так ринули ті сльози із очей,&lt;br /&gt;</w:t>
        <w:br/>
        <w:t>Мов дощ рясний, і розтопили горе,&lt;br /&gt;</w:t>
        <w:br/>
        <w:t>Як сонце лід, а в серце попливли,&lt;br /&gt;</w:t>
        <w:br/>
        <w:t>Мов весняні струмки, надія й віра,&lt;br /&gt;</w:t>
        <w:br/>
        <w:t>І разом всім порвалося з грудей:&lt;br /&gt;</w:t>
        <w:br/>
        <w:t>"Учителю, заступниче єдиний,&lt;br /&gt;</w:t>
        <w:br/>
        <w:t>І віруєм, і визнаєм!.." І враз&lt;br /&gt;</w:t>
        <w:br/>
        <w:t>Засяяло над нами сонце, хмари&lt;br /&gt;</w:t>
        <w:br/>
        <w:t>Десь ділися, розвіявся туман,&lt;br /&gt;</w:t>
        <w:br/>
        <w:t>Зелений степ розкинувся навколо,&lt;br /&gt;</w:t>
        <w:br/>
        <w:t>А на степу серед зелених рун&lt;br /&gt;</w:t>
        <w:br/>
        <w:t>Поміж шляхів, протоптаних ногами,&lt;br /&gt;</w:t>
        <w:br/>
        <w:t>Немов гора, здіймалась до небес&lt;br /&gt;</w:t>
        <w:br/>
        <w:t>Високая широкая могила...&lt;br /&gt;</w:t>
        <w:br/>
        <w:t>Співала Пісня й мертва з-під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