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Великдень 1916-го</w:t>
      </w:r>
    </w:p>
    <w:p>
      <w:r>
        <w:br/>
        <w:t xml:space="preserve"> Вільям Батлер Єйтс&lt;br /&gt;</w:t>
        <w:br/>
        <w:t>Великдень 1916-го</w:t>
      </w:r>
    </w:p>
    <w:p>
      <w:r>
        <w:br/>
        <w:t>Перекладач: В.Коротич&lt;br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надвечір побачив їх —&lt;br /&gt;</w:t>
        <w:br/>
        <w:t>Життєрадісно йшли сюди&lt;br /&gt;</w:t>
        <w:br/>
        <w:t>Від торгових рядів своїх&lt;br /&gt;</w:t>
        <w:br/>
        <w:t>Між старих кам'яниць ряди.&lt;br /&gt;</w:t>
        <w:br/>
        <w:t>Я, проходячи, їм кивав&lt;br /&gt;</w:t>
        <w:br/>
        <w:t>І казав нікчемні слова,&lt;br /&gt;</w:t>
        <w:br/>
        <w:t>Чи, сповільнивши крок, вітав&lt;br /&gt;</w:t>
        <w:br/>
        <w:t>І казав нікчемні слова.&lt;br /&gt;</w:t>
        <w:br/>
        <w:t>Дотеп вигадавши, весь час&lt;br /&gt;</w:t>
        <w:br/>
        <w:t>Повнив пам'ять я жартом тим,&lt;br /&gt;</w:t>
        <w:br/>
        <w:t>Що його при каміні в нас&lt;br /&gt;</w:t>
        <w:br/>
        <w:t>Клубним приятелям повім.&lt;br /&gt;</w:t>
        <w:br/>
        <w:t>Та зносились вбрання смішні&lt;br /&gt;</w:t>
        <w:br/>
        <w:t>В мене й друзів моїх; зрина&lt;br /&gt;</w:t>
        <w:br/>
        <w:t>День новітній у нашім дні:&lt;br /&gt;</w:t>
        <w:br/>
        <w:t>Народилась краса страшна.</w:t>
      </w:r>
    </w:p>
    <w:p>
      <w:r>
        <w:br/>
        <w:t>Дні цієї жінки майнули&lt;br /&gt;</w:t>
        <w:br/>
        <w:t>В метушні задля добрих справ.&lt;br /&gt;</w:t>
        <w:br/>
        <w:t>В суперечках ночі минули —&lt;br /&gt;</w:t>
        <w:br/>
        <w:t>Її голос різкішим став.&lt;br /&gt;</w:t>
        <w:br/>
        <w:t>Він чарівним був дотепер:&lt;br /&gt;</w:t>
        <w:br/>
        <w:t>Ніжний — дужчав, коли без слів&lt;br /&gt;</w:t>
        <w:br/>
        <w:t>Поривала коня в кар'єр...&lt;br /&gt;</w:t>
        <w:br/>
        <w:t>Цей чоловік школу вів,&lt;br /&gt;</w:t>
        <w:br/>
        <w:t>Кінь крилатий у нього був.&lt;br /&gt;</w:t>
        <w:br/>
        <w:t>Інший — друг його й помічник —&lt;br /&gt;</w:t>
        <w:br/>
        <w:t>Таку саму могуть здобув.&lt;br /&gt;</w:t>
        <w:br/>
        <w:t>Славним стати міг: цілий вік&lt;br /&gt;</w:t>
        <w:br/>
        <w:t>Вдосконалювався і зростав —&lt;br /&gt;</w:t>
        <w:br/>
        <w:t>В пориваннях зрів його дух...&lt;br /&gt;</w:t>
        <w:br/>
        <w:t>З мого сну — ще один постав.&lt;br /&gt;</w:t>
        <w:br/>
        <w:t>Пригадався — бовдур, з п'янюг.&lt;br /&gt;</w:t>
        <w:br/>
        <w:t>Що ж, колись помилився він,&lt;br /&gt;</w:t>
        <w:br/>
        <w:t>Тих, кого люблю, зачіпав.&lt;br /&gt;</w:t>
        <w:br/>
        <w:t>Коли ж в пісні його провин&lt;br /&gt;</w:t>
        <w:br/>
        <w:t>Я торкнувся, він геть пропав.&lt;br /&gt;</w:t>
        <w:br/>
        <w:t>У комедії наших днів&lt;br /&gt;</w:t>
        <w:br/>
        <w:t>Інші ролі він почина.&lt;br /&gt;</w:t>
        <w:br/>
        <w:t>З трансформованих душ та слів&lt;br /&gt;</w:t>
        <w:br/>
        <w:t>Народилась краса страшна.</w:t>
      </w:r>
    </w:p>
    <w:p>
      <w:r>
        <w:br/>
        <w:t>Всі серця з'єднала мета,&lt;br /&gt;</w:t>
        <w:br/>
        <w:t>Та за літо і зиму ці&lt;br /&gt;</w:t>
        <w:br/>
        <w:t>Кожне каменем оброста&lt;br /&gt;</w:t>
        <w:br/>
        <w:t>І стримить у часу ріці.&lt;br /&gt;</w:t>
        <w:br/>
        <w:t>Кінь звертає в той бік, де дім,&lt;br /&gt;</w:t>
        <w:br/>
        <w:t>Вершник — з ним; птах політ свій в'є&lt;br /&gt;</w:t>
        <w:br/>
        <w:t>З хмари в хмарку — змінні, мов дим,&lt;br /&gt;</w:t>
        <w:br/>
        <w:t>Щохвилини іншими є&lt;br /&gt;</w:t>
        <w:br/>
        <w:t>Всі; тінь хмари у сяйві дня&lt;br /&gt;</w:t>
        <w:br/>
        <w:t>На воді інакша щомить.&lt;br /&gt;</w:t>
        <w:br/>
        <w:t>...Проковзнуть копита коня,&lt;br /&gt;</w:t>
        <w:br/>
        <w:t>І в багнищі кінь хлюпотить.&lt;br /&gt;</w:t>
        <w:br/>
        <w:t>Довгоногий самчик пірне,&lt;br /&gt;</w:t>
        <w:br/>
        <w:t>Лиш комишниця пискне з води;&lt;br /&gt;</w:t>
        <w:br/>
        <w:t>Мить за миттю — усе мине,&lt;br /&gt;</w:t>
        <w:br/>
        <w:t>Тільки камінь тут назавжди.&lt;br /&gt;</w:t>
        <w:br/>
        <w:t>Надто довго жертовність ця&lt;br /&gt;</w:t>
        <w:br/>
        <w:t>Нам, у світі щоденних лих,&lt;br /&gt;</w:t>
        <w:br/>
        <w:t>Одягала в камінь серця,&lt;br /&gt;</w:t>
        <w:br/>
        <w:t>І — лиш небо полегшить їх.&lt;br /&gt;</w:t>
        <w:br/>
        <w:t>Імена шепочу я —&lt;br /&gt;</w:t>
        <w:br/>
        <w:t>Тільки шепіт лишився нам.&lt;br /&gt;</w:t>
        <w:br/>
        <w:t>Так шепоче матір ім'я,&lt;br /&gt;</w:t>
        <w:br/>
        <w:t>Доручивши дитину снам.&lt;br /&gt;</w:t>
        <w:br/>
        <w:t>Що — знову ніч розгорнула сни?&lt;br /&gt;</w:t>
        <w:br/>
        <w:t>О ні, ні, — то вже смерть гряде.&lt;br /&gt;</w:t>
        <w:br/>
        <w:t>Може, марно вмерли вони?&lt;br /&gt;</w:t>
        <w:br/>
        <w:t>Слово Англії — ще тверде?&lt;br /&gt;</w:t>
        <w:br/>
        <w:t>Чи в засліпленості своїй&lt;br /&gt;</w:t>
        <w:br/>
        <w:t>Ви забули їх мрія — в нас;&lt;br /&gt;</w:t>
        <w:br/>
        <w:t>Навіть в мертвих — доволі мрій.&lt;br /&gt;</w:t>
        <w:br/>
        <w:t>Що — коли їм любов не раз&lt;br /&gt;</w:t>
        <w:br/>
        <w:t>Заважала на цій землі,&lt;br /&gt;</w:t>
        <w:br/>
        <w:t>Як долали чужинську лжу?&lt;br /&gt;</w:t>
        <w:br/>
        <w:t>Пірс, МакДонах, та Коннолі,&lt;br /&gt;</w:t>
        <w:br/>
        <w:t>І МакБрайд — я про вас кажу.&lt;br /&gt;</w:t>
        <w:br/>
        <w:t>Поки колір зелений в нас&lt;br /&gt;</w:t>
        <w:br/>
        <w:t>Перед поглядами зрина,&lt;br /&gt;</w:t>
        <w:br/>
        <w:t>З нами цей і майбутній час:&lt;br /&gt;</w:t>
        <w:br/>
        <w:t>Народилась краса страшна.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Великдень 1916-го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