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Велика подорож</w:t>
      </w:r>
    </w:p>
    <w:p>
      <w:r>
        <w:br/>
        <w:t xml:space="preserve"> Вибираюся в далеку подорож, і рож не дасть мені ніхто,&lt;br /&gt;</w:t>
        <w:br/>
        <w:t>й не бажаю ні від кого я нічого, й вже ніщо мене&lt;br /&gt;</w:t>
        <w:br/>
        <w:t>не лякає, хоч у очі зазирає заздрісно ліхтарень сто,&lt;br /&gt;</w:t>
        <w:br/>
        <w:t>що в вокзалі білім сторожко глядять крізь жовтих шиб пенсне.</w:t>
      </w:r>
    </w:p>
    <w:p>
      <w:r>
        <w:br/>
        <w:t>Над станційним гамором, мов абажур, наложений склепіння лук.&lt;br /&gt;</w:t>
        <w:br/>
        <w:t>Навкруги байдужі очі й обоятні[48] постаті незнані,&lt;br /&gt;</w:t>
        <w:br/>
        <w:t>й кожна з них свій клунок має, й кожна з них несе життя свойого в'юк.&lt;br /&gt;</w:t>
        <w:br/>
        <w:t>Зі собою тугу заберу свою та радість в чемодані.</w:t>
      </w:r>
    </w:p>
    <w:p>
      <w:r>
        <w:br/>
        <w:t>Та не знаю, де поїду разом з сірою юрбою тих людей,&lt;br /&gt;</w:t>
        <w:br/>
        <w:t>де нас потяг завезе гойдаючи, немов малих дітей в колисці.&lt;br /&gt;</w:t>
        <w:br/>
        <w:t>Срібні рейки-шпаги, вбиті в обрій; поїзд-кінь в ярмі залізних шлей.&lt;br /&gt;</w:t>
        <w:br/>
        <w:t>Синя далеч хилиться над нами й сонце нам подасть на неба мисці.</w:t>
      </w:r>
    </w:p>
    <w:p>
      <w:r>
        <w:br/>
        <w:t>А кондуктор, наче ніч, суворий прийде із повагою в купе&lt;br /&gt;</w:t>
        <w:br/>
        <w:t>й каже нам оправдати до існування право та наш лет.&lt;br /&gt;</w:t>
        <w:br/>
        <w:t>На банальних лицях пасажирів чудування навкруги тупе,&lt;br /&gt;</w:t>
        <w:br/>
        <w:t>я подам тоді йому своє без ляку серце як білет.</w:t>
      </w:r>
    </w:p>
    <w:p>
      <w:r>
        <w:br/>
        <w:t>Кожний день до ланцюга мандрівки раз у раз нам додає по ланці,&lt;br /&gt;</w:t>
        <w:br/>
        <w:t>та дарма, дарма стараюся пізнати, де кінець йому&lt;br /&gt;</w:t>
        <w:br/>
        <w:t>і коли, коли наш поїзд стане, до останньої доїде станції,&lt;br /&gt;</w:t>
        <w:br/>
        <w:t>та спокійно скриню неба з перемучених плечей здійму.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Велика подорож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