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Ведмідь</w:t>
      </w:r>
    </w:p>
    <w:p>
      <w:r>
        <w:br/>
        <w:t xml:space="preserve"> &lt;p&gt;І</w:t>
      </w:r>
    </w:p>
    <w:p>
      <w:r>
        <w:br/>
        <w:t>Тепер уже не тільки чоловік, а й собака був той, що треба. Звірів стало двоє — у тому числі й Старий Бен, ведмідь,— і людей двоє — у тому числі й Бун Хогенбек, який мав у жилах трохи тієї самої індіанської крові, що й Сем Фазерс, тільки Бунова належала до плебейського її різновиду, отож лише Сем, Старий Бен та мішаної породи пес, названий Левом, були бездоганні й справдешні.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індіанця, настільки зухвалого, щоб удавати, ніби йому й справді належить якась частина тієї пущі; про ліси, з величчю яких годі змагатися майорові Де Спейну разом з тією ділянкою лісу, що він купив у старого Сатпена, про ліси, з давністю яких не зрівнятись ні старому Томасові Сатпену, ані навіть старому Ікемотубе, ватагові племені чикасо, що у нього придбав ту саму ділянку Сатпен, хоч кожен з них трьох чудово розумів: ліси не підвладні купівлі-продажеві.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одних у прадавній нещадній боротьбі, згідно з прадавніми й безжальними правилами, які виключають будь-яке милосердя і не допускають ніякої поблажливості. Найбільша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подобі рогів та шкур,— а розмова відбувається в кабінеті міського будинку, або в плантаційній конторі, або (і це найкраще) в самому таборі, де висить ще тепла необбілована туша, а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ницої і никлої надії розжитись таким чином на хитрощі, силу та жвавість, а навпаки — пили за ці чесноти. Отож хлопцеві здалося цілком природнім, що того грудневого ранку все мало початися з віскі. Інакше ж і бути не могло!</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його родич Маккаслін уперше привіз його до табору, у великий ліс, щоб хлопець здобув у незайманій пущі ім'я і гідність мисливця,— якщо, звичайно, він виявить достатню міру смирення й витривалості. Вже тоді успадкував він, ще й не бачивши того спадку, великого старого ведмедя з покаліченою в пастці лапою, ведмедя, що на площі мало не сотні квадратових миль прославився і заслужив собі ім'я, так, наче був людиною. З цим ім'ям пов'язані були цілі історії — про порозбивані й спустошені засіки з кукурудзою, про затягнених у ліс і роздертих поросят, свиней і навіть бичків, про потрощені капкани й пастки, про скалічених і загризених собак, про постріли мало не впритул з дробовиків або навіть і гвинтівок, такі марні, наче це дитина горохом стріляла з пукавки,— ця колія нищення й руйнації почалася задовго до того, як хлопець народився, і волохатий здоровезний звір сунув цією колією з безжальною і невідпорною силою локомотива.</w:t>
      </w:r>
    </w:p>
    <w:p>
      <w:r>
        <w:br/>
        <w:t>Ведмідь увійшов у свідомість хлопця ще до того, як він побачив його наяву. Цей звір громадиною підносився й нависав над хлопцем у снах ще до того, як він побачив на власні очі не зайнятий сокирою ліс, де ведмідь полишав свій кривулястий слід,— сам волохатий, здоровезний, червоноокий, не злостивий, а просто великий, занадто великий, як на собак, що пробували його зацькувати, як на коней, що пробували його наздогнати, як на людей, що посилали в нього кулі, занадто великий навіть як на сам той край, що ним обмежувався його життєвий простір. Хлопець наче підсвідомо вже бачив те, до чого ще не дійшов ані чуттям, ані розумом: цей приречений праліс, що його по шматочку безнастанно надгризали своїми плугами та сокирами люди, які боялись його, бо то була дика пуща, люди, незліченні й безіменні навіть одне для одного на тій землі, де заслужив собі ім'я старий ведмідь, де він проносився навіть не як смертний звір, а як неприборканий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 дрібненькі й мізерні двоногі створіння, неначе пігмеї, що метушаться біля стіп сонного слона,— старий ведмідь, одинокий, усамітнений і неприборканний,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щолистопада вибиралися фургоном з собаками, постіллю, харчем та зброєю до Великої Улоговини, до великого лісу його родич Маккаслін, Джім тітки Тенні й Сем Фазерс (поки той не перейшов назовсім жити в табір). Йому здавалося, що вони їдуть не полювати на ведмедів та оленів, а на щорічне побачення з тим ведмедем, якого й не збираються вбивати. Через два тижні вони поверталися — без трофею, без шкури. Він цього й сподівався. І не боявся, що серед інших шкур та голів може котрогось разу бути й та шкура. І не тішив себе думкою, що ось за три роки, за два, за рік він теж поїде з ними і що, може, то саме його рушниця завершить усе. Він вважай,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Маккаслін, і майор Де Спейн, і генерал Компсон, і Волтер Юел, і Бун, і собаки, що боялися затримати того ведмедя, і дробовики та гвинтівки, нездатні його хоч би поранити,— всі ці щорічні шанувальники неймовірної безсмертності старого ведмедя.</w:t>
      </w:r>
    </w:p>
    <w:p>
      <w:r>
        <w:br/>
        <w:t>Нарешті його день настав. Він сидів у бричці разом з Маккасліном, майором Де Спейном та генералом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нескінченна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оброблених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теж довершиться пізніше, через багато років, коли він виросте й побачить море) — так, ніби одинокий човник застиг самотньо й непорушно у безкрайньому просторищі океану, що погойдує його вгору-вниз, тоді як вода, а. потім, здавалося б, зовсім недосяжна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 терплячих мулів, над якими здіймалася пара. Сем був з ним поруч, коли він вступав тепер послушником у справжній праліс,— так само, як давніше був поруч з ним, коли він у дні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замикався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 але вже наперед знав, як той будинок має виглядати. Він допомагав навести сякий-такий лад у безладному їхньому влаштуванні в таборі — і навіть власні рухи були йому знайомі, наперед відомі. А потім два тижні він споживав просту, нашвидку зготовлену їжу: безформні кислуваті плескачі, незвичну дичину, якої раніш ніколи не куштував,— оленину, ведмежину, м'ясо дикого індика та єнота, що споживали й дорослі чоловіки,— їжу, яку зготовили ті, для кого мисливство важило більше, ніж куховарство,— і спав без простирадел під шорсткими укривалами, так само, як і мисливці спали.</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на третій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Маккаслінові.</w:t>
      </w:r>
    </w:p>
    <w:p>
      <w:r>
        <w:br/>
        <w:t>— Тепер трохи підніми рушницю й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побачив оленя, самця димної масті, видовженого в бігу,—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почулися два постріли.</w:t>
      </w:r>
    </w:p>
    <w:p>
      <w:r>
        <w:br/>
        <w:t>— Тепер спусти курки,— сказав Сем.</w:t>
      </w:r>
    </w:p>
    <w:p>
      <w:r>
        <w:br/>
        <w:t>Хлопець так і зробив.</w:t>
      </w:r>
    </w:p>
    <w:p>
      <w:r>
        <w:br/>
        <w:t>— Ти теж знав, що його близько не буде,— озвався він.</w:t>
      </w:r>
    </w:p>
    <w:p>
      <w:r>
        <w:br/>
        <w:t>— Так,— відповів Сем.— 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 промовив хлопець.— Та й взагалі то не ведмідь, а просто олень.</w:t>
      </w:r>
    </w:p>
    <w:p>
      <w:r>
        <w:br/>
        <w:t>— Так,— погодився Сем,— просто олень.</w:t>
      </w:r>
    </w:p>
    <w:p>
      <w:r>
        <w:br/>
        <w:t>Тоді одного ранку, через тиждень, він знову почув собак. Цим разом не встиг ще Сем нічого сказати, а він, як навчав його Сем, уже звів курки на своїй задовгій і заважкій для підлітка рушниці, хоч знав, що зараз собаки з оленем ще далі, ніж першого разу, і їх ледве чути. Та й гавкіт звучав якось інакше, ніж він знав з досвіду. Сем навчав його, що треба найперше наготувати рушницю, стати так, щоб зручно було дивитися на всі боки, і вже не рухатись,— аж раптом хлопець почув, що він сам присунувся до нього.</w:t>
      </w:r>
    </w:p>
    <w:p>
      <w:r>
        <w:br/>
        <w:t>— Оце вона,— сказав Сем.— Слухай.</w:t>
      </w:r>
    </w:p>
    <w:p>
      <w:r>
        <w:br/>
        <w:t>Хлопець прислухався: то був не дзвінкий і дужий собачий хор, як буває на свіжому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примус,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Вені — стиха вихопилось у хлопця.</w:t>
      </w:r>
    </w:p>
    <w:p>
      <w:r>
        <w:br/>
        <w:t>Сем не ворухнувся; він тільки звільна, поступово 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w:t>
      </w:r>
    </w:p>
    <w:p>
      <w:r>
        <w:br/>
        <w:t>— Так він щороку,— промовив Сем.— Один раз на рік. Еш із Буном гадають, що він приходить відганяти малих ведмедів. Щоб забиралися відси під три чорти, поки тут мисливці. Може, й справді.</w:t>
      </w:r>
    </w:p>
    <w:p>
      <w:r>
        <w:br/>
        <w:t>Малий не чув уже нічого, але Сем і далі повертав голову, звільна й розмірено, поки обернувся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 коли хлопець придивився,— зблиснувши, поволі пригасало щось похмуре й грізне,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пригасли і були тепер такі, якими хлопець бачив їх завжди.— 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палями, де собаки принишкли і тільки поводили та світили очима; звуків не було, тільки чулося звідти щось таке, чого він ще неспроможен був розпізнати, щось більше, ніж собачий дух, щось дужче, а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коломаззю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Віч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один-єдиний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Маккаслін, він раніше за всіх,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запряжному мулі, котрому не вадив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обидва вони посідали верхи на мулів — малий на одноокого, а Сем узяв собі другого із запрягу —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 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що він тепер лиш уперше усвідомив: той ведмідь, про якого він із самого малку чув безліч розповідей, який і вві сні не давав йому спокою, так само, як, певно, не давав спокою і Маккаслінові, і майорові Де Спейну, і навіть старому генералові Компсону, що той ведмідь смертне створіння, ї коли, вирушаючи щолистопада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Справжнього собаки у нас ще нема. На це й одного стане. 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прожив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знає мене, знає, що я вперше у Великій Улоговині і ще не встиг спробувати своєї сили?..— Він знов замовк, утупившись у Сема. А тоді промовив покірно, навіть без подиву.—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який називав себе справжнім табірним кухарем і майже нічого іншого й не робив, крім готування їжі для мисливського табірного товариства майора Де Спейна, але який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 із собаками у фургоні, а Маккаслін, майор Де Спейн, генерал Компсон, Бун, Волтер і Джім тітки Тенні по двоє верхи на конях. 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попередня, вже ж трохи таки освоєна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і розглянувся довкола найдавніший пращур індіанців чикасо, предків Сема Фазерса, тримаючи напоготові дубця,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 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 йому це стало ясно — ніколи, ані зараз, ані будь-коли, не вистрелить у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чує і собак,—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й чи справді то собаки? І якщо таки ведмедя вони переслідували, то був інший ведмідь.</w:t>
      </w:r>
    </w:p>
    <w:p>
      <w:r>
        <w:br/>
        <w:t>З заростей очерету несподівано вийшов Сем,— він перебрів рукав, а слідом за ним, при нозі, бігла та сама сука — бігла, наче звичайна собака, тренована на птахів. Вона підійшла до хлопця і, тремтячи, притислася йому до ноги.</w:t>
      </w:r>
    </w:p>
    <w:p>
      <w:r>
        <w:br/>
        <w:t>— Я його не побачив,— промовив хлопець.— Не побачив, Семе.</w:t>
      </w:r>
    </w:p>
    <w:p>
      <w:r>
        <w:br/>
        <w:t>— Я знаю,— відказав Сем.— 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 дрібно,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 він усвідомив страх. Отак, бува, підліток чи юнак, опинившись раптом у присутності жінки, яка не раз кохала і не без взаємності,— чи принаймні в її спальні,—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(який ці два тижні просиджував у кріслі-гойдалці перед здоровенним залізним казаном, де тушкувалося м'ясо по-брансвікському,—він то помішував його, то пробував на смак і все сперечався з дядьком Ешем,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дужих індиків, під заклад або задля вправи, а все інше вважали нижчим від своєї гідності.</w:t>
      </w:r>
    </w:p>
    <w:p>
      <w:r>
        <w:br/>
        <w:t>Точніше, це Маккаслін та інші думали, що він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дужка, де вигравіювано імена його та Маккасліна і дату: 1878. Він відшукав багнистий рукав і дерево, під яким стояв того ранку. Звідси по компасу рушив далі— непомітно для самого себе хлопець опановував те, що зробить його неабияким лісовиком. Третього дня він уже відшукав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мокасиновими, водяними та гримучими гадюками, плямистими,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w:t>
      </w:r>
    </w:p>
    <w:p>
      <w:r>
        <w:br/>
        <w:t>Хлопець зупинився і хвилину стояв мовчки. Потім відказав спокійно,— так, як у малесенькому струмочку спливає вода, прорвавши іграшкову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Ні, я... Я не подумав...</w:t>
      </w:r>
    </w:p>
    <w:p>
      <w:r>
        <w:br/>
        <w:t>— Рушниця, ось що,— сказав Сем.</w:t>
      </w:r>
    </w:p>
    <w:p>
      <w:r>
        <w:br/>
        <w:t>Він непорушно стояв біля загороди — син рабині-негритянки й ватага племені чикасо, стариган у пошарпаному, вибляклому комбінезоні й обстріпаному брилі за п'ять центів, який колись був символом негритянської неволі, але й тепер не став ознакою їхньої свободи. Табір — вируб, будинок, повітка з невеличкою загородою, увесь цей окрайчик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 сказав Сем.</w:t>
      </w:r>
    </w:p>
    <w:p>
      <w:r>
        <w:br/>
        <w:t>Наступного ранку він вийшов ще поночі, без сніданку, задовго до того, як дядько Еш прокидався на своїх ковдрах у кухні на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згодом завмерти самим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лігвища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як велів мисливський звичай, проти вітру — так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цілком його пройме,— його кров, шкіру, кишки, кістки, пам'ять, що сягає незапам'ятних для нього самого часів,—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незнайомому місці, і послуговувався тепер не лише компасом, а й важким старомодним срібним годинником-цибулиною, спадком від батька. З табору він вийшов дев'ять годин тому, до смерку лишалося вісім, на годину менше. Хлопець зупинився — вперше, відколи сидів ото на колоді, чекаючи, поки розрізнить стрілку компаса,— і розглянувся, витерши рукою спітніле обличчя. З 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 — дитинча, самотнє й загублене в зеленій небосяжній понурості безкрайньої пущі. І вирішив остаточно здатись на неї. Тобто відмовитися і від годинника із компасом, щоб уже в усьому бути перед нею чистим. Він Відстебнув від комбінезона ланцюжок годинника, відв'язав ремінець компаса, повісив їх на кущ, поруч прихилив свого дрючка і так рушив далі у хащі.</w:t>
      </w:r>
    </w:p>
    <w:p>
      <w:r>
        <w:br/>
        <w:t>Коли він зрозумів, що заблудився, то зробив так, як навчав його й напучував Сем: почав обходити по колу, маючи надію перетнути свій власний слід. Останні дві-три години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по колу, тільки набагато ширше і в протилежному напрямку, з надією, що як не перше, то друге коло десь же перетне його давніший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тим же часом, сівши на колоду, він побачив відбиток кривулястої лапи, неоковирну заглибину в вологому ґрунті, яка у нього на очах заповнювалася водою, поки вода залила слід, переповнила його, і обриси поволі почали розмиватися. Ледве-но підвівши голову, він побачив другий слід, а ступивши крок — і третій. Не хапаючись, не біжучи,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колотився сильно й гарячково,— аж раптом вийшов на галявинку, яку відразу ж і замкнули хащі. І враз безшелесно насунулися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він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 більшим досвідом зрівнявся б із ним. Не було такого клаптика в околі двадцяти п'яти миль від табору, якого він би не знав,— усі ручаї, пагорки, примітні дерева чи стежини; будь-кого він міг провести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Маккасліна позичив рушницю у Волтера Юела і перед світом заліг, чатуючи, а коли олень повертався до лігвища, забив його —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зразу відрізнити їх від будь-чийого іншого сліду, хоча в межах тих п'ятдесяти миль водилися й інші ведмеді, сліди яких були майже такі самі завбільшки, отож визначити, де чий слід, можна було, тільки зіставивши їх. Але то ще не все. Якщо Сем 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за десять миль від табору, часом за п'ять, а то й ближче. Протягом останніх трьох років він двічі чув із засідки, як собаки нападали на слід ведмедя, а раз випадково його сполошили —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смугу вітроламу.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пес, мало сказати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 нестями. Якось у червні він привіз його з собою, і в належний час, мовби на побачення з людиною, вибралися вони вдвох із Семом: хлопець ніс те песеня, голову йому закривши торбинкою, а Сем вів на шворці двійко гончаків. Засіли вони під вітром і справді таки вичатували ведмедя. Звір був так близько від собак, що аж обернувся до них мордою, щоб дати відсіч,— а може, він був просто зчудований і ошелешений скаженою дзявкотнею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наздогнав і схопив невгамовно вертке й верескливе собача, то опинився вже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 стояв навколішки й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в руках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 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та поривалося, хоч гончаків уже зовсім не було чути.</w:t>
      </w:r>
    </w:p>
    <w:p>
      <w:r>
        <w:br/>
        <w:t>— Він пішов собі,— сказав Сем.— Можеш тепер заспокоїтись і відпочити, до наступного разу.—Він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і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 відказав хлопець.— 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привіз коней та мулів на ніч до стайні, лошати між них не знайшлося, і знавісніла з тривоги кобила ніяк не давала загнати себе в загороду. Спершу він подумав,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ошалівши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є. В цьому ніхто не сумнівався.</w:t>
      </w:r>
    </w:p>
    <w:p>
      <w:r>
        <w:br/>
        <w:t>— Це пума,— відразу заявив генерал Компсон.— Та сама, що забила в березні оленицю з оленям.</w:t>
      </w:r>
    </w:p>
    <w:p>
      <w:r>
        <w:br/>
        <w:t>(Про цю пригоду Сем переказував майорові через Буна Хогенебека, коли той приїхав був до табору довідатись, як тут перезимували,— що олениці вигризено горло, і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 сказав майор Де Спейн.— 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Спейн.</w:t>
      </w:r>
    </w:p>
    <w:p>
      <w:r>
        <w:br/>
        <w:t>Сем рушив додому. Він не жив у таборі, не схотів: за чверть милі далі, над багнистим рукавом річки, він поставив собі маленьку хатину, таку, як у Джо Бейкера, тільки міцнішу й щільнішу,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подались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от би зразу повалений на землю, а ніби його спершу вдарено, а тоді мотлошено,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w:t>
      </w:r>
    </w:p>
    <w:p>
      <w:r>
        <w:br/>
        <w:t>Сем і далі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той вираз, як зрозумів і те, що Сем увесь час знав, чиї то сліди і хто навесні вигриз горло олениці й забив оленя. Передчуття неминучого, ось що проступило тоді вранці у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що за звір загриз лоша, як зрозумів те Сем. Але то було не вперше й не востаннє, коли він бачив, як дорослі і міркують, і діють,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 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усе ще стоячи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що гончаки так і не нанюхали сліду, майор наказав Семові самому відшукати слід ярдів за сто далі; на знайдений слід знову пустили собак, і знову той молодий загавкав — тільки ж ніхто з них не здогадався тоді, що 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його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знову був у таборі зарання — цього разу він почекав, поки скінчать снідати. Тоді сказав: "Ходім". І повів їх до себе, до маленької хатини з засіком для кукурудзи ззаду.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був у русі, в повітрі, летів на них — важке тіло із страшенною силою гупнулося в двері, аж струснулися й затріщали в одвірку товсті бруси, і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в'язи собі скрутить.</w:t>
      </w:r>
    </w:p>
    <w:p>
      <w:r>
        <w:br/>
        <w:t>Та хоч вони відійшли, важке й розмірене гупання не вщухало, грубезні двері щоразу стрясалися й тріщали, і тільки сам звір не подавав голосу — не гарчав і не скімлив.</w:t>
      </w:r>
    </w:p>
    <w:p>
      <w:r>
        <w:br/>
        <w:t>— Що це за чортище? — спитав майор Де Спейн.</w:t>
      </w:r>
    </w:p>
    <w:p>
      <w:r>
        <w:br/>
        <w:t>— Це собака,— 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каламутно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засіку. Лаштуючи пастку, Сем зірвав був з даху кілька гонтин, опустив у засік прив'язаний на мотузку труп лошати, а коли звір опинився всередині, витяг принаду геть. І ось тепер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щоб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мабуть, з дев'яносто фунтів, холодні жовті очі, дужі груди і понад усе та дивна масть із сизуватим проблиском, як у воронованої рушничої цівки.</w:t>
      </w:r>
    </w:p>
    <w:p>
      <w:r>
        <w:br/>
        <w:t>Другий тиждень минав, пора було згортати табір. Але хлопець попросився в Маккасліна,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звестися навіть на передні лапи. Сем узяв коротку палицю і намірився ввійти до засіку.</w:t>
      </w:r>
    </w:p>
    <w:p>
      <w:r>
        <w:br/>
        <w:t>— Стривай,— затримав його хлопець.— Дай-но я хоч рушницю...</w:t>
      </w:r>
    </w:p>
    <w:p>
      <w:r>
        <w:br/>
        <w:t>— Не треба,— відказав Сем.— Він уже не може й рухнутись.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 ненависті, а тільки холодні й майже байдужі до всього лютощі, наче в якоїсь стихійної сили. І не дивився він ні на Сема, ні на хлопця, що зазирнув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палицею, вискочити з засіку й захряснути двері саме в ту мить, як у них гупнувся пес, ще й не мавши, здавалося, часу підібрати лапи для стрибка, немовби двох тижнів голодування зовсім і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непогамовний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 Кас наказав, щоб ти їхав додому. Досить дурня клеїти з цим коножером.</w:t>
      </w:r>
    </w:p>
    <w:p>
      <w:r>
        <w:br/>
        <w:t>У таборі Бун залишив запряженого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Маккаслін.—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засіку, то мусить робити те, що наказе Сем або хто інший. Бо він саме той собака, що перейме і затримає Старого Бена. Ми вже й назвали його. Левом.</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гильнув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 то так!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обох,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чи то, може, Бун був жінкою. Скоріше вже друге: великий, поважний, на вигляд сонний собака, якого, мовлячи Семовими словами, ніхто й ніщо не обходило, а поруч — гарячкуватий, грубошкірий і суворолиций чоловік, що розумом ледве піднявся над дитиною і в жилах мав домішку індіанської крові. Хлопець придивлявся, як замість Сема й дядька Еша годувати Лева став Бун. Він не раз бачив, як Бун, присівши навпочіпки біля кухні під холодним дощем, годує собаку. Бо Лев не спав і не їв разом з іншими собаками, і ніхто з мисливців так і не знав, де він спить,— тобто всі думали, що він спить у своїй будці коло Семової хатини, аж поки в наступному листопаді Маккаслін випадково завів про це мову із Семом і той йому сказав.</w:t>
      </w:r>
    </w:p>
    <w:p>
      <w:r>
        <w:br/>
        <w:t>Того ж таки вечора хлопець, майор Де Спейн і Маккаслін з ліхтарем у руці пішли до кімнатинки ззаду, де спав Бун,—маленької, тісної, задушливої комірчини, просмерділої Буновим немитим тілом і вогкою мисливською одежею. Бун,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 — скрикнув Маккаслін.— Вижени звідси собаку. Йому ж уранці гнати Старого Бена. А коли він за ніч надихається твого запаху, то вже хіба тільки скунса почує!</w:t>
      </w:r>
    </w:p>
    <w:p>
      <w:r>
        <w:br/>
        <w:t>— Мені мій запах анітрохи не вадить,— мовив Бун.</w:t>
      </w:r>
    </w:p>
    <w:p>
      <w:r>
        <w:br/>
        <w:t>— Та хоч би й вадив, то що? — втрутився майор.— Не ти ж будеш вистежувати ведмедя. Викинь його звідси. Хай іде під хату, де решта собак.</w:t>
      </w:r>
    </w:p>
    <w:p>
      <w:r>
        <w:br/>
        <w:t>Бун почав підводитись.</w:t>
      </w:r>
    </w:p>
    <w:p>
      <w:r>
        <w:br/>
        <w:t>— Він же позагризає їх,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до нього.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Решта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 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Він думав тоді: "Дивно, чого Сем на це погодився. Він же міг забрати назад Лева, дарма що Бун білий. Міг звернутися до майора чи Маккасліна.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що ловили єнотів у капкани та обробляли дрібненькі латки землі над улоговиною, засіяні бавовником та кукурудзою. Одягнені вони були трохи краще, ніж Сем Фазерс, але набагато гірше, ніж Джім тітки Тенні, мали при собі старі рушниці й гвинтівки, прийшли ще до світ сонця не знати звідки і, поприсідавши на подвір'ї навпочіпки, терпляче дожидали під осінньою мжичкою. (Згодом Сем Фазерс розповів майорові Де Спейну, як вони ціле літо й осінь приходили до табору поодинці й по двоє-троє,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 відказав майор Де Спейн.— Можете й стріляти, будь ласка. Він більше ваш ведмідь, ніж наш.</w:t>
      </w:r>
    </w:p>
    <w:p>
      <w:r>
        <w:br/>
        <w:t>— А 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вперше знайшов її, виглядала достоту, як ваше лоша отоді в червні.</w:t>
      </w:r>
    </w:p>
    <w:p>
      <w:r>
        <w:br/>
        <w:t>— О,— мовив на те Де Спейн.— Що ж, ласкаво просимо. І можете стріляти, якщо побачите звіра поперед моїх собак.</w:t>
      </w:r>
    </w:p>
    <w:p>
      <w:r>
        <w:br/>
        <w:t>Проте цього дня ніхто не застрелив Старого Вена. Жоден чоловік його й не бачив. Собаки наскочили на нього за сотню ярдів від галявинки, де його випало побачити хлопцеві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на Двері в засіку. Така голуба його порода. Як ти її назвав?</w:t>
      </w:r>
    </w:p>
    <w:p>
      <w:r>
        <w:br/>
        <w:t>— Ердель,— відповів хлопець.</w:t>
      </w:r>
    </w:p>
    <w:p>
      <w:r>
        <w:br/>
        <w:t>Отож Лев таки перейняв Старого Бена, але сталося це занадто близько від річки. Повернувшися з Левом коло 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знов улігся.</w:t>
      </w:r>
    </w:p>
    <w:p>
      <w:r>
        <w:br/>
        <w:t>Коли настав ще один листопад, а тоді й останній день, вділюваний, як то повелося, Старому Бенові, в таборі зібралось уже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при собі навіть зброї не мали,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коли генерал Компсон розрядив у ведмедя обидві цівки,— в одній п'ять картечин,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захекуючись, насилу переводячи подих, спотикаючись, добіг він туди, де вистрелив генерал Компсон і де на землі лежало двійко гончаків, що їх роздер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в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 Бун, а який стрілець з Буна, то вже звісно. Він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настигла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лаявся. Він стояв у дверях, заболочений, геть знесилений, на широкому гротескному обличчі трагізм і — досі ще — сторопіння.</w:t>
      </w:r>
    </w:p>
    <w:p>
      <w:r>
        <w:br/>
        <w:t>— Я схибив...— озвався він.— Він був за десять кроків від мене, а я п'ять разів схибив...</w:t>
      </w:r>
    </w:p>
    <w:p>
      <w:r>
        <w:br/>
        <w:t>— Але ми таки пустили йому кров,— сказав на те майор Де Спейн.— Компсон черкнув його. Такого нам ще ні разу не вдавалося.</w:t>
      </w:r>
    </w:p>
    <w:p>
      <w:r>
        <w:br/>
        <w:t>— Але ж я не поцілив...— повторював Бун.— П'ять разів схибив. У Лева на очах.</w:t>
      </w:r>
    </w:p>
    <w:p>
      <w:r>
        <w:br/>
        <w:t>— А все-таки гони сьогодні були добрі,—сказав майор.— І ми йому пустили кров. Наступного року на Кейті посадимо Компсона або Волтера, і ми його впораємо.</w:t>
      </w:r>
    </w:p>
    <w:p>
      <w:r>
        <w:br/>
        <w:t>Тоді Маккаслін запитав:</w:t>
      </w:r>
    </w:p>
    <w:p>
      <w:r>
        <w:br/>
        <w:t>— А де Лев, Буне?</w:t>
      </w:r>
    </w:p>
    <w:p>
      <w:r>
        <w:br/>
        <w:t>— Я залишив у Сема,— відповів Бун. Він уже одвертався відходити.— Не вартий я того, щоб з ним спати.</w:t>
      </w:r>
    </w:p>
    <w:p>
      <w:r>
        <w:br/>
        <w:t>Отож хлопець повинен був би ненавидіти й боятися Лева. Але ні. Йому здавалося, що в усьому цьому є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w:t>
      </w:r>
    </w:p>
    <w:p>
      <w:r>
        <w:br/>
        <w:t>III</w:t>
      </w:r>
    </w:p>
    <w:p>
      <w:r>
        <w:br/>
        <w:t>Стояв грудень. Найхолодніший грудень за хлопцевої пам'яті. Мисливці лишалися в таборі вже чотири дні понад звичайних два тижні, чекаючи, поки пересядеться мороз,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гуральні,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як через те, що в таку глуху нічну пору серце мляво переганяє кров і важко так відразу скинути з себе дрімоту. Він пройшов від будинку до кухні по твердій, мов залізо, землі під миготливо заціпенілим нічним небом, на якому лиш через три години почне світати, зачерпнув ротом до самого дна легенів загуслу темряву і ввійшов у кухню, де світилася лампа й пашіла пічка, затуманюючи вікна, а Бун уже снідав за столом, схилився над мискою, майже в миску, і завзято працював зарослими, аж сизими щелепами; обличчя його було так само не знайоме з водою, як шорсткі конячі кудли на голові — з гребінцем. На чверть індіанець, онук жінки з племені чикасо, він при одній нагоді скажено рвався битися своїми важенними кулаками через саму тільки підозру, що в ньому є краплина небілої крові, а при іншій нагоді — звичайно після чарки — не менш скажено обстоював тими самими кулаками думку, що його батько був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ґудзиках його цупких очиць на обличчі нічого не було — 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тільки червінь та була не бура, а ясніша, яскрава й рудувата,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були складочки від повсякчасного мруження очей на сонці чи в присмерку плавнів, де бігла дичина, а чи біля табірних вогнищ, де він дрімав холодними осінніми ночами, щоб якомога раніше знов податися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Маккаслінові.</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отак доброму мисливцеві досить один раз сказати, і всі зрозуміють, крім дурнів, а табірні собаки, хоч, може, не рівня Левові зростом, силою та й хоробрістю дурнями, проте не були: останнього дурня 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із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тіпався — повільно, розмірено й сильно і чув, як у нього в шлунку ще тепла їжа, збившись грудкою, існує наче окремо від тіла.</w:t>
      </w:r>
    </w:p>
    <w:p>
      <w:r>
        <w:br/>
        <w:t>— Вранці не буде ловів,— озвався він.—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мішками, а сам він з головою загорнувся в ковдру зі своєї постелі на підлозі кухні, і вигляд у нього був несвітський під ясним зоряним небом.— 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розумник! Ти ж ото хіба дров нарубати, а більше й носа з кухні не показував.</w:t>
      </w:r>
    </w:p>
    <w:p>
      <w:r>
        <w:br/>
        <w:t>— Нічого я до них не маю,— відказав Еш.— Так само, як і вони до ловів. Оце тільки коли б мені так дбати за своє здоров'я, як ті гончаки дбають.</w:t>
      </w:r>
    </w:p>
    <w:p>
      <w:r>
        <w:br/>
        <w:t>— Кажи собі що хоч, а таки ловів сьогодні не буде,— твердо заявив Бун.— Майор сказав, що почекають, поки ми з Айком повернемось.</w:t>
      </w:r>
    </w:p>
    <w:p>
      <w:r>
        <w:br/>
        <w:t>— Але погода сьогодні зміниться. До відлиги йдеться. А на ніч дощ.— Еш засміявся, пирхнув з-під ковдри, в яку так закутався, що й обличчя не було видно.— Ану вйо, муленята! — Він так раптово смикнув віжки, що мули шарпнули рипучий розколиханий фургон вперед на кілька футів,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і далі, хоча чотири роки тому на вулиці в Джефферсоні Бун п'ять разів підряд стрельнув з позиченого пістолета в негра —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так, як згодом люди розмовляли про Салівена й Кілрейна, а ще пізніше про Демпсі й Тані[1]. Погойдуючись у такт шарпанню та стукоту безресорного вагончика, хлопець крізь сон чув їхню балачку — про поросят і телят, роздертих Старим Беном, про засіки, ним спустошені, про капкани й пастки,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Двопалий, Трипалий чи Кульгавий, і сам тільки Старий Бен (він старший між ведмедів, казав генерал Компсон) сподобився на таке ім'я, яке й людині мати не сором.</w:t>
      </w:r>
    </w:p>
    <w:p>
      <w:r>
        <w:br/>
        <w:t>До схід сонця прибули в Гоук. Хлопець і Бун вийшли з теплого вагончика у своїй мисливській одежі — в заболочених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ненормально. На тлі високих будинків, бруківки, гарних екіпажів, конок, чоловіків у накрохмалених комірцях та краватках їхні чоботи й хакі здавалися ще простацькішими й бруднішими, Бунова борода — ще нечупарнішою й зарослішою, а обличчя й зовсім таким, що не слід би його з лісу на очі людям показувати, тим паче коли не було поруч майора Де Спейна, Маккасліна чи ще 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 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 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має вчасно розбудити хлопця й Маккасліна і одвезти їх за сімнадцять миль до Джефферсона, щоб вони встигли на поїзд у Мемфіс; дикий невиїжджений техаський поні —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вона, мабуть, йому здалася купою якихось кузок;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 і один з негрів (то був Джім тітки Тенні) зірвав торбу й хутко відскочив, і одне колесо вони загубили, зачепившись за стовп у розкритих воротях у ту саму мить, коли Бун схопив хлопця за барки й вижбурив у канаву над дорогою, через що решту хлопець бачив лише уривками: як друге колесо крізь бічну хвіртку влетіло в подвір'я і вискочило аж на веранду, а уламки двоколки розлітаються вздовж дороги, як Бун, витягтись на животі, хутко зникає у хмарі збитої куряви, все ще з віжками в руках, тоді й віжки луснули, а поні зловили аж за сім миль, і то через два дні, ще в частині хомута і з недоуздком на шиї, немов у якоїсь герцогині з двома разками намиста відразу. Хлопець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 огорнула його, як і першого дня; воно ніколи його не покине, хоч він і постаріє на ловах та гонах, де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(адже досі вони відійшли від вокзалу тільки на два будинки). Двадцять років тому хлопців батько, тоді кавалерист, в'їхав до Мемфіса із загоном полковника Сарторіса, що входив до складу війська Форреста[2], 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своє діло та заберімся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чого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наливав собі у склянку під столом у привокзальному ресторані, коли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про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план: 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виволік разом з валізою із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 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гальмівник і кондуктор розмовляли з Буном про Лева й Старого Бена,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затнуло,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заплатив уже майор Де Спейн: він і Маккаслін тягли карту, хто має платити за вітрину, а хто за ногу. А ось цього року, першого дня в засідці, перший день у таборі, просто на Буна вихопився олень; хлопець почув стару Бунову магазинну рушницю: "бах-бах-бах-бах-бах", а тоді Бунів голос: "А, чорт, утікає! Переймай його! Переймай!" — і коли дійшов туди, побачив, що від слідів оленя до п'яти порожніх гільз нема і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навіщував Еш, і вони вже були там,— 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послідущий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 лісоруби з ділянки за тринадцять миль нижче від табору і робітники з тартака в Гоуку — і єдиною рушницею в них була та, що приніс кондуктор поїзда. Тож коли вирушали того ранку в ліс, майор Де Спейн провадив мало не такий самий великий загін (тільки що не повністю озброєний), як і в останні присмеркові дні шістдесят четвертого та шістдесят п'ятого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поводках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сполохався...</w:t>
      </w:r>
    </w:p>
    <w:p>
      <w:r>
        <w:br/>
        <w:t>— Ні,— сказав генерал Компсон.— Я вже застарий гасати лісом на мулах та конях, чи хоч би й на чому. Та й свою нагоду я торік проґавив. Нехай цей хлопець сідає на Кейті.</w:t>
      </w:r>
    </w:p>
    <w:p>
      <w:r>
        <w:br/>
        <w:t>— Ні, стривайте,— озвався Маккаслін.— Перед Айком ще ціле життя, ще наполюється на ведмедів. Хай хтось інший...</w:t>
      </w:r>
    </w:p>
    <w:p>
      <w:r>
        <w:br/>
        <w:t>— Ні,— не погодився Компсон.— Я хочу, щоб Айк. Він уже зараз кращий лісовик, ніж ми обидва, а ще років десять — і буде не гірший за Волтера.</w:t>
      </w:r>
    </w:p>
    <w:p>
      <w:r>
        <w:br/>
        <w:t>Спершу хлопець навіть не повірив, аж поки не почув про це й з уст майора Де Спейна.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 між теля, більшим, ніж він був насправді,—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—це лиш вага й прудкість, а Лев — це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дивився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 майже людського упокорення, знайомого хлопцеві; його підхопила решта собак, і лісовий півморок весь задзвенів від собачого валування. Верхівці мчали далі. Хлопцеві здавалося, наче він бачить їх обох: величезний сизуватий пес жене щодуху, мовчки, а попереду, мов локомотив, пре крізь хащі ведмедище, як ото чотири роки тому крізь смугу вітроламу,— 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удалині перед ними, проминули стрільця — болотник, витягнена вперед рука, худе лице, роздертий від крику маленький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 хлопець бачив — відкинув пса набік, вдерся між собачий вереск, на місці поклав одного гончака, крутнувся й побіг знову. Потім на мисливців ринула злива гончаків. Хлопець чув, як кричали майор і Джім, як ляскав, наче пістолет, Джімів ремінь, що ним він пробував повернути собак уперед. А потім хлопець і Сем Фазерс їхали вже самі. Один з гончаків, проте, лишився з Левом. Він упізнав голос. Той самий молодий нетяма, що й торік був такий, і тепер не змінився. "А може, це і є відвага?" — подумав хлопець.</w:t>
      </w:r>
    </w:p>
    <w:p>
      <w:r>
        <w:br/>
        <w:t>— По праву руку,— мовив Сем позад нього.— По праву. Треба б завернути його від річки.</w:t>
      </w:r>
    </w:p>
    <w:p>
      <w:r>
        <w:br/>
        <w:t>Тепер вони опинилися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 раз, а тоді ще двічі.</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перетворились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 Бун і не пробував сісти верхи. Він тільки схопився за стремено, як вибиралися на крутий берег, і далі вони майнули через чагарник, і раптом побачили ведмедя на задніх лапах —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випростуватись, випростуватись, наче й кінця тому не буде, нарешті став знову рівно й передніми пазурами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череві, ліва рука у ведмедя під горлом, де вчепився втопленому ножі. А потім вони звалилися під вагою Бунового тіла, і Бун опинився насподі.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чорті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 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 з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тушу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Здорово.</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 ним?..— 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 — аж він лежить на землі.</w:t>
      </w:r>
    </w:p>
    <w:p>
      <w:r>
        <w:br/>
        <w:t>Бун кричав до Джіма, який був ще посеред річки.</w:t>
      </w:r>
    </w:p>
    <w:p>
      <w:r>
        <w:br/>
        <w:t>— Швидше, хай тобі! Давай сюди мула!</w:t>
      </w:r>
    </w:p>
    <w:p>
      <w:r>
        <w:br/>
        <w:t>— Навіщо тобі мул? — запитав майор Де Спейн.</w:t>
      </w:r>
    </w:p>
    <w:p>
      <w:r>
        <w:br/>
        <w:t>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 Не бачите, чи що? У нього ж всі тельбухи к бісу вилізли!</w:t>
      </w:r>
    </w:p>
    <w:p>
      <w:r>
        <w:br/>
        <w:t>— Буне! — промовив майор Де Спейн. Вони втупились один в одного. Бун був на голову вищий від майора; хлопець, і то вже його переріс.</w:t>
      </w:r>
    </w:p>
    <w:p>
      <w:r>
        <w:br/>
        <w:t>— Мені треба по лікаря,— сказав Бун.— Онде в нього тельбухи...</w:t>
      </w:r>
    </w:p>
    <w:p>
      <w:r>
        <w:br/>
        <w:t>— Гаразд,— погодився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Єнотячий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він збагнув, як далеко вони забралися в погоні. Було вже за полудень, коли він запріг мулів, а коня прив'язав до задка у фургоні. До Єнотячого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перервати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б'ючи в тверду морду так, що 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хвищу, крізь струменисту сліпу темінь, і ще задовго до того, як побачили перші вогники, вже чули звуки ріжка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а власне,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ріжка й постріли, кожен з яких наче зависав у густому струменистому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на свою просмерділу постіль, яка зроду не бачила простирадла і яку навіть Еш, справний у домі, мов жінка, ніколи не міг довести до ладу.</w:t>
      </w:r>
    </w:p>
    <w:p>
      <w:r>
        <w:br/>
        <w:t>Лікар з тартака в Гоуку вже приїхав. Бун не дав себе оглянути, доки лікар не запорав Лева. Приспати пса хлороформом лікар не наважився — 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обличчя,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ґудзиків сорочки, але Маккаслін його стримав:</w:t>
      </w:r>
    </w:p>
    <w:p>
      <w:r>
        <w:br/>
        <w:t>— Лежи. Ми самі.</w:t>
      </w:r>
    </w:p>
    <w:p>
      <w:r>
        <w:br/>
        <w:t>Його роздягли. Він лежав нерухомо — майже безволосе, темно-мідяного кольору тіло старої людини, діда, який навіть на одне покоління не відійшов від своїх предків-лісовиків, який не мав дітей, не мав роду чи племені,—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 комірчині Бун усе ще сидів на сіннику, поклавши руку на лоб Левові, а чоловіки — і ті, хто полював разом з Левом, і ті, хто сьогодні вперше побачив пса,— мовчки заходили, дивились на нього й відходили. Ще згодом настав світанок, і всі вийшли надвір подивитись на Старого Вена: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 картечини, гвинтівкові кулі й круглі) і під лівою лопаткою ледь помітний поріз від Бунового ножа, що нарешті вкоротив віку ведмедеві. А тоді Еш забемкав важкою ложкою в дно великої миски, скликаючи на сніданок, і вперше, відколи хлопець пам'ятав, собаки їли під 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 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бавовника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капкани та пастки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 не прислухатись до них, а щоб глянути на ліс перед тим як за мить знову їх заплющить, щоб запам'ятати той ліс чи, може, переконатись, що він ще існує...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улоговини,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грубка вихолола. Коли хлопець вбіг у кухню, Де Спейн і Маккаслін саме попоїли, на столі лежали хліб та рештки холодної їжі, і тільки кава була гаряча.</w:t>
      </w:r>
    </w:p>
    <w:p>
      <w:r>
        <w:br/>
        <w:t>— Це що? — закричав хлопець.— 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залишу з ним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неділю ввечері, візьму одного з цих коней. Навіть удень. За вечір і за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[1] Салівен і Кілрейн (кінець XIX століття), Демпсі й Тані (20-ті роки XX століття) — відомі американські боксери-суперники.</w:t>
      </w:r>
    </w:p>
    <w:p>
      <w:r>
        <w:br/>
        <w:t>[2] Форрест Н. Б. (1821–1877) — американський генерал, оборонець Конфедерації.</w:t>
      </w:r>
    </w:p>
    <w:p>
      <w:r>
        <w:br/>
        <w:t>— Стривай, Касе,— втрутився генерал Компсон. Хлопець не помітив, коли генерал підійшов,— 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тяжко впрівати, щоб уторопати, що там хтось за гроші натоптав у книжку, то краще й зовсім кинути таку науку. А ти помовч, Касе,—обернувся він до Маккасліна, хоч той і не озивався.— Ти, одною ногою застрявши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Едмондси,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зблизька, щоб його вцілити, і побачив його, і прийшов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 мовив Компсон.— Харчів тут вистачить. І ти повернешся додому в неділю, як і обіцяв Маккаслінові? Не ввечері, а вдень?</w:t>
      </w:r>
    </w:p>
    <w:p>
      <w:r>
        <w:br/>
        <w:t>— Так, сер,— відповів хлопець.</w:t>
      </w:r>
    </w:p>
    <w:p>
      <w:r>
        <w:br/>
        <w:t>— Гаразд,—мовив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 — вона полетіла перекидьма, зблискуючи в блідому світлі зір.</w:t>
      </w:r>
    </w:p>
    <w:p>
      <w:r>
        <w:br/>
        <w:t>— Хто їде — залазь у фургон! — скомандував Бун.— А хто ні — паняй з дороги.</w:t>
      </w:r>
    </w:p>
    <w:p>
      <w:r>
        <w:br/>
        <w:t>Посідали, хто мав їхати. Бун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його до воріт і до комори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на помості лежало щось довгасте, загорнене в укривало.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Бена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ноги вирвав із стремен, став на землю, ще до того, як мул зупинився, і рушив до Буна.</w:t>
      </w:r>
    </w:p>
    <w:p>
      <w:r>
        <w:br/>
        <w:t>— Стій на місці! — закричав Бун.— Не підпущу до нього! Стій, Маккасліне!</w:t>
      </w:r>
    </w:p>
    <w:p>
      <w:r>
        <w:br/>
        <w:t>Маккаслін не сповільнював ходи — він ступав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звірових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у Маккасліна 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потом бризнули й висипали йому з усього обличчя, і не з самих тільки очей.</w:t>
      </w:r>
    </w:p>
    <w:p>
      <w:r>
        <w:br/>
        <w:t>— Облиш його! — закричав він.— К бісу! Облиш його!</w:t>
      </w:r>
    </w:p>
    <w:p>
      <w:r>
        <w:br/>
        <w:t>IV</w:t>
      </w:r>
    </w:p>
    <w:p>
      <w:r>
        <w:br/>
        <w:t>тоді йому минув двадцять один рік. Тож він міг уже це сказати, коли вони вдвох з його родичем Маккасліном стали один перед одним не супроти пущі, а супроти освоєної землі, яку старий Керазерс Маккаслін, його дід, купив за гроші білих людей у дикунів, чиї предки полювали на ній без рушниць, освоїв її і довів до ладу, чи то, може, йому здалося, що він освоїв її й довів до ладу, оскільки людські істоти, яких він тримав у рабстві і над життям та смертю яких панував, вирубали ліс на ній і в поті чола розпушили поверхню її на глибину десь так з чотирнадцять дюймів, щоб виростити щось таке, чого раніше там не росло і що можна було б перетворити знову на гроші, які він мусив викласти за ту землю, сподіваючись таким чином придбати її собі у власність, а потім і утримати, до того ж і з певним зиском; саме в такому дусі старий Керазерс Маккаслін намагався виховувати своїх дітей, нащадків і спадкоємців, прищеплюючи їм думку про те, що він на законних підставах володіє і заповідає цю землю,— той дужий і безжальний чоловік не соромився свого власного марнолюбства, й пихи, й сили, і зневаги до всіх своїх потомних; такі самі ілюзії мав і майор Де Спейн, коли гадав, що володіє своїм окрайцем пущі, більшої і давнішої за будь-який писаний документ; такі самі ілюзії мав і старий Сатпен, від якого майор Де Спейн набув свій окраєць землі за гроші; таким самим ілюзіям піддався у свою чергу й Ікемотубе, ватаг племені чикасо, що продав Томасові Сатпену за гроші, ром чи щось там інше частину пущі, хоч кожен з них трьох добре знав, що ані бодай клаптик пущі не належить нікому, отож його й не можна ні зректися, ні продати</w:t>
      </w:r>
    </w:p>
    <w:p>
      <w:r>
        <w:br/>
        <w:t>вони стояли один перед одним не супроти пущі, а супроти землі, і не тому, що він, хлопець, жадав її, прагнув, а тому, що він її зрікався, і діялося це, як і слід було сподіватись, у плантаційній коморі, що становила якщо й не серце, то, в усякому разі, сонячне сплетіння тієї землі, яку він відкидав і якої зрікався, в прямокутній дерев'яній будівлі з кружганком, що приплескуватою осторогою стриміла над полями, і досі не випускаючи робочий люд цих полів з неволі, байдуже, що вже минув рік 1865-ий, і вся була обліплена рекламами тютюну, різних ліків, та бальзамів, та мікстур, які виробляли й продавали білі задля того, щоб просвітлити шкіру й випрямити волосся неграм і зробити їх більш подібними до тієї раси, яка два сторіччя тримала їх у рабстві і від якої ще й через ціле сторіччя, незважаючи на криваву Громадянську війну, вони не зможуть остаточно визволитись</w:t>
      </w:r>
    </w:p>
    <w:p>
      <w:r>
        <w:br/>
        <w:t>вони вдвох з Маккасліном були серед неубутніх запахів сиру, і солонини, і гасу, й збруї, в оточенні поличок, закладених коробками тютюну, комбінезонами, ліками в пляшках, нитками, цвяхами, шурупами, більшими й меншими барильцями з питльованки і разовим борошном, з мелясою, у приміщенні, де на стінах висіли на гачках посторонки до плугів, хомути, різне мотуззя, де над столом була полиця з гросбухами, що в них Маккаслін занотовував повільний витік харчів, краму й реманенту, які щоосені поверталися у вигляді бавовни, зібраної, очищеної і проданої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 і з іще давнішими гросбухами, недоладними й старосвітськими розміром та формою, на пожовклих сторінках яких вибляклим уже письмом хлопців батько Тіофілес та його дядько Емодіес протягом двох десятиріч перед Громадянською війною занотонували відпускні — бодай тільки формальні — рабам Керазерса Маккасліна.</w:t>
      </w:r>
    </w:p>
    <w:p>
      <w:r>
        <w:br/>
        <w:t>— Зрікаєшся,— сказав Маккаслін.— Зрікаєшся. Ти, прямий нащадок того, кому трапилась нагода, і він скористався нею, купив цю землю, взяв її, дістав, байдуже як саме, утримав її, щоб передати у спадок, байдуже як саме, одержав на підставі давнього надання, першого документу із тих часів, коли вона була пущею, з дикими звірами й ще дикішими людьми, і розчистив її, перетворив на щось таке, що можна було заповісти своїм дітям, на щось варте заповідання нащадкам задля полегкості їм, і забезпечення, і гордощів, і щоб увічнилось його ім'я й здобутки. Ти, не тільки прямий нащадок його, але й єдиний по чоловічій лінії, єдиний його онук, бо ж я тільки правнук старого Керазерса, та й то по жіночій лінії, адже навіть це моє ім'я, Маккаслін, дано мені лише з чемності й мовчазної згоди, лише тому, що моя бабця страшенно пишалася здобутками тієї людини, спадку й пам'ятки по якій, як тобі здається, ти можеш зректися!</w:t>
      </w:r>
    </w:p>
    <w:p>
      <w:r>
        <w:br/>
        <w:t>і він на те:</w:t>
      </w:r>
    </w:p>
    <w:p>
      <w:r>
        <w:br/>
        <w:t>— Я не можу зректися цієї землі. Вона ніколи не була моєю, щоб я міг її зрікатись. Вона ніколи не належала батькові й дядькові Кумпану, щоб вони заповіли її мені й дали змогу зректися, і так само не належала дідові, щоб через успадкування дійшла до мене задля зрікання, і не належала старому Ікемотубе, щоб він продав її дідові і щоб у кінці випала мені змога її зрікатись. Вона ніколи не належала предкам Ікемотубе, і він не міг дістати її в спадок, щоб продати дідові чи й будь-кому, бо в ту мить, коли Ікемотубе відкрив, збагнув, що він може продати її за гроші, в ту ж мить вона навік-віків перестала йому належати, і йому, і його предкам, і нащадкам, отож той, хто купив її, не купив нічого.</w:t>
      </w:r>
    </w:p>
    <w:p>
      <w:r>
        <w:br/>
        <w:t>— Не купив нічого?</w:t>
      </w:r>
    </w:p>
    <w:p>
      <w:r>
        <w:br/>
        <w:t>і він тоді:</w:t>
      </w:r>
    </w:p>
    <w:p>
      <w:r>
        <w:br/>
        <w:t>— Не купив нічого. Бо Господь повів у святому письмі, як Він сотворив землю, як зробив її, і подивився на неї, і сказав, що непогано вийшло, і тоді Він сотворив людину. Спершу сотворив землю і заселив її німими створіннями, і вже потім сотворив людину, щоб була Його надзорцем на землі, і від Його імені правила землею і всім живим на ній, але не так, щоб забрати її для себе самої та для своїх нащадків з покоління в покоління, не так, щоб пошматувати землю на довгасті та квадратові ділянки й присвоїти собі непорушне право повік володіти ними, а щоб зберегти землю неподільною і незайманою, як спільне володіння сукупної людської громади. А натомість Він жадав від людей тільки милосердя, і покори, і терпіння, і витривалості, і поту на чолі, коли людина в праці добуває свій хліб насущний. І я знаю, що ти зараз скажеш,— додав хлопець.— Що дід усе-таки...</w:t>
      </w:r>
    </w:p>
    <w:p>
      <w:r>
        <w:br/>
        <w:t>і Маккаслін тоді:</w:t>
      </w:r>
    </w:p>
    <w:p>
      <w:r>
        <w:br/>
        <w:t>— ...Усе-таки володів нею. І він не перший. Не єдиний і не перший відколи, як твердить твій авторитет, людину було вигнано з раю. І навіть не другий і далеко не єдиний, коли глянути ген назад на марудну й непривабливу історію богообраного народу від коліна Авраамового, і синів тих, які позбавили маєтностей Авраама, і на ті п'ятсот років, протягом яких половина всього відомого світу з усім, що на ньому, становила майно одного міста — так само, як ця плантація з усім живим на ній за часів твого діда становила майно, зафіксоване у цих от гросбухах, незаперечну належність цієї плантаційної комори і на подальших тисячу років, коли люди билися за рештки того зруйнованого міста, аж урешті й руїн від нього не зосталося, і люди у безплідному присмерку старого світу чубилися за обгризені кістки, аж доки якесь випадкове яйце не відкрило перед ними існування нової півкулі. Тож коли хочеш знати, незважаючи ні на що і всупереч всьому старий Керазерс таки володів нею. Купив її, дістав — то вже байдуже як, утримав її, зберіг, байдуже як, і лишив у спадок, бо інакше як би ти міг оце зрікатись її й відкидати? Зберігав її й утримував цілих п'ятдесят років, щоб ти тепер мав змогу її зректись, і Він — цей найвищий суддя, цей будівничий, цей арбітр — поблажливо простив йому... чи, може, ні? Він же дивився згори й бачив — чи, може, й не дивився? А може, Він взагалі знехтував його — бачив, але не міг нічого зробити, чи, може, й не бачив; чи то бачив, але не хотів нічого зробити, не хотів бачити... Криводумний, безсилий чи сліпий. То який же саме?</w:t>
      </w:r>
    </w:p>
    <w:p>
      <w:r>
        <w:br/>
        <w:t>і хлопець тоді:</w:t>
      </w:r>
    </w:p>
    <w:p>
      <w:r>
        <w:br/>
        <w:t>— Ні, Він карав.</w:t>
      </w:r>
    </w:p>
    <w:p>
      <w:r>
        <w:br/>
        <w:t>і Маккаслін:</w:t>
      </w:r>
    </w:p>
    <w:p>
      <w:r>
        <w:br/>
        <w:t>— Як так?</w:t>
      </w:r>
    </w:p>
    <w:p>
      <w:r>
        <w:br/>
        <w:t>і хлопець:</w:t>
      </w:r>
    </w:p>
    <w:p>
      <w:r>
        <w:br/>
        <w:t>— Він карав. Він не безсилий. І не поблажливий, і не сліпий. Він усе бачив. Коли хочеш знати, то Він же вигнав з раю. Вигнав з землі обіцяної і позбавив власності тих, які позбавляли власності своїх попередників, а панів з римських лазень, що п'ятсот років вела розгульне життя, позбавили власності дикуни з північних лісів, які потім тисячу років пожирали ті награбовані колись давніше у них самих маєтності, щоб далі, у безплідному присмерку, як ти сказав, чубитися над обгризеними кістками старого світу і блюзнити його ім'ям, аж поки Він за допомогою звичайного яйця відкрив для них новий світ, де міг би постати новий народ, сповнений покори, милосердя й терпіння, де люди були б горді одні одними. І якщо дід, незважаючи ні на що і всупереч усьому таки володів цією землею, то Він дозволив це, не безсилий, і не поблажливий, і не сліпий — ні, Він так урядив і стежив, що з цього вийде. Він бачив, що ця земля ще тоді була проклята, коли володіли нею Ікемотубе, і старий Ісетібега, батько Ікемотубе, і предки старого Ісетібеги, і що ця земля іще до того, як перший білий заволодів нею, була вже заражена тим, що дід і подібні до нього предки дідові привезли з собою в цей новий край, до якого Він пустив їх з жалю та доброти, сподіваючись, що вони засвідчать своє милосердя, покору, терпіння й витривалість, була загиджена зіпсутістю старого світу з безплідним його присмерком так, наче вітрила їхніх суден надимав заразним духом вітер зі старого світу...</w:t>
      </w:r>
    </w:p>
    <w:p>
      <w:r>
        <w:br/>
        <w:t>і тоді Маккаслін:</w:t>
      </w:r>
    </w:p>
    <w:p>
      <w:r>
        <w:br/>
        <w:t>— Так...</w:t>
      </w:r>
    </w:p>
    <w:p>
      <w:r>
        <w:br/>
        <w:t>— ...і не було надії для цієї землі, допоки тримали її в своїй непорушній обладі від батька до сина Ікемотубе та його нащадки. Може, Він бачив, що тільки усунувши на якийсь час плем'я Ікемотубе й замінивши його іншим племенем спроможеться Він досягти своєї мети. Може, він уже тоді знав, яким покаже себе те інше плем'я, може, то було більше ніж справедливість, що тільки плем'я білих мав Він напохваті і що саме білі мали накликати на себе це прокляття білої людини, і, може, то було щось більше ніж помста, коли...</w:t>
      </w:r>
    </w:p>
    <w:p>
      <w:r>
        <w:br/>
        <w:t>і тоді Маккаслін:</w:t>
      </w:r>
    </w:p>
    <w:p>
      <w:r>
        <w:br/>
        <w:t>— Так...</w:t>
      </w:r>
    </w:p>
    <w:p>
      <w:r>
        <w:br/>
        <w:t>— ...коли Він, щоб знищити зло, вдався до саме того племені, яке те зло принесло, як от лікарі гарячкою поборюють гарячку, отрутою забивають отруту. Може, Він з усіх, що мав перед собою, вибрав саме діда. Може, Він знав, що сам дід ще не стане в пригоді для його мети, оскільки народився надто рано, але що він матиме нащадків, тобто законних нащадків; може, Він передбачив, якими будуть ті нащадки, і, може, уже бачив у дідові зародок трьох майбутніх поколінь, потрібних для того, щоб бодай декотрі з упосліджених дістали волю...</w:t>
      </w:r>
    </w:p>
    <w:p>
      <w:r>
        <w:br/>
        <w:t>і тоді Маккаслін:</w:t>
      </w:r>
    </w:p>
    <w:p>
      <w:r>
        <w:br/>
        <w:t>— Сини Хама. Ти, що посилаєшся на святе письмо: сини Хама.</w:t>
      </w:r>
    </w:p>
    <w:p>
      <w:r>
        <w:br/>
        <w:t>і хлопець:</w:t>
      </w:r>
    </w:p>
    <w:p>
      <w:r>
        <w:br/>
        <w:t>— У письмі є слова, які Він сказав, і є слова, які тільки приписують йому. І я знаю, що ти зараз скажеш: якщо для мене щось одне є правдою, а для тебе щось інше, то як же ми виберемо з них двох справжню правду? А воно й не треба вибирати. Серце знає одразу. Він казав так писати святе письмо, щоб, читаючи його, не треба було вибирати й перебирати, а щоб читалося його серцем, і не для мудреців сього світу, бо вони, може, й не потребують його читати або, може, й серця вже не мають, а для приречених і упосліджених, які читають лише серцем, бо інакше й не вміють. Адже ті люди, що писали Його волею святе письмо, свідчили правду, а правда тільки одна, і вона обіймає все, що стосується серця.</w:t>
      </w:r>
    </w:p>
    <w:p>
      <w:r>
        <w:br/>
        <w:t>і тоді Маккаслін:</w:t>
      </w:r>
    </w:p>
    <w:p>
      <w:r>
        <w:br/>
        <w:t>— Отож ті, котрі переписували з його волі святе письмо, часом були брехунами.</w:t>
      </w:r>
    </w:p>
    <w:p>
      <w:r>
        <w:br/>
        <w:t>і хлопець:</w:t>
      </w:r>
    </w:p>
    <w:p>
      <w:r>
        <w:br/>
        <w:t>— Були. Бо вони люди. Вони намагалися списати правду серця з тієї складності, що врядує серцем, і то так, щоб це дійшло до всіх складних і заклопотаних сердець, які житимуть і після них. Що вони намагалися сказати, що Він хотів, щоб було сказано,— те було занадто просте. Ті, для кого вони переписували Його слова, не пойняли б їм віри. Все це треба було викласти повсякденними виразами, знайомими для них і зрозумілими,— зрозумілими не тільки для тих, хто слухав, а й для тих, що мали це переказувати, бо якщо навіть ті, які були так близько Нього, що з усіх живих мовців саме вони були вибрані, щоб переписати й нести далі Його слова, якщо навіть вони могли збагнути правду тільки вираженою через складність пристрасті, й хтивості, й ненависті, й страху, владущими над серцем, то яку довгу зворотню відстань до правди мусять подолати ті, до кого правда доходить лише у переказі?</w:t>
      </w:r>
    </w:p>
    <w:p>
      <w:r>
        <w:br/>
        <w:t>і тоді Маккаслін:</w:t>
      </w:r>
    </w:p>
    <w:p>
      <w:r>
        <w:br/>
        <w:t>— Я міг би відповісти, коли вже ти, спираючись на той самий текст, узявся доводити свій погляд і заперечувати мій, що я не знаю. Але я не скажу цього, бо ти вже й сам відповів собі: тут взагалі ніякої відстані немає, коли, як ти кажеш, серце саме знає правду, це несхибне й неомильне серце. І, мабуть, ти таки маєш рацію, хоч ти й налічив три покоління від старого Керазерса до себе, коли насправді їх не було трьох. Навіть повних двох не було. Дядько Ферт і дядько Кумпан. І вони не перші і не єдині. Протягом неповних двох поколінь, а то й менше, ніж одного покоління, знайшлося з тисячу й інших Фертів і Кумпанів, які чинили так само у цьому краю, що, як ти кажеш, Бог сотворив його, а людина прокляла й споганила. Я вже й не згадую про рік 1865-й.</w:t>
      </w:r>
    </w:p>
    <w:p>
      <w:r>
        <w:br/>
        <w:t>і хлопець:</w:t>
      </w:r>
    </w:p>
    <w:p>
      <w:r>
        <w:br/>
        <w:t>— Справді. Не тільки батько й дядько Кумпан, а й багато інших таких, як вони.</w:t>
      </w:r>
    </w:p>
    <w:p>
      <w:r>
        <w:br/>
        <w:t>і навіть не глянув у той бік, де полиця над столом, так само, як і Маккаслін туди не глянув. Та вони й не потребували цього. Для хлопця то було так, наче ті гросбухи в пошрамованих і порепаних шкіряних палітурках самі собою одна за одною спускаються і розгортаються на столі чи на якійсь апокрифічній лаві, чи навіть на олтарі, чи то, може, перед самим троном господнім, щоб уседержитель востаннє перечитав їх, зважив і продумав, перше ніж пожовклі сторінки з поруділим вицвілим чорнилом, на яких зафіксовано велику кривду й сяку-таку окрушину добра, спробу залагодити ту кривду, обернуться у правічний загальний тлін</w:t>
      </w:r>
    </w:p>
    <w:p>
      <w:r>
        <w:br/>
        <w:t>пожовклі сторінки, набазграні побляклим чорнилом спершу рукою його діда, потім його батька й дядька, які жили неодружені до п'ятдесяти, а далі й до шістдесяти років,— один, що вів плантацію і все господарство, і другий, що порав хатню роботу, й готував їсти, і не облишив цього й тоді, коли брат-близнюк одружився й коли сам хлопець прийшов на світ</w:t>
      </w:r>
    </w:p>
    <w:p>
      <w:r>
        <w:br/>
        <w:t>тих двоє братів, які зразу ж після похорону батька перебралися з величезної в задумі, схожої на клуню споруди, що її він так і не встиг докінчити, до однокімнатної хатини з колод, яку вдвох самі для себе збудували, й доліпили до неї ще кілька кімнатинок, вже коли жили там, не дозволяючи нікому з рабів хоча б торкнутися якої деревини, хіба що треба було перенести затяжку для них двох колоду, а всіх рабів оселили в тому особняку, де ще деякі віконні отвори були або забиті дошками, або затулені ведмежими й оленячими шкурами, і щовечора той брат, що доглядав за плантацією, збирав у гурт свою негритянську команду, немов старший сержант роту, а потім усіх їх, чоловіків, жінок і дітей, без ніяких запитань, протестів чи ухилянь безоглядно заводив до здоровенної недоладної споруди, полишеної в майже ембріональній стадії, так, наче навіть сам старий Керазерс Маккаслін застиг вражено, коли побачив, якого реального втілення набула його безмежна пиха,— він перевіряв їх по пам'яті, запускав усередину і довгим, як ніж розчиняти рибу, вручну викутим цвяхом, спеціально задля цієї мети причепленим на ремінці при одвірку, замикав парадні двері, хоч половина вікон будинку зяяла отвором, а з чорного ходу двері були навіть і не навішені, через що незабаром на всю округу поширилась така собі бувальщина, знана ще й за п'ятдесят літ, коли хлопець уже достатньо виріс, щоб її почути й запам'ятати,— про те, як цілими ночами Маккаслінові раби, уникаючи освітлених місяцем доріг та кінної поліції, снували по гостинах на сусідніх плантаціях, та про мовчазну джентльменську угоду між двома білими і двома-трьома десятками чорних, що після того, як увечері білий перерахує їх та встромить за ними саморобного цвяха у парадні двері, ні він, ні його брат не підуть перевіряти, що там діється біля чорного ходу,— при умові, що всі негри будуть наявні за парадними дверима, коли вранці той самий білий знову витягне цвяха</w:t>
      </w:r>
    </w:p>
    <w:p>
      <w:r>
        <w:br/>
        <w:t>ті близнюки, що навіть їхні почерки неможливо було розрізнити,— хіба порівнявши, та й то, коли обидва зразки на тій самій сторінці (що таки часто траплялося, оскільки їм начебто не вистачало самого усного спілкування, а ще треба було й на день у день списуваних далі сторінках залагоджувати між собою ті неминучі справи, які в 1830-ті й 40-ві роки обговорювалися в усій величезній пущі північного Міссісіпі і яких і вони двоє не могли уникнути),— почерк у близнюків був такий, як у цілком нормального десятирічного хлопчака, навіть з погляду правопису, з тією тільки різницею, що у них він не поліпшувався з бігом часу, коли поступово одне за одним з'являлися на сторінках імена все нових і нових рабів, яких Керазерс Маккаслін успадкував або придбав,— Роскес, і Феба, і Тукідес, і Юніс, і їхні нащадки, і Сем Фазерс із матір'ю, що на них Керазерс Маккаслін обміняв нечистопородного мерина у старого Ікемотубе, ватага чикасо, в якого він раніше придбав також землю, а далі йшли Тенні Бічем, що її один з близнюків, Емодіес, виграв у сусіди в покер, і дивоглядія на ім'я Персівал Браунлі, що його другий близнюк, Тіофілес, купив — навіщо, ані йому самому, ані його братові не було звісно — у Бедфорда Форреста ще коли той був работоргівцем, а не генералом (усе це містилося на одній сторінці, невеликій, яка охоплювала менше року, а вірніше навіть неповних сім місяців, і розпочиналося записом хлопцевого батька, що хлопець уже міг розрізнити:</w:t>
      </w:r>
    </w:p>
    <w:p>
      <w:r>
        <w:br/>
        <w:t>Персівал Бравнлі 26 р. писар і рахівник куплений у Н. Б. Фореста у Колд-Вота 3 бер 1856 за 265 долярів</w:t>
      </w:r>
    </w:p>
    <w:p>
      <w:r>
        <w:br/>
        <w:t>і нижче тією самою рукою:</w:t>
      </w:r>
    </w:p>
    <w:p>
      <w:r>
        <w:br/>
        <w:t>5 бер 1856 ніякий рахівник зовсім не вміє читать. Може писати своє ім'я але я й так вже це записав Каже вміє орати але щось воно не схоже. посланий на поле сьодні 5 бер 1856</w:t>
      </w:r>
    </w:p>
    <w:p>
      <w:r>
        <w:br/>
        <w:t>і тією самою рукою:</w:t>
      </w:r>
    </w:p>
    <w:p>
      <w:r>
        <w:br/>
        <w:t>6 бер 1856 і орати не вміє Каже збирається стати проповідником то може вміє худобу поганять до водопою</w:t>
      </w:r>
    </w:p>
    <w:p>
      <w:r>
        <w:br/>
        <w:t>а далі іншою рукою — хлопець тепер уже розпізнавав, що це дядькове письмо, коли бачив обидва почерки поряд на одній сторінці:</w:t>
      </w:r>
    </w:p>
    <w:p>
      <w:r>
        <w:br/>
        <w:t>23-го бер 1856 Не вміє і цього робити Тільки одну худобину за раз Здихайся його</w:t>
      </w:r>
    </w:p>
    <w:p>
      <w:r>
        <w:br/>
        <w:t>тоді знов першою рукою:</w:t>
      </w:r>
    </w:p>
    <w:p>
      <w:r>
        <w:br/>
        <w:t>24 бер 1856 Та хто в чорта його купить</w:t>
      </w:r>
    </w:p>
    <w:p>
      <w:r>
        <w:br/>
        <w:t>і другою:</w:t>
      </w:r>
    </w:p>
    <w:p>
      <w:r>
        <w:br/>
        <w:t>19-го квіт 1856 Ніхто Ти пошився в дурня на ринку в Колд-Вота два місяці тому Я не казав продати Відпусти його на волю</w:t>
      </w:r>
    </w:p>
    <w:p>
      <w:r>
        <w:br/>
        <w:t>і першою:</w:t>
      </w:r>
    </w:p>
    <w:p>
      <w:r>
        <w:br/>
        <w:t>22 квіт 1856 Я стягну з нього</w:t>
      </w:r>
    </w:p>
    <w:p>
      <w:r>
        <w:br/>
        <w:t>і другою:</w:t>
      </w:r>
    </w:p>
    <w:p>
      <w:r>
        <w:br/>
        <w:t>13-го черв 1856 Як По 1 дол. за рік це 265 дол. на 265 років Хто підпише йому відпускну</w:t>
      </w:r>
    </w:p>
    <w:p>
      <w:r>
        <w:br/>
        <w:t>і знову першою:</w:t>
      </w:r>
    </w:p>
    <w:p>
      <w:r>
        <w:br/>
        <w:t>1 жовт 1856 Мулиця жозефіна зламала ногу і застрелена Кбісу стійло кбісу чорнюка кбісу все 100 долярів</w:t>
      </w:r>
    </w:p>
    <w:p>
      <w:r>
        <w:br/>
        <w:t>і далі тією самою рукою:</w:t>
      </w:r>
    </w:p>
    <w:p>
      <w:r>
        <w:br/>
        <w:t>2 жовт 1856 Відпущений на волю винен Маккаслінові і Маккаслінові 265 долярів</w:t>
      </w:r>
    </w:p>
    <w:p>
      <w:r>
        <w:br/>
        <w:t>потім знову другою:</w:t>
      </w:r>
    </w:p>
    <w:p>
      <w:r>
        <w:br/>
        <w:t>3-го жовт Винен Тіофілесові Маккасліну чорнюк 265 дол. За мулицю 100 дол. Разом 365 Він ще не забрався Батька б сюди</w:t>
      </w:r>
    </w:p>
    <w:p>
      <w:r>
        <w:br/>
        <w:t>і першою:</w:t>
      </w:r>
    </w:p>
    <w:p>
      <w:r>
        <w:br/>
        <w:t>3 жовт 1856 Сучий син не хоче йти Щоб тут батько зробив</w:t>
      </w:r>
    </w:p>
    <w:p>
      <w:r>
        <w:br/>
        <w:t>і другою:</w:t>
      </w:r>
    </w:p>
    <w:p>
      <w:r>
        <w:br/>
        <w:t>29-го жовт 1856 Перейменував його</w:t>
      </w:r>
    </w:p>
    <w:p>
      <w:r>
        <w:br/>
        <w:t>і першою:</w:t>
      </w:r>
    </w:p>
    <w:p>
      <w:r>
        <w:br/>
        <w:t>31 жовт 1856 Як перейменував</w:t>
      </w:r>
    </w:p>
    <w:p>
      <w:r>
        <w:br/>
        <w:t>і другою:</w:t>
      </w:r>
    </w:p>
    <w:p>
      <w:r>
        <w:br/>
        <w:t>Різдво 1856 Язикобрех</w:t>
      </w:r>
    </w:p>
    <w:p>
      <w:r>
        <w:br/>
        <w:t>),— всі ті імена набирали реальності, ба навіть якогось примарного життя зі своїми пристрастями й складнощами в міру того, як заповнювалися сторінка за сторінкою і збігали рік за роком; все тут було, не тільки звичайна й прощенна кривда і забарне її відшкодування, але й ті людські трагедії, які ніяк не можна простити й нічим не можна відшкодувати,— записані на іншій сторінці і в іншому гросбуху рукою, що її хлопець уже з першого погляду розпізнав як батькову:</w:t>
      </w:r>
    </w:p>
    <w:p>
      <w:r>
        <w:br/>
        <w:t>Батько помер Лусьес Квінтес Керазерс Маккаслін, народився Кароліна 1772 помер Міссісіпі 1837 Помер і похован 27 червня 1837</w:t>
      </w:r>
    </w:p>
    <w:p>
      <w:r>
        <w:br/>
        <w:t>Роскес вихований дідом у Кароліні не знаю скільки років. Відпущений 27 черв 1837 Не схотів відійти. Помер і похован 12 січ 1841</w:t>
      </w:r>
    </w:p>
    <w:p>
      <w:r>
        <w:br/>
        <w:t>Фібі Роскесова жінка. Куплена дідом у Кароліні Каже що їй пятдесят Відпущена 27 черв 1837 Не схотіла відійти. Померла і похована 1 серп 1849 Тукідес син Роскеса і Фібі народився в Кароліні 1779. Відмовився 10 акрів землі за батьковим заповітом 28 черв 1837 Відмовився 200 долярів готівки від Е. і Т. Маккаслінів 28 черв 1837 Хоче залишитись і відробити</w:t>
      </w:r>
    </w:p>
    <w:p>
      <w:r>
        <w:br/>
        <w:t>і нижче й на подальших п'ятьох сторінках, що охоплювали майже стільки ж років, день у денне повільне наростання цифр — платні, визначеної Тукідесові, і вартості їжі й одягу — тієї меляси, й м'яса, й борошна, і дешевих міцних сорочок, і штанів, і черевиків і коли-не-коли плаща проти дощу чи холоду — відлічуваних від заробленої ним суми, яка поволі, але неухильно більшала (аж здавалося хлопцеві, що він навіч бачить, як цей негр,— раб, що його власник тим самим актом, який дав йому волю, і уярмив повік,— як цей негр входить у плантаційну комору і питає, може, вже сина колишнього свого власника, чи не можна побачити ту його сторінку в гросбуху, якої він навіть і не вчитає, і навіть не просить, щоб білий прочитав йому,— ці слова він усе одно мусив би сприйняти на віру, бо ж ніяким богом не зміг би їх перевірити,— як стоїть його рахунок, скільки ще часу має минути, коли він уже зможе відійти безповоротно, хоч би це було тільки за сімнадцять миль до Джефферсона), і, як підсумок усього, двочастинний запис:</w:t>
      </w:r>
    </w:p>
    <w:p>
      <w:r>
        <w:br/>
        <w:t>3 лист 1841 готівкою Тукідесові Маккасліну 200 долярів Заснував кузню в Дж. Груд 1841 Помер і похован у Дж. 17 лют 1854.</w:t>
      </w:r>
    </w:p>
    <w:p>
      <w:r>
        <w:br/>
        <w:t>Юніс куплена батьком у Новому Орлеані 1807 за 650 долярів. Віддана за жінку Тукідесові 1809 Потонула в річці на різдво 1832</w:t>
      </w:r>
    </w:p>
    <w:p>
      <w:r>
        <w:br/>
        <w:t>і поряд іншою рукою, це хлопець уперше чітко розрізнив запис дядька, цього куховара й доморядника, що навіть на пам'яті Маккасліна, котрий бачив його й хлопцевого батька ще за шістнадцять років до народження хлопця, день крізь день висиджував у кріслі-гойдалці перед вогнем, на якому готував їсти:</w:t>
      </w:r>
    </w:p>
    <w:p>
      <w:r>
        <w:br/>
        <w:t>21-го червня 1833 Вона сама втопилася</w:t>
      </w:r>
    </w:p>
    <w:p>
      <w:r>
        <w:br/>
        <w:t>і знову першою рукою:</w:t>
      </w:r>
    </w:p>
    <w:p>
      <w:r>
        <w:br/>
        <w:t>23 черв 1833 Та хто в чорта коли чув щоб чорнюк сам топився</w:t>
      </w:r>
    </w:p>
    <w:p>
      <w:r>
        <w:br/>
        <w:t>і знову другою рукою без поспіху, але рішуче — запис абсолютно такий самий, як і попередній, аж хтось би подумав, що відштемпельований, якби не інша дата:</w:t>
      </w:r>
    </w:p>
    <w:p>
      <w:r>
        <w:br/>
        <w:t>13-го серп 1833 Вона сама втопилася</w:t>
      </w:r>
    </w:p>
    <w:p>
      <w:r>
        <w:br/>
        <w:t>і хлопець подумав: "Але чому? Чому?" Тоді йому було шістнадцять років. Він уже не вперше сидів сам-один у плантаційній коморі і не вперше знімав з полиці над столом старі гросбухи, що стояли там весь час, скільки він пам'ятав. Ще малям і навіть потім, мавши вже дев'ять, і десять, і одинадцять років і вже навчившись читати, він не раз підводив погляд до пошрамованих і порепаних корінців і палітурок, але не відчував особливої охоти розгорнути ті гросбухи, і хоч він мав намір колись проглянути їх, оскільки розумів, що там може знайти якісь хронологічні дані, якісь записи, нехай і нудні, певно, а все-таки зрозуміліші, ніж в інших джерелах, не тільки про найближчих своїх кревних, а й про дальших родичів, і білих, і чорних, бо ж чорні так само належали до його роду, як і білі предки, і про землю, яку всі вони мали для спільного вжитку, з якої вони годувалися, і на якій жили, і яку й надалі матимуть для спільного вжитку безвідносно до кольору шкіри і юридичних прав власності, але відкладав те на якийсь вільний день, коли вже буде старий і, може, навіть трохи охолоне, а вміст старих гросбухів за всі ці роки застигне в непорушності, стане докінченим, незмінним і нешкідливим. Потім йому сповнилося шістнадцять років. І він знав, що знайде там, ще до того, як знайшов. Після півночі, коли Маккаслін уже спав, він узяв з його кімнати ключ від комори, пішов туди, замкнувся зсередини і при світлі забутого ліхтаря, що знов зачадів серед затхлої мертвотності крижаної холоднечі, схилився над пожовклою сторінкою і подумав не: "Чому вона втопилася?", а те, що, як йому здавалося, подумав і його батько, коли побачив перше братове зауваження: "Чому дядько Кумпан вважав, що вона сама втопилася?", і вже тут-таки, на наступній сторінці, знаходив, почав знаходити відповідь, якої він і сподівався, тільки це ще була не відповідь, бо цей запис він уже знав:</w:t>
      </w:r>
    </w:p>
    <w:p>
      <w:r>
        <w:br/>
        <w:t>Томасіна яку звали Томі Дочка Тукідеса і Юніс</w:t>
      </w:r>
    </w:p>
    <w:p>
      <w:r>
        <w:br/>
        <w:t>Народилась 1810 померла від пологів у червні 1833 і похована. Рік зорепаду</w:t>
      </w:r>
    </w:p>
    <w:p>
      <w:r>
        <w:br/>
        <w:t>як не був відповіддю і подальший запис:</w:t>
      </w:r>
    </w:p>
    <w:p>
      <w:r>
        <w:br/>
        <w:t>Терл син Томі дочки Тукідеса і Юніс народився 1833 рік зорепаду Батьків заповіт</w:t>
      </w:r>
    </w:p>
    <w:p>
      <w:r>
        <w:br/>
        <w:t>і більше вже нічого на цій сторінці, ніяких марудних нотаток про щоденні заробітки та стягувану з тих заробітків вартість харчів і одежі, ніяких згадок про смерть і поховання, бо він, цей Террел, пережив своїх єдинокровних білих братів, а Маккаслін, ведучи далі гросбухи, уже не вписував до них некрологів — просто "Батьків заповіт", і хлопець уже бачив той заповіт мовби на власні очі: самовпевнена базгранина покорчених пальців старого Керазерса, ще менш розбірлива, ніж у його синів і ненабагато грамотніша, бо в ній майже кожен іменник і дієслово починалися з великої літери і не було ані розділових знаків, ані поділу на речення, так само як і найменшої спроби прояснити або хоча б затемнити мотиви, що спонукали його заповісти синові незаміжньої дівчини-рабині тисячу доларів, які мали бути сплачені спадкоємцеві після повноліття,— замір, що ним старий Керазерс, замість того, щоб самому відповісти за свій вчинок,— якого він, зрештою, явно так і не визнав,— поклав відповідальність за нього на своїх синів, немов покаравши їх грошовим штрафом за пригоду в житті їхнього батька; і це не було навіть хабарем за мовчанку в ім'я його честі, оскільки воно вийшло б на яву тільки по його смерті, коли він не зможе в її обороні кинути мало не зневажливо, як от кидають подертого капелюха або старі черевики, тисячу доларів, за таких умов для старого Керазерса не більш реальних, ніж для того негра, раба, який навіть не побачить їх, поки не доживе до повноліття, коли вже буде на двадцять один рік запізно дізнаватися, що таке гроші.</w:t>
      </w:r>
    </w:p>
    <w:p>
      <w:r>
        <w:br/>
        <w:t>"Тож, видно, це було дешевше, ніж сказати чорнюкові "мій сину",— подумав хлопець.— Навіть коли "мій сину" — це всього лиш два слова. Але ж мусила там бути любов,— подумав він.— Хоч якась любов. Принаймні щось таке, що він назвав би любов'ю, а не просто сплювачка на годину чи на ніч..."</w:t>
      </w:r>
    </w:p>
    <w:p>
      <w:r>
        <w:br/>
        <w:t>Був собі старий чоловік, старий, якому лишалося жити менше п'яти років, давно вдівець і самотній у домі, оскільки його сини були не тільки нежонаті, а й уже в літах, і, безперечно, знудьгований, бо ж плантація була впорядкована і функціонувала справно і грошей уже давала достатньо, либонь, навіть забагато як на людину, вади якої не перевершували її матеріальних можливостей; і була собі дівчина, молода й незаміжня,— вона мала двадцять три роки, коли народилася дитина,— можливо, він послав по неї спершу просто через свою самотність, просто йому хотілося чути в домі молодий голос і жвавий рух, він покликав її, сказав матері, щоб присилала її щоранку підмітати, прибирати постіль, і мати, хоч і не дуже радо, погодилася, адже це мовби саме собою розумілося, мовби на роду їй було написане, цій одиначці подружжя негрів, які ніколи не працювали в полі і вважали себе чимось ліпшим від інших рабів,— не тільки з цієї причини, але й тому, що він, цей негр, і його батьки дісталися у спадок білому панові від батька, а щоб купити жінку для нього, яка стала матір'ю дівчині, білий пан сам їздив аж за триста з гаком миль до Нового Орлеана і то в ту добу, коли люди подорожували верхи на коні або пароплавом</w:t>
      </w:r>
    </w:p>
    <w:p>
      <w:r>
        <w:br/>
        <w:t>і це вже все. Хлопець думав: "Його рідна дочка Рідна дочка. Ні. Ні... Навіть він", а старі пожухлі аркуші, здавалося, самі собою перегортаються назад, до тієї сторінки, на якій записано, як той білий пан (ще й не вдівець тоді), що виїжджав з плантації так само рідко, як і його сини згодом, і зовсім не потребував нових рабів, вибрався в далеку дорогу до Нового Орлеана і придбав собі нову рабиню. І Террел, син Томі, був ще живий, коли хлопцеві сповнилося десять років, і хлопець знав з того, що сам бачив і що запам'ятав, що в жилах Террела, сина Томі, тече давніша біла кров, ніж та, що рештки її передав хлопцеві батько; і, дивлячись на півсторічної давності пожовклу сторінку, розгорнуту при жовтавому світлі курного й смердючого ліхтаря у затхлій охолоді нічної комори, хлопець ніби в живі очі бачив, як Юніс входить у крижану річку в той різдвяний день, за півроку після чого в її дочки від її ж таки коханця ("Першого чоловіка, якого вона спізнала,— подумав хлопець.— Першого в її житті") народиться дитя,— сама одинока й непоступлива, непіддатна жалощам і врочиста, цим формальним коротким актом відкинувши жаль і розпач, як уже раніше відкинула вона віру й надію</w:t>
      </w:r>
    </w:p>
    <w:p>
      <w:r>
        <w:br/>
        <w:t>і це було все. Тепер у нього більш ніколи не постане потреби заглядати до тих гросбухів, і він таки й не заглядав уже до них — пожовклі сторінки у своїй зникомій і невблаганній послідовності стали немов часткою його свідомості і залишаться нею до кінця віку, так само як і факт його власного походження:</w:t>
      </w:r>
    </w:p>
    <w:p>
      <w:r>
        <w:br/>
        <w:t>Тенні Бічем 21 рік її виграв Емодіес Маккаслін від вельможного Гюберта Бічема Бо мав одну масть проти явних трьох трійок 1859 Видана за Терла сина Томі 1859</w:t>
      </w:r>
    </w:p>
    <w:p>
      <w:r>
        <w:br/>
        <w:t>і без дати звільнення, бо свобода для Тенні, як і для її першої дитини, якій судилося вижити, прийшла не від Ферта й Кумпана Маккаслінів у плантаційній коморі, а від чужинця з Вашінгтона, і без дати смерті й поховання, не тільки тому, що Маккаслін не записував некрологів до своїх книг, а й тому, що в цьому 1883 році вона ще була жива і мала дожити до того часу, коли з'явиться у неї онук, син останньої з живих її дітей:</w:t>
      </w:r>
    </w:p>
    <w:p>
      <w:r>
        <w:br/>
        <w:t>Емодіес Маккаслін Бічем син Томіного Терла і Тенні Бічем 1859 пом 1859</w:t>
      </w:r>
    </w:p>
    <w:p>
      <w:r>
        <w:br/>
        <w:t>а далі вже рукою хлопцевого дядька, бо батько його на той час пішов служити в кавалерійському загоні під командуванням чоловіка, що навіть його імені, коли той ще торгував рабами, він не міг правильно занотувати,— запис навіть не на окремій сторінці і навіть не на повний рядок:</w:t>
      </w:r>
    </w:p>
    <w:p>
      <w:r>
        <w:br/>
        <w:t>Дочка Томіного Терла і Тенні 1862</w:t>
      </w:r>
    </w:p>
    <w:p>
      <w:r>
        <w:br/>
        <w:t>і наступний запис теж не на весь рядок і без зазначення статі й причини смерті, хоч про це хлопець уже й сам міг здогадатись, бо Маккаслінові було тоді тринадцять років і він пам'ятав, що тоді люди голодували не тільки у Віксбурзі:</w:t>
      </w:r>
    </w:p>
    <w:p>
      <w:r>
        <w:br/>
        <w:t>Немовля Томіного Терла і Тенні 1863</w:t>
      </w:r>
    </w:p>
    <w:p>
      <w:r>
        <w:br/>
        <w:t>і далі тією самою рукою вже про іншу дитину, яка таки вижила, немовби витривалість Тенні і зникомий розріджений дух безоглядності старого Керазерса кінець кінцем здолали навіть голод, та й записано цього разу виразніше, повніше, і щодо правопису дбайливіше, ніж попереду, так, наче той старий хлопців дядько — який, коли вже на те пішло, мав би народитися жінкою і який у вільні проміжки між догляданням дому та готуванням їжі для себе й для чотирнадцятирічного сироти Маккасліна силкувався на період братової відсутності ще й давати раду решткам плантації,— тепер побачив проблиск нової надії у тому факті, що нарешті один безіменний спадкоємець рабів прожив бодай так довго, щоб одержати хоч якесь ім'я:</w:t>
      </w:r>
    </w:p>
    <w:p>
      <w:r>
        <w:br/>
        <w:t>Джеймс Тукідес Вічем син Томіного Терла і Тенні Вічем Народився 29-го грудня 1864 і обоє дуже хотіли назвати його Тіофілес але вже пробували Емодіес Маккаслін і Кароліна Маккаслін і обоє вмерли і це їх відохотило Народився о другій годині ночі обоє здорові</w:t>
      </w:r>
    </w:p>
    <w:p>
      <w:r>
        <w:br/>
        <w:t>оце й усе, більш нічого про нього; мине ще два роки після того, як хлопець прочитав цей запис, і він, уже майже дорослий, повернеться з невдалої своєї поїздки до штату Теннессі, так і не вручивши кому належало третини спадку, що старий Керазерс заповів своєму синові-негру і його нащадкам, з яких троє таки вижили, одне по одному засвідчивши свій виразний намір жити й далі,— спадок цей їхні білі єдинокровні дядьки збільшили до тисячі доларів на душу і мали намір сплатити кожному з них у свій час відповідну частку,— і сам допише на цій сторінці, довершить запис, до якого нічого буде додати навіть у далекому майбутньому, коли вже ніхто з тих, хто народився у році 1864-му (або й 1867-му, коли сам хлопець прийшов на світ), не зможе сподіватись, надіятись чи бодай хотіти лишитися серед живих; причому його почерк, хоч і грамотніший, нагадуватиме, як то не дивно, не батьків почерк, не дядьків, не Маккаслінів навіть, а саме дідів:</w:t>
      </w:r>
    </w:p>
    <w:p>
      <w:r>
        <w:br/>
        <w:t>Зник бозна-куди вночі напередодні свого двадцять першого дня народження 29 груд. 1885. Айзек Маккаслін поїхав на розшуки до Джексона штат Теннессі і там слід загубився. Належна йому частка спадщини 1000 дол. повернута на збереження Маккаслінові Едмондсу сьогодні 12 січ. 1886</w:t>
      </w:r>
    </w:p>
    <w:p>
      <w:r>
        <w:br/>
        <w:t>але поки що цього запису ще не було, він мав з'явитися тільки через два роки, а тим часом на сусідній сторінці хлопець знову бачив батькову руку — старий командир батька на той час уже облишив своє воювання, як раніше був облишив торгівлю рабами,— цей новий батьків запис у гросбуху був уже останній і ще нерозбірливіший, ніж коли, такий, що ледве чи й піддавався розшифруванню, бо через ревматизм батько вже майже не владав рукою і тепер мало не цілковито звільнився від будь-яких вимог і граматики, і правопису, так, ніби ті чотири роки, протягом яких він підлягав команді єдиного на світі чоловіка, що продав йому негра, та ще й незле на цьому заробив, переконали батька в марності не тільки віри й надії, а й орфографії:</w:t>
      </w:r>
    </w:p>
    <w:p>
      <w:r>
        <w:br/>
        <w:t>Міс софонсіба ур дчк тмн трл і тн 1869</w:t>
      </w:r>
    </w:p>
    <w:p>
      <w:r>
        <w:br/>
        <w:t>хоч не позбавили його переконань і сили волі, бо це таки було написано — нехай і лівою рукою, як сказав хлопцеві Маккаслін, але все ж написано— і це був останній батьків запис у гросбуху, найостанніший, бо сам хлопець мав тоді один рік, а коли через шість років народився Лукес, хлопцеві батько й дядько були небіжчиками вже понад п'ять років, померши один за кілька місяців після одного, отож і цей запис довелося доповнити хлопцеві, що був там і бачив це у році 1886-му,— їй, Софонсібі, щойно минуло сімнадцять, вона була на два роки молодша від хлопця; він саме сидів у плантаційній коморі, коли, тільки почало смеркати, ввійшов Маккаслін і каже:</w:t>
      </w:r>
    </w:p>
    <w:p>
      <w:r>
        <w:br/>
        <w:t>— Він хоче женитися з Фонсібою,—</w:t>
      </w:r>
    </w:p>
    <w:p>
      <w:r>
        <w:br/>
        <w:t>щось таке приблизно, і хлопець глянув поза Маккасліна й побачив того молодика, незнайомця, вищого за Маккасліна і вдягненого краще, ніж звичайно вдягалися Маккаслін і більшість інших білих, що їх знав хлопець,— він увійшов у приміщення як білий і стояв там як білий, так, наче він пропустив Маккасліна поперед себе не тому, що той мав білу шкіру, а просто тому, що той тутешній і, отже, знає дорогу, і говорив він як білий, і на хлопця тільки кинув з-поза плеча Маккасліна швидкий і пильний погляд і більше вже не звертав на нього уваги, теж так, як зробив би це дорослий і стриманий білий,— не тому, що його долала нетерплячка, а тільки тому, що в нього брак часу.</w:t>
      </w:r>
    </w:p>
    <w:p>
      <w:r>
        <w:br/>
        <w:t>— Женитися з Фонсібою? — скрикнув хлопець.— 3 Фонсібою?</w:t>
      </w:r>
    </w:p>
    <w:p>
      <w:r>
        <w:br/>
        <w:t>і потім уже не озивався, а мовчки дивився й слухав, поки розмовляли Маккаслін і негр:</w:t>
      </w:r>
    </w:p>
    <w:p>
      <w:r>
        <w:br/>
        <w:t>— Ти збираєшся забрати її до Арканзасу, ти так, здається, сказав.</w:t>
      </w:r>
    </w:p>
    <w:p>
      <w:r>
        <w:br/>
        <w:t>— Так. Там у мене маєток. Ферма.</w:t>
      </w:r>
    </w:p>
    <w:p>
      <w:r>
        <w:br/>
        <w:t>— Маєток? Ферма? Твоя власна?</w:t>
      </w:r>
    </w:p>
    <w:p>
      <w:r>
        <w:br/>
        <w:t>— Так.</w:t>
      </w:r>
    </w:p>
    <w:p>
      <w:r>
        <w:br/>
        <w:t>— І ти не кажеш "сер", ні?</w:t>
      </w:r>
    </w:p>
    <w:p>
      <w:r>
        <w:br/>
        <w:t>— Старшим від мене кажу.</w:t>
      </w:r>
    </w:p>
    <w:p>
      <w:r>
        <w:br/>
        <w:t>— Ясно. То ти з півночі.</w:t>
      </w:r>
    </w:p>
    <w:p>
      <w:r>
        <w:br/>
        <w:t>— Так. Живу там з дитинства.</w:t>
      </w:r>
    </w:p>
    <w:p>
      <w:r>
        <w:br/>
        <w:t>— Значить, твій батько був рабом.</w:t>
      </w:r>
    </w:p>
    <w:p>
      <w:r>
        <w:br/>
        <w:t>— Так. Колись.</w:t>
      </w:r>
    </w:p>
    <w:p>
      <w:r>
        <w:br/>
        <w:t>— Тоді як же ти дістав ферму в Арканзасі?</w:t>
      </w:r>
    </w:p>
    <w:p>
      <w:r>
        <w:br/>
        <w:t>— Це законна власність. Від батька. Дарована урядом Сполучених Штатів. За військову службу.</w:t>
      </w:r>
    </w:p>
    <w:p>
      <w:r>
        <w:br/>
        <w:t>— Ясно,— сказав Маккаслін.— В армії янкі.</w:t>
      </w:r>
    </w:p>
    <w:p>
      <w:r>
        <w:br/>
        <w:t>— В армії Сполучених Штатів,— поправив незнайомець.</w:t>
      </w:r>
    </w:p>
    <w:p>
      <w:r>
        <w:br/>
        <w:t>І ще раз хлопець не витримав, закричав у спину Маккаслінові:</w:t>
      </w:r>
    </w:p>
    <w:p>
      <w:r>
        <w:br/>
        <w:t>— Поклич тітку Тенні! Я піду її приведу! Я...</w:t>
      </w:r>
    </w:p>
    <w:p>
      <w:r>
        <w:br/>
        <w:t>Але Маккаслін навіть до такої співучасті не допустив хлопця, та й незнайомець навіть не обернувся на хлопців голос — вони обидва вели далі розмову, наче його й не було поруч.</w:t>
      </w:r>
    </w:p>
    <w:p>
      <w:r>
        <w:br/>
        <w:t>— Якщо все це, як я бачу, у тебе залагоджено,— промовив Маккаслін,— то навіщо ти завдаєш собі клопоту, питаючи моєї думки?</w:t>
      </w:r>
    </w:p>
    <w:p>
      <w:r>
        <w:br/>
        <w:t>— А я й не питаю,— сказав незнайомець.— Я визнаю вашу думку тільки в тих межах, в яких ви, як голова роду, відчуваєте себе відповідальним за цю дівчину, оскільки вона теж до цього роду належить. Я не прошу вашого дозволу. Я...</w:t>
      </w:r>
    </w:p>
    <w:p>
      <w:r>
        <w:br/>
        <w:t>— Досить! — кинув Маккаслін.</w:t>
      </w:r>
    </w:p>
    <w:p>
      <w:r>
        <w:br/>
        <w:t>Але незнайомець зовсім не затнувся. І це не виглядало так, ніби він нехтує Маккасліна або не чує. Просто він, не вважаючи за потрібне вибачатись чи виправдовуватись, складав заяву, яку за даних обставин конче треба було скласти, і саме у присутності Маккасліна — байдуже, слухає той чи ні. Він говорив мовби сам до себе, щоб самому почути ці вголос вимовлені слова. Вони стояли лицем до лиця на відстані трохи меншій, як у змаганні на рапірах,— обидва випростані, вони говорили не підносячи тону, не сперечаючись, кожен висловлював свою думку:</w:t>
      </w:r>
    </w:p>
    <w:p>
      <w:r>
        <w:br/>
        <w:t>— ...Я інформую вас, заздалегідь доводжу до відома, як голову роду. Я роблю, як личить порядній людині. Окрім того, ви на свій лад, у згоді зі своїм вихованням і поглядами...</w:t>
      </w:r>
    </w:p>
    <w:p>
      <w:r>
        <w:br/>
        <w:t>— Я сказав: досить,— повторив Маккаслін.— Щоб до ночі тебе тут не було. Забирайся.</w:t>
      </w:r>
    </w:p>
    <w:p>
      <w:r>
        <w:br/>
        <w:t>Але ще якусь хвильку незнайомець стояв непорушно, не відриваючи від Маккасліна відстороненого й холодного погляду, наче розглядав у його зіницях малесеньке відбиття своєї власної постаті.</w:t>
      </w:r>
    </w:p>
    <w:p>
      <w:r>
        <w:br/>
        <w:t>— Справді,— озвався він.— Зрештою, це ваш дім. І ви по-своєму... Та нехай. Ви маєте рацію. Таки досить.— Він обернувся до дверей і знов затримався, але тільки на секунду і, вже рушаючи, додав: — Не хвилюйтеся. Я буду добрий з нею.</w:t>
      </w:r>
    </w:p>
    <w:p>
      <w:r>
        <w:br/>
        <w:t>І аж тоді вийшов.</w:t>
      </w:r>
    </w:p>
    <w:p>
      <w:r>
        <w:br/>
        <w:t>— Але як вона запізналася з ним? — скрикнув хлопець.— Я про нього й не чув ніколи. І це Фонсіба, що зроду нікуди далі не ходила, як тільки до церкви...</w:t>
      </w:r>
    </w:p>
    <w:p>
      <w:r>
        <w:br/>
        <w:t>— Ха,— промовив Маккаслін.— Навіть батьки дізнаються тільки опісля, як їхні сімнадцятирічні доньки зустрічаються з хлопцями, а потім і виходять за них заміж, якщо поталанить.</w:t>
      </w:r>
    </w:p>
    <w:p>
      <w:r>
        <w:br/>
        <w:t>Отож наступного ранку їх обох уже не було, Фонсіби теж. Маккаслін більш ніколи її вже й не бачив, та й він, хлопець, також, бо та жінка, яку він знайшов кінець кінцем через п'ять місяців, була зовсім не нею. Він мав тоді з собою в шкіряному чересі третину тих трьох тисяч доларів у золоті — як і рік тому, коли марно пробував знайти в Теннессі сліди Джіма, сина тітки Тенні. Вони двоє — чоловік, власне,— залишили у Тенні приблизну адресу, а через три місяці прийшов і лист, писаний його рукою, хоч Еліс, Маккаслінова дружина, навчила Фонсібу трохи читати й писати. Але штемпель на листі різнився від адреси, залишеної у тітки Тенні, і хлопцеві довелося їхати спершу, скільки можна було, залізницею, далі поштовою каретою, далі найманою бричкою, далі знову шмат дороги поїздом — він на той час уже став досвідченим подорожнім, та й нишпоркою теж досвідченим, і цього разу вже мусив досягти мети — повільно й нескінченно сунули одні за одними безлюдні багнисті грудневі милі і минали ніч за ніччю в готеликах, придорожних харчівнях з неотесаного колоддя, в яких тільки й було, що шинквас, у хатинах незнайомих людей, на сіні у котрійсь самотній клуні серед поля, в усіх тих місцях, де він і роздягтись не наважувався, боячись за свій потайний золотий черес, сам схожий на одного з трьох волхвів, що простували анонімно, спонукані надією,— тільки у нього й надії не було, а лише рішучість і нерозважність, і він раз у раз повторював подумки: "Я знайду її. Таки знайду. Одного з них ми вже загубили. Але її я таки знайду".</w:t>
      </w:r>
    </w:p>
    <w:p>
      <w:r>
        <w:br/>
        <w:t>І він знайшов. Пригнувшися під безугавним крижаним дощем, сам верхи на знеможеному найнятому коні, забрьоханому по груди й вище, він побачив її — самотню рублену хатину з глиняним бовдуром, що під дощем наче розповзалась на якесь плескувате купище розпаду, безіменне й безвартісне серед цієї пустки диких чагарів і неогороджених піль, де ні шляхів, ні стежин, де не було ні повітки, ні стайні, ні бодай мізерного курника, тільки дерев'яна хатина, поставлена своїми руками, й до того не дуже вмілими, невеликий стосик абияк нарубаних дров, запас десь так на день, і ані навіть тобі схудлого пса, що вискочив би, захлинаючись гавкотом, із-під хати, коли він під'їхав,—ферма тільки в зародку, може, добра ферма, може, навіть плантація, але не тепер, а колись у майбутньому, через багато років, сповнених тяжкого тарування, виснажливої і безнастанної праці й самопожертви; хлопець штовхнув хиткі двері в кривій проймі і вступив у крижану понурість кухні, де навіть і не топилося, і за хвильку побачив втулене в кут за столом з неотесаних дощок те кавового кольору обличчя, знане йому з самого дитинства, але тепер уже незнайоме, ту дівчину, що народилася за сто ярдів від кімнати, в якій він народився, і що в жилах її текла частка тієї самої крові, яку й він мав,— тепер, однак, та дівчина була спадкоємиця лише тих поколінь, що для них кожен самозваний білий прибулець верхи на коні був присланий білими поліцай, часом з пістолетом і завжди з натаєм; хлопець вступив у другу кімнату, єдину тут, окрім кухні, і застав самого господаря в кріслі-гойдалці перед коминком — він сидів у цьому єдиному на весь дім кріслі перед нужденним вогнем, для якого не було запасу дров навіть на добу, вдягнений у те саме проповідницьке вбрання, в якому він з'явився у плантаційній коморі п'ять місяців тому, на носі маючи окуляри в золотій оправі, але без скелець, що хлопець зауважив, коли він підвів погляд, а потім звівся на ноги,— він сидів собі й читав книжку посеред цього розору, цієї багнистої пустки, де ні огорожі, ні стежки, де не було навіть повітки для худобини, а над усім, просякши навіть його одежу, випріваючи з самої його шкіри, стелився той всепрониклий задушний дух порожньої і маячної химери, незмірної захланності й глупоти, притаманний рвучким до скорої поживи загрібачам, які йшли вслід за переможною північанською армією.</w:t>
      </w:r>
    </w:p>
    <w:p>
      <w:r>
        <w:br/>
        <w:t>— Хіба ти не бачиш? — скрикнув хлопець.— Хіба ти не бачиш? Уся ця земля, увесь південь проклятий, і на всіх нас, породжених і вигодуваних цією землею, як на білих, так і на чорних, лежить це прокляття. Я згоден, що це моє плем'я принесло прокляття на цю землю; то можливо, тому саме нащадки білих можуть не опиратись цьому прокляттю, не збороти його, а може, бодай тільки витримати й вижити, поки воно буде знято. Тоді надійде черга твого племені, бо ми свою нагоду проґавили. Але не тепер. Ще ні. Хіба ти не бачиш?</w:t>
      </w:r>
    </w:p>
    <w:p>
      <w:r>
        <w:br/>
        <w:t>Той, другий, уже підвівся, все в тому самому проповідницькому вбранні, не дуже потертому, хоч, може, й не такому пристойному, як тоді, пальцем заклав те місце у згорнутій книжці, де читав, другу ненатруджену руку з окулярами без скелець підніс угору, немов диригент паличку, і почав товкти свою розмірену пишномовну маячню, породжену незмірною глупотою і порожнім сподіванням.</w:t>
      </w:r>
    </w:p>
    <w:p>
      <w:r>
        <w:br/>
        <w:t>— Ви помиляєтесь. Те прокляття, що ви, білі, принесли на цю землю, вже знято. Його усунуто і скасовано. Ми вступаємо в нову еру, коли запанують, як і намірялися творці нашої незалежності, свобода, воля й рівність усіх, для кого ця країна стане новим Ханааном, землею обіцяною...</w:t>
      </w:r>
    </w:p>
    <w:p>
      <w:r>
        <w:br/>
        <w:t>— Свобода від чого? Від праці? Землею обіцяною?</w:t>
      </w:r>
    </w:p>
    <w:p>
      <w:r>
        <w:br/>
        <w:t>Хлопець широко, мало не рвучко вимахнув рукою, і враз у цій відданій протягам, вогкій, холодній жалюгідній кімнаті, просяклій негритянською затхлістю й негритянський смородом, вони мовби наяву побачили весь цей край в усій його повноті й незайманості — голі поля без плуга й без зернини, щоб обробити їх і засіяти, і без огорожі, щоб уберегти їх від худоби, якої теж тут не водилося ні в оборах, ні поза ними, бо й обор самих не було.</w:t>
      </w:r>
    </w:p>
    <w:p>
      <w:r>
        <w:br/>
        <w:t>— І що це за закуток землі обіцяної?</w:t>
      </w:r>
    </w:p>
    <w:p>
      <w:r>
        <w:br/>
        <w:t>— Ви побачили її невідповідної пори. Тепер зима. О цій порі року ніхто не працює на полі.</w:t>
      </w:r>
    </w:p>
    <w:p>
      <w:r>
        <w:br/>
        <w:t>— Ясно. І що Фонсібі треба їсти й у щось одягатися — це теж має зачекати, поки земля лежить облогом.</w:t>
      </w:r>
    </w:p>
    <w:p>
      <w:r>
        <w:br/>
        <w:t>— Я одержую державну пенсію,— пояснив господар. Він сказав це таким тоном, як хтось міг би сказати: "Я маю благодать" або "Я маю золоту жилу". І додав: — Крім того, я одержую пенсію по батькові. Першого числа кожного місяця. Сьогодні яке число?</w:t>
      </w:r>
    </w:p>
    <w:p>
      <w:r>
        <w:br/>
        <w:t>— Одинадцяте,— відповів хлопець.— Ще двадцять днів чекати. А до того часу?</w:t>
      </w:r>
    </w:p>
    <w:p>
      <w:r>
        <w:br/>
        <w:t>— У мене є ще в домі трохи запасів з тих харчів, що я беру в кредит від крамаря в Міднайті,— він обмінює на готівку мої надходження. Я виписав доручення на його ім'я щоб він залагоджував для мене цю справу на засаді взаємовигідного...</w:t>
      </w:r>
    </w:p>
    <w:p>
      <w:r>
        <w:br/>
        <w:t>— Ясно. А якщо цих харчів не вистачить на двадцять днів?</w:t>
      </w:r>
    </w:p>
    <w:p>
      <w:r>
        <w:br/>
        <w:t>— У мене, крім того, є кабан.</w:t>
      </w:r>
    </w:p>
    <w:p>
      <w:r>
        <w:br/>
        <w:t>— Де?</w:t>
      </w:r>
    </w:p>
    <w:p>
      <w:r>
        <w:br/>
        <w:t>— Десь там,— пояснив господар.— У цих місцях так заведено, щоб узимку живність сама собі добувала їжу. Він показується вряди-годи. А як і не покажеться, теж не біда: я, мабуть, зможу вистежити його по слідах, коли треба...</w:t>
      </w:r>
    </w:p>
    <w:p>
      <w:r>
        <w:br/>
        <w:t>— Атож! — скрикнув хлопець.— Бо яка ж тут біда, коли ти маєш державну пенсію. І той чоловік у Міднайті отримає її й сам собі заплатить з неї за ті харчі, що ти вже з'їв, і якщо лишиться після того якась дещиця, то вона твоя. А якщо до того часу кабана хтось з'їсть або ти не зможеш його вистежити, що тоді?</w:t>
      </w:r>
    </w:p>
    <w:p>
      <w:r>
        <w:br/>
        <w:t>— Тоді вже буде майже весна,— відповів той.— А навесні я планую...</w:t>
      </w:r>
    </w:p>
    <w:p>
      <w:r>
        <w:br/>
        <w:t>— Буде ще січень,— сказав хлопець.— А потім лютий. А потім ще більша половина березня...</w:t>
      </w:r>
    </w:p>
    <w:p>
      <w:r>
        <w:br/>
        <w:t>і коли він знову затримався в кухні, Фонсіба сиділа все так само непорушно, вона мовби й не дихала, і взагалі наче не виявляла ніяких ознак життя, лише очі її зорили за ним; коли він підступив на крок ближче, вона все одно не ворухнулася, бо їй і нікуди було вже відступати, і тільки її великі, бездонні чорнильної барви очі на змізернілому, схудлому, занадто схудлому кавовому обличчі зорили за ним, не виказуючи ні тривоги, ні впізнання, ні надії.</w:t>
      </w:r>
    </w:p>
    <w:p>
      <w:r>
        <w:br/>
        <w:t>— Фонсібо,— промовив хлопець.— Фонсібо. З тобою все гаразд?</w:t>
      </w:r>
    </w:p>
    <w:p>
      <w:r>
        <w:br/>
        <w:t>— Я вільна.</w:t>
      </w:r>
    </w:p>
    <w:p>
      <w:r>
        <w:br/>
        <w:t>Міднайт виявився харчівнею, стайнею, де винаймали коней, двома крамницями — більшою (це мала бути та, в якій чек сам собою розмінювався на готівку на засаді взаємовигідного уникання клопоту й роздратування,— подумав хлопець) і малою,— салуном і кузнею. Але знайшовся там і банк. Директор його (а насправді й власник) був родом міссісіпець, який до того ж і воював у війську Форреста, отож хлопець уперше за вісім днів, відколи з дому, скинувши тяжкого череса із золотом, засів з олівцем і клаптем паперу в руках за розрахунки: він помножив три долари на дванадцять місяців і на одержаний добуток поділив тисячу доларів; вийшло майже двадцять вісім років, тобто що Фонсіба принаймні протягом цих двадцяти восьми років не помре з голоду, причому з банкіра він узяв обіцянку, що той п'ятнадцятого числа кожного місяця через довірену особу вручатиме їй особисто по три долари, і після цього повернувся додому</w:t>
      </w:r>
    </w:p>
    <w:p>
      <w:r>
        <w:br/>
        <w:t>і це було все, бо в році 1874-му його батько й дядько були вже небіжчики і давніх гросбухів ніхто більше не знімав з полиці над столом, куди їх востаннє поклав хлопців батько того дня у 1869 році. Але він, хлопець, міг би доповнити той запис:</w:t>
      </w:r>
    </w:p>
    <w:p>
      <w:r>
        <w:br/>
        <w:t>Лукес Квінтес Керазерс Маккаслін Бічем.</w:t>
      </w:r>
    </w:p>
    <w:p>
      <w:r>
        <w:br/>
        <w:t>Останній живий син і дитя Томіного Террела і Тенні Бічем. 17 березня 1874</w:t>
      </w:r>
    </w:p>
    <w:p>
      <w:r>
        <w:br/>
        <w:t>тільки що в цьому й не було потреби: не "Лусьєс Квінтес і т. д., і т. д.", а "Лукес Квінтес", хоч він зовсім не заперечував, коли його називано Лусьєсом,— він просто усунув це слово зі свого імені, не відкинув чи відхилив його, бо три чверті таки залишив, але змінив, переінакшив, з імені білої людини зробив собі власне ім'я, сам його скомпонував, сам свій пращур, і предок, і найменувач, яким був усупереч усім давнім гросбухам і старий Керазерс</w:t>
      </w:r>
    </w:p>
    <w:p>
      <w:r>
        <w:br/>
        <w:t>і це було вже все: року 1874-го — хлопець; року 1888-го — дорослий, що став вільним, зрікшися й відкинувши; року 1895-го — чоловік, але не батько, не вдівець, хоч без жінки, давно вже свідомий того, що жодна людина ніколи не буває вільною, що вона, мабуть, і не витерпіла б тієї волі, якби її мала; він був жонатий тоді і жив у Джефферсоні, в новому нашвидку збитому будиночку, що дав їм двом із жінкою тесть, і ось одного разу раптом на порозі кімнати, де він читав мемфіську газету, постав Лукес — він глянув на дату й подумав: "Сьогодні ж його день народження. Сьогодні йому двадцять один рік", і Лукес сказав:</w:t>
      </w:r>
    </w:p>
    <w:p>
      <w:r>
        <w:br/>
        <w:t>— Де решта тих грошей, що заповів старий Керазерс? Мені вони потрібні. Всі до цента.</w:t>
      </w:r>
    </w:p>
    <w:p>
      <w:r>
        <w:br/>
        <w:t>це вже було все. І далі Маккаслін:</w:t>
      </w:r>
    </w:p>
    <w:p>
      <w:r>
        <w:br/>
        <w:t>— Не тільки вони самі, Ферт і Кумпан, а й інші були такі, що напомацки добиралися до істини, такої бентежної для тих, хто її проголошував, і приголомшливої для тих, хто її чув, і все-таки надійшов рік 1865-ий.</w:t>
      </w:r>
    </w:p>
    <w:p>
      <w:r>
        <w:br/>
        <w:t>і хлопець:</w:t>
      </w:r>
    </w:p>
    <w:p>
      <w:r>
        <w:br/>
        <w:t>— Але замало було таких. Замало навіть таких, як батько й дядько Кумпан, що намацували ту істину нехай навіть протягом трьох поколінь, хоча б це були нащадки самого тільки діда, хоча б навіть ніде під Божим оком не було нікого, окрім діда, і Бог не мусив навіть когось там вирізняти чи вибирати. Але Бог пробував вирізняти, і я знаю, що ти скажеш. Що сам сотворивши їх, Він не міг покладати на них більшої надії, аніж ті гордощі та жаль, які вони викликали у Нього. Та Він і не мав надії, Він тільки чекав, бо Він же сотворив їх не просто тим, що дарував їм життя й привів їх у рух, а тим, що так довго клопотався з ними,— клопотався, бо вже бачив, що вони здатні в окремих випадках на будь-які крайнощі: і піднестися незмірно високо, і впасти неймовірно низько з неба, де й пекло було створене, отож Він мусив або признати їх такими, як вони є, або признати, що десь там існує хтось рівний йому і що Він, отже, уже не Бог, що Він повинен відповідати за те, що сотворив, щоб лишитися самим собою на своїх самотніх і верхівних небесах. І Він, мабуть, знав марноту цього, але Він же сотворив їх і знав, що вони здатні на будь-що, бо ж виліплені з первісного абсолюту, який охоплює все, і Він спостерігав за ними, за їхніми захватами й падіннями, як вони самі не усвідомлюють ані чому, ані як, ані навіть коли, аж урешті Він побачив, що вони всі такі, як наш дід, всі вони, і що навіть ті вирізнені й вибрані з них, найкращі з найкращих, яких тільки міг Він сподіватися (то була не надія, розумієш, не надія), будуть такі, як батько й Кумпан, та й тих буде замало, а в третьому поколінні навіть і таких не стане, і лише...</w:t>
      </w:r>
    </w:p>
    <w:p>
      <w:r>
        <w:br/>
        <w:t>і Маккаслін:</w:t>
      </w:r>
    </w:p>
    <w:p>
      <w:r>
        <w:br/>
        <w:t>— Отже, так.</w:t>
      </w:r>
    </w:p>
    <w:p>
      <w:r>
        <w:br/>
        <w:t>і хлопець:</w:t>
      </w:r>
    </w:p>
    <w:p>
      <w:r>
        <w:br/>
        <w:t>— Авжеж. Якщо Він міг бачити батька й дядька Кумпана в дідові, то Він мусив і мене бачити, такого собі Ісаака, що вродився для пізнішого життя, ніж Авраам, і відмовляється стати жертвою: не маючи батька, він може безпечно собі відійти від жертовника, щоб ненароком роздратована рука Господня, не знайшовши жертовного козеняти...</w:t>
      </w:r>
    </w:p>
    <w:p>
      <w:r>
        <w:br/>
        <w:t>і Маккаслін:</w:t>
      </w:r>
    </w:p>
    <w:p>
      <w:r>
        <w:br/>
        <w:t>— Отже, втікаєш.</w:t>
      </w:r>
    </w:p>
    <w:p>
      <w:r>
        <w:br/>
        <w:t>і хлопець:</w:t>
      </w:r>
    </w:p>
    <w:p>
      <w:r>
        <w:br/>
        <w:t>— Нехай і так. Втікаю. Аж ось одного дня Він сказав те саме, що й ти сказав чоловікові Фонсіби у той день: "Годі. Досить уже" — не зі злості, гніву чи бодай, як от ти у той день, з роздратування, а просто: "Досить уже", і ще раз, відколи сотворив їх, востаннє глянув на цей край, на цей південь, для якого Він зробив так багато,— де ліси багаті на дичину, а річки на рибу, де родюча й щедра земля для всякого зела, і гойна весна, щоб воно проросло, і довге літо, щоб воно достигло, і погідна осінь, щоб зібрати урожай, і коротка лагідна зима для людей і тварин — і ніде не побачив надії, і тоді одвів свій погляд на північ, де мала бути надія, туди, де незміряними обширами прослався від сходу до заходу обнадійливий континент, призначений стати захистком і пристанищем свободи і волі від того, що ти назвав безплідним присмерком старого світу, і побачив кожне потомство работоргівців, бабів обох статей, які зняли крик про негрів, що для них становили просто дивовижу, таку саму екзотику, як бразильський папуга-ара, привезений у клітці подорожнім, і які в своїх затишних і вигідних залах виголошували заяви про жахи та свавілля, і почув громохку канонаду крикунів-політиканів, які стягували з людей голоси, балаганних проповідників, які стягували з них гроші і для яких свавілля й кривда були такою ж абстракцією, як протекційний тариф, біметалізм чи безсмертя душі, а аргументи про рабські пута півдня та жалюгідне стріп'я його клейнодів прислужувалися їм не згірше, ніж іншим пиво, стяги, феєрверки з гаслами, всякі жупели, жонглювання й тирликання оркестрів, і побачив, як обертаються колеса верстатів, що виробляють задля зиску невигадливі пута й благенькі одежини на зміну тим, які вже протерлися, і прядуть бавовну, і монтують машини, щоб її очищати, і споруджують вагони й судна, щоб її перевозити, і як люди пускають у рух ті верстати задля зиску, і встановлюють та збирають податки на бавовну, тарифи за її перевезення й комісійні за продаж; і Він міг би зректися їх, бо вони ж були Його витвором тепер і навіки віків в усіх поколіннях, аж поки не тільки той старий світ, від якого Він їх порятував, а й цей новий, який Він відкрив перед ними й куди привів їх, як до пристанища й захистку, не перетвориться на суцільну безплідну мертву скелю, що застигає в останній багрянистий вечір,— міг би зректися, якби не те, що серед усього цього порожнього крику й безглуздого шалу знайшлося чиєсь мовчання, на тлі всього цього гамору й шарварку знайшовся хтось досить простацький, аби повірити, що жахи та свавілля — це ж тільки жахи та свавілля, і досить неотесаний, щоб у згоді з цим і діяти, і неочитаний, і ненамаханий у балачках або просто заклопотаний і заніколений, один з-посеред них усіх, котрий не підсипався до Бога з улещаннями й закликаннями, а потім з просьбами і грозьбами, котрий навіть не завдав собі клопоту попередити Бога, що він збирається робити,— аж до тої міри, що хтось маліший на місці Бога міг би й проґавити таку дрібницю, що чоловік зняв довгого предківського мушкета з оленячих рогів над дверима, але Бог цього не проґавив і сказав: "Мене теж звуть Браун", а той тоді: "І мене"; тоді Він: "Ми не можемо обидва називатись однаково, бо Я проти того, що ти чиниш"; тоді той другий: "Я теж проти"; тоді Він тріумфально: "То куди ж ти йдеш з цією рушницею?", і той другий пояснив Йому одним реченням, одним словом, і тоді Він — вражено — Він, що не знав ні надії, ні гордощів, ні жалю: "Але ваше товариство, ваш комітет, ваше начальство. Де ваші протоколи, ваші ухвали, ваші резолюції?", і той другий: "Я це проти цього. Це все добре для тих, що мають час. Я тільки проти того, щоб слабих, бо вони чорнюки, тримали у рабстві дужі, бо вони білі". Отож Бог іще раз звернув своє лице до цієї землі, яку Він однаково хоче врятувати, адже Він зробив для неї так багато...</w:t>
      </w:r>
    </w:p>
    <w:p>
      <w:r>
        <w:br/>
        <w:t>і Маккаслін:</w:t>
      </w:r>
    </w:p>
    <w:p>
      <w:r>
        <w:br/>
        <w:t>— Аж так?</w:t>
      </w:r>
    </w:p>
    <w:p>
      <w:r>
        <w:br/>
        <w:t>і хлопець:</w:t>
      </w:r>
    </w:p>
    <w:p>
      <w:r>
        <w:br/>
        <w:t>— ...для цих людей, щодо яких Він має певні зобов'язання, оскільки вони Його творіння...</w:t>
      </w:r>
    </w:p>
    <w:p>
      <w:r>
        <w:br/>
        <w:t>і Маккаслін:</w:t>
      </w:r>
    </w:p>
    <w:p>
      <w:r>
        <w:br/>
        <w:t>— Знову прихилився до нас? Звернув своє лице?</w:t>
      </w:r>
    </w:p>
    <w:p>
      <w:r>
        <w:br/>
        <w:t>і хлопець:</w:t>
      </w:r>
    </w:p>
    <w:p>
      <w:r>
        <w:br/>
        <w:t>— для тих, що їхні дружини й дочки принаймні готували юшку та холодець чорним, коли ті слабували, і самі носили її по багнюці й узимку до смердючих халуп, і сиділи в тих смердючих халупах, і підтримували вогонь, поки не минала криза, хоча цього було замало, і коли ті аж дуже тяжко слабували, то переносили їх у свій дім, може, навіть у саму вітальню, і доглядали їх там — що білі робили б і для будь-якої іншої своєї худобини, коли б вона захворіла, але чого не зробив би той, хто тільки найняв коней,— хоч і цього було замало, отож Бог сказав — і не з жалем, бо Він же сотворив їх, а тому й не міг відчувати жалю, так само як і гордощів та надії: "Вони якщо й можуть чогось навчитися, то тільки через страждання, якщо й можуть щось запам'ятати, то тільки коли воно підкреслене кров'ю"...</w:t>
      </w:r>
    </w:p>
    <w:p>
      <w:r>
        <w:br/>
        <w:t>і Маккаслін:</w:t>
      </w:r>
    </w:p>
    <w:p>
      <w:r>
        <w:br/>
        <w:t>— Ешбі їде якось верхи надвечір у гості до якихось там материних родичок чи, може, просто приятельок і ненароком натрапляє на невеличку перестрілку передових постів. Він спішується і на чолі жменьки вояків, яких перед тим зроду не бачив, сам у плащі з червоною підкладкою, видною за милю, кидається в атаку на укріплені позиції досвідчених у лісових боях стрільців. План битви генерала Лі, в який, можливо, загорнули кілька сигар і, викуривши останню з них, викинули, знаходить офіцер-розвідник янкі на підлозі в якомусь салуні в тилу північан у той час, як Лі вже розділив свої війська перед битвою під Шарпсбергом. Джексона на Пленк-род, коли він згорнув свій фланг усупереч усім сподіванням Гукера і чекав тільки світанку, щоб з новою силою жорстоко й безоглядно вдарити всім крилом на того самого Гукера, який попивав собі пунш на веранді в Чанселлорсвіллі й телеграфував Лінкольнові про свою перемогу над Лі,— з-посеред усього гурту молодших офіцерів саме Джексона, а не кого іншого, застрелює глупої ночі власний патруль, і команду після нього переймає на правах старшинства Стюарт, цей мужній воїн, що й уродився, здавалося, в сідлі й при шаблі, вже тоді знаючи все, що можна було знати про війну, окрім того, що війна — це безоглядна й жорстока глупота. І ось цей самий Стюарт плюндрує пенсільванські курники якраз тоді, коли Лі треба було знати про всі заходи Міда, а особливо частин Ганкока на Цвинтарному пагорбі під Геттісбергом. І Лонгстріт, що виявляє таку забарність там-таки. І пізніше цього самого Лонгстріта ненароком, як і Джексона, підстрелюють поночі його ж власні солдати[1]. І все-таки Бог звернув своє лице до нас? Таки звернув до нас?</w:t>
      </w:r>
    </w:p>
    <w:p>
      <w:r>
        <w:br/>
        <w:t>— А як ще інакше можна було примусити їх битися? Хто б інший цього домігся, як не Джексони, і Стюарти, і Ешбі, і Моргани, і Форрести? Їх, тих фермерів центральних і середньозахідних штатів, які мали земельні ділянки в кілька акрів, а не в десятки й тим більш не в сотні акрів і які самотужки обробляли їх, і не знали й близько, як вирощується бавовник, чи тютюн, чи цукрова тростина, і які не мали рабів, не потребували їх і не хотіли, і які вже закидали оком на тихоокеанське узбережжя,— з них не всі прожили на місці бодай у двох поколіннях, та й то осівши, де їм випало осісти, з чистої випадковості,— що віл здох або вісь поламалася. І тих ремісників з Нової Англії, котрі й зовсім не мали землі й усі речі визначали тим, скільки треба води та коштів, щоб оберталися колеса, і тих крамарів та судновласників, що вузькою смужкою сиділи над берегом, усе не відводячи поглядів від того боку Атлантики, і що їх тільки зиск тримав на цьому континенті. І тих, котрим треба було гострозору, щоб побачити,— спекулянтів ділянками під забудову майбутніх міст серед дикої пущі; і котрим треба було жвавості, щоб зметикувати,— банкірів, що давали фермерам позички під заставу землі, яку ті тільки й чекали нагоди покинути, і під заставу залізниць та пароплавів, які мали перевозити тих фермерів ще далі на захід, і під заставу заводів та верстатів, і винаймуваних будинків, де мешкали ті, хто обслуговував заводи й верстати; і котрим треба було мати вільний час і тяму, щоб зрозуміти й пройнятися страхом чи бодай хоч передбачити,— бостонських (навіть коли вони й не родилися в Бостоні) безплідних духом нащадків таких самих походженням і таких самих вихованням тіток та дядьків, руки в яких якщо й мали мозолі, то тільки від кривосудного пера, для яких сама пуща становила джерело наживи і які якщо й відводили погляд від Бікон-Гілу[2], то тільки до неба; — уже й не кажучи про всю ту галасливу потолоч, що йшла вслід за піонерами,— верескливих політиканів, медоточиві хори самозваних слуг божих, усіх тих...</w:t>
      </w:r>
    </w:p>
    <w:p>
      <w:r>
        <w:br/>
        <w:t>і Маккаслін:</w:t>
      </w:r>
    </w:p>
    <w:p>
      <w:r>
        <w:br/>
        <w:t>— Ну, ну. Стривай хвильку.</w:t>
      </w:r>
    </w:p>
    <w:p>
      <w:r>
        <w:br/>
        <w:t>і хлопець:</w:t>
      </w:r>
    </w:p>
    <w:p>
      <w:r>
        <w:br/>
        <w:t>— Ні, хай уже я виговорюсь. Я намагаюся пояснити голові моєї родини те, що я мушу зробити і що сам не до кінця розумію — я не виправдатись хочу, а тільки пояснити, якщо зможу. Я міг би сказати, що не знаю, чому мушу це зробити, тільки знаю, що доведеться, бо жити з самим собою мені треба буде до самої смерті, а все, чого я хочу,— це мати спокій душевний. Але ти голова моєї родини. Ще й більше. Я от певний, що ніколи не відчую відсутності батька, тоді як ти вже, може, й зараз відчуваєш, що у тебе нема сина. ...Уже не кажучи про всіх тих здирників і махлярів, учителів і казальників, що самі себе уповноважили повчати й давати провід ближнім, про всі ті орди недоуків у білих сорочках без змінки, які одним оком на себе накидають, а другим одні одних пасуть. Хто ж інший зміг би спонукати їх битися, міг би так вразити їх страхом і ляком, що вони стали плече в плече, й лицем усі обернулися в один бік, і навіть ляпати язиком на час перестали, і навіть через два роки ще були пройняті таким моторошним жахом, що дехто з них серйозно пропонував перенести саму їхню столицю кудись за кордон, щоб її не захопив і не сплюндрував люд, в якого й усіх білих чоловіків було ледве чи більше, ніж у котромусь з їхніх більших міст,— хто ж, як не Джексон у Долині, що його намагалися схопити три окремі армії, ніколи не певні, чи вони відступають, чи тільки розпочинають битву; як Стюарт, що з усім своїм почтом об'їжджав довкола найбільшу збройну силу, яку тільки знав цей континент, а все заради того, щоб побачити, як вона виглядає з тилу; як Морган, що повів кавалерійський загін проти осілого на мілину військового судна? Хто ж інший міг оголосити війну державі, в якої у десять разів більша територія, у сто разів більше людей і в тисячу разів більші ресурси, як не люди, спроможні вірити, що для перемоги у війні потрібні не проникливість, не спритність, не політика, не дипломатія, не гроші і навіть не чесність та проста арифметика, а тільки любов до своєї землі й хоробрість?..</w:t>
      </w:r>
    </w:p>
    <w:p>
      <w:r>
        <w:br/>
        <w:t>— А також мужні й шляхетні предки та вміння їздити верхи,— докинув Маккаслін.— Цього теж не забувай.— Стояв уже вечір, спокійний жовтневий присмерк, до якого домішувався у безвітряному повітрі дим від спалювання дров. Бавовну давно вже зібрали й очистили, і цілий день між полем та клунями рухались вози, навантажені кукурудзою, снуючи один за одним по цій витривалій землі.— Що ж, можливо, Бог цього й хотів. У всякому разі, це те, що Він дістав.</w:t>
      </w:r>
    </w:p>
    <w:p>
      <w:r>
        <w:br/>
        <w:t>Але тепер уже не прийшла в рух ніяка низка зникомих і нешкідливих аркушів у гросбухах. Ці події були занотовані в іншій, суворішій книзі, і Маккаслін, якому минуло чотирнадцять, а потім п'ятнадцять і шістнадцять років, бачив їх на власні очі, і сам хлопець їх успадкував,— так само, як Ноєві онуки успадкували потоп, дарма що не жили ще тоді, як він заливав землю,— ті похмурі, криваві й руїнні часи, коли три окремішніх народи пробували порозумітся не тільки один з одним, але й з цією новою землею, яку вони створили й успадкували і на якій мусили жити, оскільки ті, що втратили цю землю, так само не могли покинути її, як і ті, що нею заволоділи,—</w:t>
      </w:r>
    </w:p>
    <w:p>
      <w:r>
        <w:br/>
        <w:t>той народ, котрий дістав волю й рівність якось воднораз, без попередження, чи підготовки, чи будь-якої поради, як ними скористатися чи бодай хоч витримати їх, і тепер не знав, що з тими правами робити — не так, як діти не знають, і не тому, що вони довго перебували в неволі й несподівано були звільнені, а так, як взагалі люди не знають, що з волею робити, отож хлопець подумав: "Певне, є ще й якась інша мудрість поза тією, здобутою у стражданні, коли людині треба навчитись розрізняти, де свобода, а де розбещеність";</w:t>
      </w:r>
    </w:p>
    <w:p>
      <w:r>
        <w:br/>
        <w:t>той другий народ, котрий боровся чотири роки і програв у спробі зберегти такий стан речей, при якому виборче право становило аномалію і парадокс,— боровся не тому, що він був проти свободи як такої, а з тих прадавніх мотивів, які завжди спонукають людей (не генералів і політиків, а просто людей) іти на війну й гинути: або щоб зберегти статус кво, або щоб домогтися кращого, стерпнішого майбутнього для своїх дітей;</w:t>
      </w:r>
    </w:p>
    <w:p>
      <w:r>
        <w:br/>
        <w:t>і нарешті, наче й без того не досить було підстав для гіркоти, й ненависті, й страху, третє плем'я, ще чужорідніше тому племені, з яким воно мало однаковий колір шкіри і ту саму кров у жилах, ніж тому, з яким воно не мало цих спільних прикмет,— триєдине і порізнене між собою, хіба що йшлося про властиву всім їм запеклу жадобу грабувати й плюндрувати,— плем'я у складі синів пристаркуватих інтендантів, маркітантів і підрядників, що, закутані в армійські укривала й узуті в армійські черевики, на запряжених мулами возах їхали вслід за битвами, в яких вони не брали участі, хоч саме їм у спадок діставались перемоги, що їх вони не допомогали здобувати, самі перебуваючи під санкцією і опікою, якщо вже не благословенням, закону,— вони полишили свої кістки на цій землі, і вже наступне їхнє покоління, ставши власниками невеликих занехаяних ферм, точило запеклу конкурентну боротьбу з чорними, яким вони нібито принесли визволення, та з нащадками тих білих, які взагалі ніколи не мали ніяких рабів, хоч усе-таки рабів у них нібито було відібрано, а третє їхнє покоління знову опинилося в глухих провінційних закутинах у ролі перукарів, автомеханіків, заступників шерифів, підручних на тартаках та заводах, кочегарів на електростанціях, які спершу в цивільній одежі, а згодом у покривалах з каптурами, і справді визнаних як законні регалії влади, і з гаслами та вогненими християнськими символами ставали на чолі юрб, що лінчували людей з тієї раси, яку їхні предки прийшли сюди визволити; далі, уся та безіменна орда жирунів на людському нещасті, махінаторів грішми, політикою і землею, які завжди з'являються слідом за катастрофою і, мов сарана, самі собі є охороною, і які нічийого благословення не потребують, і не скроплюють власним потом ні плугів, ні топорищ, а тільки жиріють, а потім навіть кісток по них не лишається — вони зникають так само безслідно, як і з'являються, наче не було у них ніяких предків, і не постали вони з плоті й крові, ані хоча б з акту жаги чи бодай хтивості; і насамкінець той вічний жид, теж прибулий без охорони, бо за дві тисячі років відзвичаївся мати її чи потребувати, і відособлений, незнайомий навіть з тією солідарністю, що сарані властива, і тим якраз по-своєму відважний, бо ж він прибув не з думкою про звичайний грабунок, а з думкою про своїх праправнуків, шукаючи їм якийсь пристанок, де б вони могли вижити, хоч і залишившись повік чужими; — він, що не зажив благословення, парія на лиці західної землі, яка й через двадцять сторіч мститься йому за ті чарівні казки, що ними він звоював її.</w:t>
      </w:r>
    </w:p>
    <w:p>
      <w:r>
        <w:br/>
        <w:t>Маккаслін справді все це бачив, а хлопець, навіть і ставши мало не вісімдесятирічним дідом, не буде спроможний з певністю розрізнити, що він бачив сам, а що йому тільки розказувано — про цю безпросвітню, спустошену й голу землю, де жінки з дітьми замикалися по домах, а чоловіки, озброєні, у покривалах та масках, гасали німотними шляхами, і з однакових гілляк звисали тіла білих і чорних, жертв скорше зневіри й розпачу, ніж ненависті; коли людей розстрілювали у виборчих кабінах з іще непросохлим пером в одній руці й невкинутим бюлетенем у другій; коли один час був у Джефферсоні такий начальник поліції, що на документах підписувався неоковирним хрестиком,— він був екс-раб і звався Платон зовсім не тому, що його екс-власник мав відношення до філософії, а тому, що, бувши рабом, він крав у свого хазяїна-аптекаря спирт, розводив водою і продавав пінтовими пляшками у криївці під платановим деревом за аптекою, а високу посаду він завдячував своїй навпівбілій сестрі, наложниці офіцера федеральної жандармерії; отож цього разу Маккаслін навіть не сказав: "Дивись", а тільки підніс руку, зовсім і не показуючи пальцем, і не так у бік полиці з гросбухами, як радше у бік столу, у той куток, де стояв стіл, де на підлозі було місце, зачовгане впродовж двох десятиріч важкими черевиками, коли білий за столом додавав, множив і віднімав. Проте хлопцеві зовсім і не треба було туди дивитись, бо він і сам це бачив, та й тепер ще, через двадцять три роки після капітуляції і через двадцять чотири роки після декларації про скасування рабства, дивився на це — на нові вже гросбухи, які швидко заповнювались одні за одними і містили стільки імен, скільки старому Керазерсові, ба й хлопцевому батькові та дядькові і не снилося: поставали нові імена й нові обличчя разом з ними, серед яких давні імена й обличчя, навіть ті, що їх знали батько й дядько, загубилися і позникали — Террел, син Томі, помер, і навіть бідолашний невдаха Персівал Браунлі, який не вмів ні вести конторських книг, ні обробляти землю, нарешті знайшов своє справжнє покликання — він знов об'явився на плантації під час відсутності хлопцевого батька, у 1862 році, прожив з добрий місяць, поки дядько Кумпан його виявив, улаштовував тут імпровізовані релігійні зібрання негрів, виголошував проповіді й вів перед у хорових співах, беручи високі ноти своїм тонким голосом, чистим сопрано, а потім ушився пішки, і то вельми хутко, не вслід за, а перед загоном федеральної кінноти, щоб об'явитися втретє й востаннє у товаристві якогось військового скарбника — двоє їх проїжджало через Джефферсон у бричці саме в ту хвилину, коли хлопців батько (це вже було року 1866-го) переходив Майдан, бричка з її пасажирами шпарко проминала супокійну буколічну місцевину, справляючи, однак, навіть у цю побіжну мить і не тільки на хлопцевого батька враження якоїсь втечі й підозрілої ескапади, як от коли чоловік, поки жінка у від'їзді, вибереться на погулянку з жінчиною покоївкою, аж це нараз Браунлі підвів очі й побачив свого колишнього співвласника — він кинув на нього зухвалий жіночний погляд і зразу ж і занишк, скочив з брички і зник, цього разу вже остаточно — тільки через двадцять років Маккаслін випадком почув про те, що Браунлі, старий уже й досить гладкий, став заможним господарем люксусового борделю в Новому Орлеані; і Джім тітки Тенні зник невідомо куди, а його сестра Фонсіба сиділа в Арканзасі зі своїми трьома доларами щомісяця і вченим чоловіком у сурдуті й окулярах без скелець, що снував плани на весну, і тільки їхній брат Лукес залишився, найменший з трьох, останній, окрім хлопця, з живих носіїв приреченої і фатальної крові старого Керазерса, яка по чоловічій лінії несла згубу всім, до кого доторкалася, і навіть він, хлопець, її зрікався, принаймні сподівався ухилитися від цієї згуби,— Лукес, тепер чотирнадцятирічний підліток, чиє ім'я ще цілих шість років не з'являтиметься на цих швидко заповнюваних сторінках у новеньких і не покритих пилюкою палітурках, оскільки Маккаслін знімав з полиці нові гросбухи вже день у день, ведучи в них далі ту хроніку, на завершення якої замало було двох сторіч і на скасування якої замало буде ще одного сторіччя, той літопис, що становив увесь край у мініатюрі, що в сукупності з іншими такими ж літописами становив увесь південь через двадцять три роки після капітуляції і через двадцять чотири роки після емансипації негрів,— той повільний витік меляси, борошна й м'яса, черевиків, брилів і комбінезонів, посторонків, хомутів і шворнів, окуття і скоб, які щоосені поверталися назад у вигляді бавовни,— дві ниточки такі ж тендітні, як правда, і невловні, як екватори, хоч водночас міцні, як линва, бо спроможні були довічно припинати до землі тих людей, які в поті чола вирощували бавовник;</w:t>
      </w:r>
    </w:p>
    <w:p>
      <w:r>
        <w:br/>
        <w:t>і хлопець:</w:t>
      </w:r>
    </w:p>
    <w:p>
      <w:r>
        <w:br/>
        <w:t>— Справді. Вони ще припнуті, але тільки на якийсь короткий час. На життя цього покоління й наступного, може, ще на життя синів того покоління, може, навіть на життя синів тих синів. Але не назавжди, бо вони витривають. Вони переживуть нас, бо...— Він не замовк, а лиш затнувся на мить, відчутну хіба тільки для нього самого, наче не міг сказати цього навіть Маккаслінові, навіть пояснюючи мотиви свого зречення, оскільки йому теж, навіть у самому акті втечі (і може, в цьому й полягала реальна, правдива причина, що йому треба було втекти), ввижалося відступництво, бо, навіть утікаючи, він забирав з собою більше, ніж сподівався, зла й пам'яті про того нерозкаяного старигана, який міг викликати до себе людську істоту, бо вона була його власністю, бо вона дійшла своїх літ і була жінкою, міг викликати її у свій вдовецький дім, зробити їй дитину і відіслати назад, адже вона належала до нижчої раси, а тоді заповісти своїй дитині тисячу доларів, бо на той час він уже буде неживий і не потребуватиме сам платити, якщо саме цього він остерігався.— Справді. Він не хотів цього. Але мусив. Бо вони витривають. Вони кращі, ніж ми. Дужчі за нас. Їхні вади — це вади, змавповані у білих або ж породжені рабством у білих: легковажність, і нестриманість, і ухиляння — не лінощі, а саме ухиляння від того, що примушували їх робити білі не для їхнього добра чи бодай полегкості, а для своєї власної...</w:t>
      </w:r>
    </w:p>
    <w:p>
      <w:r>
        <w:br/>
        <w:t>і Маккаслін:</w:t>
      </w:r>
    </w:p>
    <w:p>
      <w:r>
        <w:br/>
        <w:t>— Гаразд. Кажи далі. Розбещеність. Запальність. Непостійність і брак самоконтролю. Нездатність розрізнити, де моє, а де твоє...</w:t>
      </w:r>
    </w:p>
    <w:p>
      <w:r>
        <w:br/>
        <w:t>і хлопець:</w:t>
      </w:r>
    </w:p>
    <w:p>
      <w:r>
        <w:br/>
        <w:t>— Як розрізнити, коли цілих двісті років для них "моє" просто не існувало?</w:t>
      </w:r>
    </w:p>
    <w:p>
      <w:r>
        <w:br/>
        <w:t>І Маккаслін:</w:t>
      </w:r>
    </w:p>
    <w:p>
      <w:r>
        <w:br/>
        <w:t>— Гаразд. Кажи далі. А їхні чесноти...</w:t>
      </w:r>
    </w:p>
    <w:p>
      <w:r>
        <w:br/>
        <w:t>і хлопець:</w:t>
      </w:r>
    </w:p>
    <w:p>
      <w:r>
        <w:br/>
        <w:t>— Так. Саме їм притаманні. Витривалість...</w:t>
      </w:r>
    </w:p>
    <w:p>
      <w:r>
        <w:br/>
        <w:t>і Маккаслін:</w:t>
      </w:r>
    </w:p>
    <w:p>
      <w:r>
        <w:br/>
        <w:t>— Мули теж витривалі.</w:t>
      </w:r>
    </w:p>
    <w:p>
      <w:r>
        <w:br/>
        <w:t>і хлопець:</w:t>
      </w:r>
    </w:p>
    <w:p>
      <w:r>
        <w:br/>
        <w:t>— ...і співчуття, і терпимість, і вибачливість, і вірність, і любов до дітей...</w:t>
      </w:r>
    </w:p>
    <w:p>
      <w:r>
        <w:br/>
        <w:t>і Маккаслін:</w:t>
      </w:r>
    </w:p>
    <w:p>
      <w:r>
        <w:br/>
        <w:t>— Собаки теж люблять своїх дітей.</w:t>
      </w:r>
    </w:p>
    <w:p>
      <w:r>
        <w:br/>
        <w:t>і хлопець:</w:t>
      </w:r>
    </w:p>
    <w:p>
      <w:r>
        <w:br/>
        <w:t>— ...і до своїх рідних, і до чужих, до чорних і до нечорних. І щось більше: те, що вони мають не тільки не від білих, а навіть і не всупереч білим, бо вони успадкували це ще раніше від своїх вільних предків, які були вільними довший час, ніж ми, адже ми взагалі ніколи не були вільними...</w:t>
      </w:r>
    </w:p>
    <w:p>
      <w:r>
        <w:br/>
        <w:t>і цей спогад був уже й у Маккасліна в очах, хлопцеві досить було глянути йому в очі — літній присмерк сім років тому, минув ледве тиждень після їхнього повернення з табору, і ось тоді хлопець відкрив, що Маккаслін уже знає від Сема Фазерса: старий ведмідь, лютий і безоглядний не тільки з жаги до життя, але безоглядний у тих лютих своїх гордощах, розбуялих на свободі й волі, настільки ревнивий і гордий через них, що й загрозу їм він сприймав не зі страхом чи бодай тривогою, а мало не з радістю, здавалося б, зумисне піддаючи їх небезпеці, аби мати від них більшу втіху, аби його старі дужі кістки й плоть не втратили гнучкості і сприту, бо без них як же відстояти й оборонити ту волю; старий чоловік, син негритянки-рабині й індіанського владаря, спадкоємець, з одного боку, давньої історії народу, що навчився покори у стражданні, і гордощів у витривалості, а з другого боку, історії народу, ще давнішого на цій землі, ніж той, перший, народу, який вижив досі лише в самотньому братерстві чужої крові старого бездітного негра з диким і непоборним духом старого ведмедя; і хлопець, який прагнув навчитися покори й гордощів, щоб стати досвідченим лісовиком, гідним лісу, і який нараз побачив, що його досвід так швидко зростав, аж він злякався, чи й узагалі будь-коли стане гідним лісу, бо він же не навчився покори й гордощів, хоч і намагався,— коли це одного дня той самий чоловік, який не зумів би й витлумачити, що це таке,— покора й гордощі, повів його трохи не за руку туди, де старий ведмідь і мала дворняжка показали йому, що, маючи певну іншу рису, ти матимеш і ті дві риси: безбатченківська дворняжка, це безіменне собача, завважки менше за шість фунтів, хоч уже доросле, яке не могло бути небезпечним, бо ж ніде не було чогось меншого від нього, не люте, бо спроможне тільки на дзявкіт, не покірне, бо воно було й так занадто близько до землі, щоб іще схиляти коліна, і не гордовите, бо не кожен і розрізнив би, що воно відкидає тінь, і несвідоме навіть того, що воно не піде до неба, оскільки вже вирішено, що у нього немає безсмертної душі,— отож усього тільки хоробре, хоча й це, зрештою, можна було б назвати дзявкотом.</w:t>
      </w:r>
    </w:p>
    <w:p>
      <w:r>
        <w:br/>
        <w:t>— І ти не вистрелив,— промовив Маккаслін.— Ти дуже близько стояв?</w:t>
      </w:r>
    </w:p>
    <w:p>
      <w:r>
        <w:br/>
        <w:t>— Не знаю,— відповів хлопець.— У нього на задній лапі з того боку, що зсередини, був великий кліщ. Я добре бачив. Але я не мав тоді рушниці.</w:t>
      </w:r>
    </w:p>
    <w:p>
      <w:r>
        <w:br/>
        <w:t>— Проте ти не вистрелив і коли мав її,— сказав Маккаслін.— Чому?</w:t>
      </w:r>
    </w:p>
    <w:p>
      <w:r>
        <w:br/>
        <w:t>Відповіді Маккаслін, однак, не став чекати — він підвівся й пройшов через кімнату — по шкурі ведмедя, якого забив два роки тому, і потім по шкурі другого, більшого, ведмедя, якого забив ще перед тим, як хлопець народився,— до книжкової шафи під опудалом голови свого першого оленя. З книжкою в руці він повернувся, знову сів і розгорнув її.</w:t>
      </w:r>
    </w:p>
    <w:p>
      <w:r>
        <w:br/>
        <w:t>— Ось послухай,— сказав Маккаслін. Він прочитав уголос п'ять строф, згорнув книжку, заклавши сторінку пальцем, і підвів погляд.— Гаразд. Послухай.— Він ще раз прочитав, тільки вже одну строфу, закрив книжку й поклав на столі.— Ти не журись, бо їй цвісти без краю: любов твоя й краса її — довічні![3] — повторив він з пам'яті.</w:t>
      </w:r>
    </w:p>
    <w:p>
      <w:r>
        <w:br/>
        <w:t>— Це про дівчину,— зауважив хлопець.</w:t>
      </w:r>
    </w:p>
    <w:p>
      <w:r>
        <w:br/>
        <w:t>— Про щось же має бути,— мовив Маккаслін. І додав: — Це говориться про правду. Правда одна. І вона незмінна. Вона охоплює все, що збуджує серце,— честь, і гордощі, і співчуття, і справедливість, і мужність, і любов. Тепер розумієш?</w:t>
      </w:r>
    </w:p>
    <w:p>
      <w:r>
        <w:br/>
        <w:t>Але хлопець не знав. Йому здавалося, що це все-таки якось простіше, ніж у вірші, простіше, ніж ці книжні слова про зображеного на вазі юнака, якому нема чого тужити через дівчину, що до неї він ніколи ані не підійде ближче, ані не відійде від неї далі. А він сам спочатку лише чув про старого ведмедя, потім підріс настільки, щоб полювати на нього, і полював цілих чотири роки, поки нарешті побачив його, і мав тоді рушницю в руці й не вистрелив. Бо собача... Але ж він міг вистрелити, поки те песеня пробігало двадцять ярдів відстані туди, де чекав ведмідь, та й Сем Фазерс міг вистрелити, поки тривала та довжелезна хвилина, що Старий Бен стояв над ними на задніх лапах... Він просто не наважився. Маккаслін дивився на нього, все ще говорячи, і той голос, ті слова були тихі, як сам присмерк:</w:t>
      </w:r>
    </w:p>
    <w:p>
      <w:r>
        <w:br/>
        <w:t>— Мужність, і честь, і гордощі, і співчуття, і любов до справедливості й свободи. Усе це збуджує серце, а все, що проходить крізь серце, стає правдою, якщо тільки ми взагалі знаємо, що таке правда. Розумієш тепер?</w:t>
      </w:r>
    </w:p>
    <w:p>
      <w:r>
        <w:br/>
        <w:t>хлопець досі чув ті слова, такі самісінькі в цьому присмерку, як і тоді, сім років тому, і не голосніші, ніж тоді, бо їм і не треба було гучності, коли вони однак мали витривати,— йому досить було глянути Маккаслінові в очі, поза той блідий і гіркий усміх, поза ледь задерту верхню губу, тобто начебто таки усміх; цей його родич, майже батько, який народився занадто пізно, щоб жити в давніх часах, і занадто рано, щоб жити в нових, вони стояли один перед одним, чужі тепер один одному через ту їхню спустошену спадщину, ту похмуру спустошену батьківську землю, яка досі ще лежала ницьма, насилу відходячи після операції без наркозу.</w:t>
      </w:r>
    </w:p>
    <w:p>
      <w:r>
        <w:br/>
        <w:t>— Тоді нема на це ради. Отож ця земля, виходить, сама від себе й через себе проклята.</w:t>
      </w:r>
    </w:p>
    <w:p>
      <w:r>
        <w:br/>
        <w:t>і хлопець:</w:t>
      </w:r>
    </w:p>
    <w:p>
      <w:r>
        <w:br/>
        <w:t>— Проклята.</w:t>
      </w:r>
    </w:p>
    <w:p>
      <w:r>
        <w:br/>
        <w:t>і знову Маккаслін тільки підніс руку, навіть не озвавшись, і то навіть не у бік гросбухів — як проекційний апарат просвітлює на мить безліч деталей, так от цей легкий меткий жест охопив у присмерку тісної закладеної і замотлошеної комори не тільки гросбухи, а й усю плантацію в її заплутаній і складній цілості — землю, поля і те, що вони родили, у вигляді очищеної і проданої бавовни, чоловіків та жінок, яких ця земля годувала, одягала й навіть давала на різдво трохи готівки за працю при сівбі, обробітку, збиранні й очищенні бавовни, машини, мули й упряж, з допомогою яких люди обробляли цю землю, кошти, потрібні на утримання й заміну реманенту,— всю ту складну і плутану споруду, засновану на кривді й розбудовану в безоглядній пожадливості,— часами аж до прямої жорстокості не тільки щодо людей, а й щодо цінних тварин, споруду, яка все-таки виявилася самоокупною і прибутковою, і навіть більше, не тільки збереглася повністю, а й розширилася, зросла: Маккаслін, сам тоді мало не хлопчисько, зберіг її цілою в усій тій добі руїни й хаосу двадцять років тому, коли виживав заледве кожен десятий, і ще й розширив її, збільшив, і так і далі мало бути, щоб вона була самоокупна й прибуткова, і ціла, і постійно зростала, допоки триватиме рід Маккаслінів, хоч їхнє прізвище з часом, можливо, буде навіть і не Едмондси.</w:t>
      </w:r>
    </w:p>
    <w:p>
      <w:r>
        <w:br/>
        <w:t>і хлопець:</w:t>
      </w:r>
    </w:p>
    <w:p>
      <w:r>
        <w:br/>
        <w:t>— Таки нема ради. Тільки що так: не земля ця проклята, а ми. Не тільки наш рід, а й саме його ім'я, і не тільки колір його шкіри, а й дальші ознаки: Едмондси, білі, нащадки Маккасліна, але по жіночій лінії, через що прізвище у них від свого батька. Бічем — нащадок по старшій лінії, до того ж чоловічій, але він чорний, отож може мати прізвище, яке йому до вподоби, і нікого це не обходить, аби лиш не батькове, бо той же не дав йому ніякого прізвища...</w:t>
      </w:r>
    </w:p>
    <w:p>
      <w:r>
        <w:br/>
        <w:t>і Маккаслін:</w:t>
      </w:r>
    </w:p>
    <w:p>
      <w:r>
        <w:br/>
        <w:t>— Ти знаєш, що я тобі на це скажу, але все одно, коли хочеш знати, то ось тобі ще раз. Є й інший, і теж у третьому поколінні по чоловічій лінії, і найстаршій, прямий і єдиний спадкоємець, і білий, і навіть на прізвище Маккаслін, передане від батька до сина й від сина до онука...</w:t>
      </w:r>
    </w:p>
    <w:p>
      <w:r>
        <w:br/>
        <w:t>і хлопець:</w:t>
      </w:r>
    </w:p>
    <w:p>
      <w:r>
        <w:br/>
        <w:t>— Я вільний.</w:t>
      </w:r>
    </w:p>
    <w:p>
      <w:r>
        <w:br/>
        <w:t>цього разу Маккаслін навіть руки не підніс, щоб послатися на зникомі сторінки у тих гросбухах, щоб нагадати про всю багатогранність сущого,— він мав на увазі тендітну й непіддатну ниточку, міцну, як правда, й незглибиму, як зло, і довшу, ніж саме життя, ниточку, яка сягала геть поза писемні сліди й родові статки, єднаючи хлопця з пристрастями, й хтивостями, й надіями, і мріями, і прикрощами тих людей, що давно стали тліном, що їх імен, коли вони були ще живою плоттю, навіть дід старого Керазерба ніколи не чув.</w:t>
      </w:r>
    </w:p>
    <w:p>
      <w:r>
        <w:br/>
        <w:t>і хлопець:</w:t>
      </w:r>
    </w:p>
    <w:p>
      <w:r>
        <w:br/>
        <w:t>— І від них теж вільний.</w:t>
      </w:r>
    </w:p>
    <w:p>
      <w:r>
        <w:br/>
        <w:t>і Маккаслін:</w:t>
      </w:r>
    </w:p>
    <w:p>
      <w:r>
        <w:br/>
        <w:t>— Нехай і так (я згоден), що Бог тебе вибрав з-посеред усього твого покоління так само, як, на твою думку, Він вибрав Ферта й Кумпана з-посеред їхнього покоління. І щоб тебе вибрати, Йому треба було ведмедя, і старого чоловіка, й чотирьох років часу. А тобі, щоб дійти до цього, треба було чотирнадцять років життя, і стільки ж, коли не більше, Старому Бенові, і понад сімдесят років Семові Фазерсу. Але ж ти тільки один. То скільки ж це тягтиметься? Чи довго?</w:t>
      </w:r>
    </w:p>
    <w:p>
      <w:r>
        <w:br/>
        <w:t>і хлопець:</w:t>
      </w:r>
    </w:p>
    <w:p>
      <w:r>
        <w:br/>
        <w:t>— Таки довго. Я ніколи й не казав інакше. Але все буде гаразд, бо вони витривають...</w:t>
      </w:r>
    </w:p>
    <w:p>
      <w:r>
        <w:br/>
        <w:t>і Маккаслін:</w:t>
      </w:r>
    </w:p>
    <w:p>
      <w:r>
        <w:br/>
        <w:t>— А ти собі станеш вільний. Ні! Ні тепер, ні будь-коли ані ми не звільнимося від них, ані вони від нас. Отож я теж зрікаюся. Я б відмовився навіть тоді, коли б знав, що відступаюся від правди. Я б мусив. Навіть ти можеш зрозуміти, що я не міг би вчинити інакше. Яким я є, таким є, і довік таким буду, яким уродився і яким завжди був. І я не один такий. Є й інші подібні до мене, як були свого часу подібні до Ферта й Кумпана в тому, що ти назвав першим, невдалим Божим планом...</w:t>
      </w:r>
    </w:p>
    <w:p>
      <w:r>
        <w:br/>
        <w:t>і хлопець:</w:t>
      </w:r>
    </w:p>
    <w:p>
      <w:r>
        <w:br/>
        <w:t>— Я теж не один такий.</w:t>
      </w:r>
    </w:p>
    <w:p>
      <w:r>
        <w:br/>
        <w:t>і Маккаслін:</w:t>
      </w:r>
    </w:p>
    <w:p>
      <w:r>
        <w:br/>
        <w:t>— Так. Навіть ти не один. Бо от подумай. Ти сказав, що в ту ж мить, коли Ікемотубе збагнув, що може продати землю твоєму дідові, він втратив її навік-віків. Гаразд. Отже далі: потім вона перейшла до Сема Фазерса, сина старого Ікемотубе. А хто успадкував її від Сема Фазерса, як не ти? Хіба не ти,— можливо, спільно з Буном — став спадкоємцем якщо не його життя, то принаймні його відходу від життя?</w:t>
      </w:r>
    </w:p>
    <w:p>
      <w:r>
        <w:br/>
        <w:t>і хлопець:</w:t>
      </w:r>
    </w:p>
    <w:p>
      <w:r>
        <w:br/>
        <w:t>— Так. Сем Фазерс звільнив мене.</w:t>
      </w:r>
    </w:p>
    <w:p>
      <w:r>
        <w:br/>
        <w:t>І Айзек Маккаслін, ще не дядько Айк — задовго до того, як він стане дядьком половини округи, хоч так і залишиться нікому не батьком,— поселився в джефферсонському заїзді, куди на період судових сесій з'їжджалися присяжні і де зупинялися мандрівні перекупники коней та мулів,— найняв собі тісну, без каміну кімнатинку, приніс із собою новенький набір теслярського інструменту, дробовик з вигравіюваним на сріблі своїм ім'ям — подарунок Маккасліна, старий компас генерала Компсона (а коли генерал помер, то Айкові дістався ще його оправлений сріблом мисливський ріжок), залізну койку з матрасом та укривалами, які щоосені понад шістдесят років він братиме з собою в ліс, і блискучий олов'яний кавник бо він же мав і спадщину по материному братові Гюбертові Бічему, який доводився йому ще хрещеним батьком,— то був той самий опасистий горлань, по-дитинячи схильний до всяких витівок, що в нього дядько Кумпан 1859 року виграв у покер Тенні, дружину для Террела, сина Томі — "Бо мав одну масть проти явних трьох трійок" — і то було не якесь там виблякле речення чи рядок, у безсилому страху перед смертю набазграний слабкою й тремтячою рукою, як остання розпачлива спроба відшкодувати заподіяну в минулому кривду, а справжній Спадок, реальна Річ, вагома в руці, видима оком і навіть чутна для вуха: срібна чаша, наповнена золотими монетами, завинута у шматок джутової мішковини й припечатана перснем хрещеного на гарячому воскові, річ, яка (весь час зберігаючись у цілості) ще перед смертю дядька Гюберта й задовго до повноліття хлопця, коли він мав перебрати її у власність, стала не тільки місцевою легендою, а й своєрідною родинною реліквією. Коли хлопців батько й сестра дядька Гюберта одружилися, вони оселились в особняку, в тому величезному гроті, що його так і не скінчив старий Керазерс,— викурили звідти решту негрів і за посаг хлопцевої матері довершили будову, принаймні вставили вікна й двері, і стали там жити, всі, окрім дядька Кумпана, який відмовився покинути хатину, збудовану власноруч з братом-близнюком,— переселення це було примхою нареченої, може, навіть більш ніж примхою, хоч ніхто так ніколи й не довідався, чи вона справді хотіла оселитися в особняку і чи знала наперед, що дядько Кумпан відмовиться переселятись; отож через півмісяця після народження хлопця у 1867 році, коли одного вечора мати вперше зійшла з ним униз, на прибраному столі в їдальні стояла та срібна чаша у світлі яскравої лампи, і на очах у всіх їх — хлопцевої матері, батька, Маккасліна, Тенні (няньки, що тримала його на руках), не було тільки дядька Кумпана — дядько Гюберт одну по одній накидав у чашу блискучих золотих монет, тоді завинув її у шматок мішковини, розтопив віск, припечатав пакунок і забрав назад до свого дому, в якому він жив тепер самотою, вже без сестри, що тримала б його на припоні, як казав Маккаслін, чи то пробувала виховати, як казав дядько Кумпан, і з якого (то були похмурі часи в Міссісіпі) більшість негрів забралася геть, а тієї рештки, як казав дядько Кумпан, навіть він, Гюб Бічем, не потребував; собаки, однак, зосталися і, як казав дядько Кумпан, поки Нерон полював на лисиць, Бічем ханьки м'яв</w:t>
      </w:r>
    </w:p>
    <w:p>
      <w:r>
        <w:br/>
        <w:t>вони їздили до нього й бачили той пакунок — кінець кінцем хлопцева мати домагалася свого, вони сідали в бричку й вирушали, знову зібравшись усі разом, окрім дядька Кумпана й Маккасліна, якого залишали для компанії дядькові, аж до тієї зими, коли дядько Кумпан почав підупадати на здоров'ї,— хлопець уже пам'ятав ті часи, як він їхав з матір'ю, і нянькою Тенні, і Террелом, сином Томі, на передку, двадцять дві милі дороги до сусідньої округи, дві ушули на воротях — Маккаслін ще пам'ятав, як, сидячи на одному з тих стовпів, підліток-негр дув у мисливський ріжок перед сніданком, обідом і вечерею, сплигуючи щоразу, щоб відчинити ворота кожному випадковому переїжджому, який почув того ріжка,— тепер уже ніяких воріт не було, а самі лише стовпи при в'їзді в цю занехаяну буйно зарослу садибу, що її хлопцева матір уперто вимагала називати Уоріком,— мовляв, якби вийшло по правді й справедливості, то її брат був би законним графом Уоріком,— і де стояв непокритий фарбою будинок, який зокола не змінювався, але зсередини щоразу здавався просторішим, бо хлопець був ще замалий, щоб зауважити, що там дедалі меншало дорогих меблів з рожевого й червоного дерева, з горіха, які для хлопця взагалі ніколи не існували в дійсності, а тільки в материних плачливих ламентаціях та ще в принагідних достатньо невеликих зразках їх, котрі вдавалося якось прив'язати мотузком ззаду чи на верху брички, повертаючись додому;</w:t>
      </w:r>
    </w:p>
    <w:p>
      <w:r>
        <w:br/>
        <w:t>(І ще він пам'ятав ось це, бачив-бо на власні очі: ту мить, той зблиск і материне сопрано:</w:t>
      </w:r>
    </w:p>
    <w:p>
      <w:r>
        <w:br/>
        <w:t>— Та ще й у моїй сукні! У моїй сукні! —</w:t>
      </w:r>
    </w:p>
    <w:p>
      <w:r>
        <w:br/>
        <w:t>голосне й розлючене у порожньому незаметеному холі; і обличчя молоде й жіноче, і навіть світліше, ніж у Террела, сина Томі — воно блиснуло на мить перед тим, як зачинилися двері; і вихор, маєво шовкової сукні, дзеньк і сполох сережок — з'ява несподівана, вичепурена й недозволенна, а проте для дитини, майже немовляти, якась оглушлива, збудлива й ваблива; то було так, наче за посередництвом миттєвого зблиску цієї безіменної й недозволенної жіночої плоті мішаної раси дійшли до погідної, цілковитої й досконалої сполуки й згоди вони двоє — дитя, яким ще був хлопець, і його дядько, який, доживши майже до шістдесяти років, так і не вийшов зі стадії недоторканної й безсмертної юності,— як от, бува, зливаються два ясних і прозорих струмки; ця сукня, це обличчя, ці сережки зникли в тому приголомшливому зблиску, і чувся тільки дядьків голос:</w:t>
      </w:r>
    </w:p>
    <w:p>
      <w:r>
        <w:br/>
        <w:t>— Вона моя куховарка! Моя нова куховарка! Треба ж мені куховарки чи ні?</w:t>
      </w:r>
    </w:p>
    <w:p>
      <w:r>
        <w:br/>
        <w:t>потім показався сам дядько, обличчя занепокоєне і теж страх приголомшене, хоч усе-таки невинне і якесь нездоланно дитиняче, коли вони, хлопець з матір'ю й Тенні, у свою чергу відступали, поверталися до веранди перед будинком, і знову почувся дядьків голос, болісний і досі зачудований — у ньому бриніла в якомусь розпачливому воскресінні якщо не мужність, то бодай бажання самоутвердитись:</w:t>
      </w:r>
    </w:p>
    <w:p>
      <w:r>
        <w:br/>
        <w:t>— Вони тепер вільні! Вони такі самі люди, як і ми!</w:t>
      </w:r>
    </w:p>
    <w:p>
      <w:r>
        <w:br/>
        <w:t>і хлопцевої матері:</w:t>
      </w:r>
    </w:p>
    <w:p>
      <w:r>
        <w:br/>
        <w:t>— Так ось чому! Ось чому! Материнський дім! Так опоганити! Опоганити!</w:t>
      </w:r>
    </w:p>
    <w:p>
      <w:r>
        <w:br/>
        <w:t>і дядьків:</w:t>
      </w:r>
    </w:p>
    <w:p>
      <w:r>
        <w:br/>
        <w:t>— Та нехай йому чорт, Сіббі, дай їй хоч трохи часу зібратися з речами!</w:t>
      </w:r>
    </w:p>
    <w:p>
      <w:r>
        <w:br/>
        <w:t>і вже було по всьому, скінчено з цим галасом і з усім, хлопець був з Тенні — він запам'ятав загадковий вираз на обличчі Тенні, коли вони стояли біля розбитого вікна без віконниць у тій порожній кімнаті, що давніше правила за вітальню, і дивилися, як поспішає алеєю, раз у раз спотикаючись, піддане анафемі вмістище дядькового жонолюбства,— ті плечі, те безіменне обличчя, яке хлопець побачив тільки на мить, та колись кринолінова сукня, що роздималась і шлопотіла під чоловічим плащем, пошарпаний важкий саквояж, що хилитався і вдаряв її по коліну,— викрита і змушена піти на вигнання, це правда, така молода і вже самотня й покинута на цій безлюдній алеї, а проте все одно збудлива й ваблива, вбрана в цей свій шовковий прапор, узятий з бою в самій твердині респектабельності, і така незабутня)</w:t>
      </w:r>
    </w:p>
    <w:p>
      <w:r>
        <w:br/>
        <w:t>та чаша в сповитку припечатаної таємничої мішковини стояла на полиці у замкненому буфеті — дядько Гюберт відмикав дверцята, виймав чашу і передавав її з рук до рук хлопцевій матері й батькові, Маккаслінові й навіть Тенні, вимагаючи від кожного потримати її по черзі, зважити в долонях і струснути, щоб чути було, як бряжчать монети, а сам дядько Гюберт стояв розкарячено перед холодним засміченим каміном, в якому вже й цеглини кришилися, і падали вниз, примішуючись до сажі, пилюки, грудок колишнього розчину й натрусу від пташок, що гніздилися в димарі, все такий самий горлань, невинний і нездоланний; потім хлопцеві довгий час здавалося, ніби ніхто, крім нього, й не помічає, що тепер дядько тільки йому одному й дає потримати чашу,— відімкне буфет, дістане її, тицьне йому в руки й стоїть над ним, щоб він слухняно труснув чашею і почув брязкіт, і зараз же й забере, і замкне в буфеті, перш ніж хтось ще виявить бажання потримати її; проте навіть і пізніше, вже здатний не тільки запам'ятовувати, а й міркувати, він не міг би сказати, що за тим криється, якщо взагалі щось крилося, бо згорток був усе так само важкий і так само брязкотів — як не міг навіть і тоді, коли не стало дядька Кумпана і коли хлопців батько, після сімдесяти п'яти років життя уже й з ліжка не підводячись, навіть і вдень, сказав:</w:t>
      </w:r>
    </w:p>
    <w:p>
      <w:r>
        <w:br/>
        <w:t>— Поїдьте заберіть ту кляту чашу. Та й клятого Гюба Бічема прихопіть, якщо доведеться.</w:t>
      </w:r>
    </w:p>
    <w:p>
      <w:r>
        <w:br/>
        <w:t>бо воно й досі брязкотіло, дарма що дядько вже й хлопцеві не давав його в руки, а проносив сам перед хлопцевою матір'ю, Маккасліном, Тенні, стріпував перед кожним по черзі, приказуючи: "Чуєш? А чуєш?", усе з тим своїм невинним обличчям, не зовсім спантеличеним, а тільки здивованим, та й то не дуже, усе так само нездоланним;</w:t>
      </w:r>
    </w:p>
    <w:p>
      <w:r>
        <w:br/>
        <w:t>аж ось одного дня, коли їх обох уже не стало, і дядька Кумпана, і батька, невідь чому той майже зовсім порожній дім, в якому жили, готували собі їсти й спали у тій самій кімнаті хлопців дядько Гюберт і старезний сварливий прадід Тенні (який твердив, ніби бачив Лафайєта[4], на що Маккаслін зауважував, що літ через десять він скаже, ніби бачив самого господа бога), тихо й мирно зайнявся вогнем, і в дивній одностайності стін, підлоги й даху все пішло з димом — ще на світанку дім стояв там, де його й збудував дядьків батько шість десятиріч тому, а надвечір уже стирчали тільки чотири почорнілих бездомних димарі серед легкого білого попелу та кількох обвуглених дощок, не дуже навіть і теплих; і з останнім проблиском вечора, проїхавши вдвох останню з двадцяти двох миль дороги верхи на старій сивій кобилі, останній зі стайні, яку пам'ятав Маккаслін, цих двоє дідів спішилися біля порогу дядькової сестри — один з ріжком для полювання на лисиць, що на ремінці з оленячої шкіри висів у нього на шиї, а другий з тим самим джутовим пакунком, загорнутим тепер ще й у сорочку,— рудуватий, припечатаний воском безформний сповиток знайшов нове пристанище на майже такій самій, як і раніш, полиці, тільки що дядько тепер лиш трохи прочиняв дверцята буфету, ще й ногою їх придержуючи, одну руку він так і не відводив від замка, а в другій тримав напоготові ключа, обличчя у нього було затяте й стримане, не спантеличене, а таки стримане і навіть нездоланне, не дуже й зачудоване, тоді як він, хлопець, стояв біля напіводчинених дверцят, спокійно дивлячись на той джутовий згорток, тепер утричі вищий, ніж напочатку, й на добру половину вужчий, після чого переводив погляд убік,— він запам'ятає цим разом не материн погляд, і не загадковий і досі вираз Тенні, а засмагле, орлине обличчя Маккасліна, поважне, нетерпляче й задумане; потім однієї ночі його розбудили й перенесли напівсонного в ту кімнату, де горіла лампа і де стояв запах ліків, тепер добре знайомий йому, і запах чогось іншого, чого він ще не знав, але вгадав одразу й відтоді не забуде довіку, де на подушці лежало те виснажене й спустошене обличчя, з якого дивився на нього все той самий хлопчисько, невинний і безсмертний, затятий і зачудований, силкуючись щось йому сказати, аж поки підійшов Маккаслін, нахилився над ліжком і витяг з-під нічної сорочки великого залізного ключа на зашмарованій шворочці, і очі тепер сказали:</w:t>
      </w:r>
    </w:p>
    <w:p>
      <w:r>
        <w:br/>
        <w:t>— Так, так, так.</w:t>
      </w:r>
    </w:p>
    <w:p>
      <w:r>
        <w:br/>
        <w:t>і Маккаслін перерізав шворочку, відімкнув буфет і підніс до ліжка той самий згорток, а очі все ще силкувалися сказати щось хлопцеві, навіть коли він брав згорток, отож ішлося тут про інше, очі все ще чіплялися за згорток, навіть уже й віддавши його, очі зараз були ще більш, ніж коли, затяті, силкуючись щось сказати, хоч вони не сказали таки нічого; а потім хлопцеві було вже десять років, і його мати теж померла, і тоді сказав Маккаслін:</w:t>
      </w:r>
    </w:p>
    <w:p>
      <w:r>
        <w:br/>
        <w:t>— Ти вже майже дорослий. Можеш і розгорнути його.</w:t>
      </w:r>
    </w:p>
    <w:p>
      <w:r>
        <w:br/>
        <w:t>але хлопець відповів:</w:t>
      </w:r>
    </w:p>
    <w:p>
      <w:r>
        <w:br/>
        <w:t>— Ні. Він сказав, коли я матиму двадцять один рік.</w:t>
      </w:r>
    </w:p>
    <w:p>
      <w:r>
        <w:br/>
        <w:t>[1] Маккаслін тут згадує деякі епізоди Громадянської війни у США. Т. Ешбі, кавалерійський офіцер південців, справді загинув, ведучи в атаку піхотну частину, але на той час він уже був призначений її командиром. Р.Е. Лі — головнокомандувач південської армії. Битва під селом Шарпсберг (штат Меріленд) сталася 17.9.1862. Південського генерала Т. Дж. Джексона, на прізвисько Стоунвол, випадково забили свої ж у битві при Чанселлорсвіллі в ніч на 2.5.1863. Дж. Гукер і Дж. Г. Мід — північанські генерали. Дж. Е. В. Стюарт — генерал-південець. В. С. Банкок — офіцер північан. Дж. Лонгстріт, південський генерал, у боях у травні 1864 р. був випадково тяжко поранений своїми. Битва під Геттісбергом мала місце 1 — 3.7.1863 р.</w:t>
      </w:r>
    </w:p>
    <w:p>
      <w:r>
        <w:br/>
        <w:t>[2] Один із районів Бостона.</w:t>
      </w:r>
    </w:p>
    <w:p>
      <w:r>
        <w:br/>
        <w:t>[3] 3 поезії Дж. Кітса (1795–1821) "До грецької вази".</w:t>
      </w:r>
    </w:p>
    <w:p>
      <w:r>
        <w:br/>
        <w:t>[4] Маркіз де Лафайєт (1757–1834) — французький політичний діяч, один з генералів американської армії у війні за незалежність 1775–1783 рр.</w:t>
      </w:r>
    </w:p>
    <w:p>
      <w:r>
        <w:br/>
        <w:t>і потім йому сповнився двадцять один рік, і Маккаслін переставив яскраво запалену лампу на середину порожнього стола в їдальні, поклав поруч згорток, біля нього розкритого ножа, і ступив трохи назад з усе тим самим своїм виразом поважним, осудливим і відстороненим, а хлопець узяв у руки згорток, той джутовий пакунок, що п'ятнадцять років тому в одну ніч цілковито переінакшився виглядом, і при струсі тепер видавав якийсь на диво приглушений, благенький, не важкий і зовсім не музикальний відзвук, провів лискучим лезом ножа поміж вигадливого перев'язу шворок, і на поліровану стільницю посипалися гудзуваті нарости воску, припечатані перснем дядька Бічема, а з-під складок мішковини показався новісінький, невживаний ще олов'яний кавник зі жменькою мідяків, і аж тепер він зрозумів, від чого був той приглушений звук: від цілої колекції дрібненько складених клаптиків паперу, що їх би щурові й на гніздо вистачило,— доброго ганчір'яного паперу, простого лінованого, яким негри користуються, недбало вирваних аркушів з конторських книг, окрайців газет і навіть однієї етикетки від комбінезону,— папірців з датами й підписами, а перший з них заповнений менш як за півроку після того, як дядько Бічем у всіх на очах завинув і припечатав срібну чашу на цьому самому столі в цій самій кімнаті й навіть при світлі цієї самої лампи мало не двадцять один рік тому:</w:t>
      </w:r>
    </w:p>
    <w:p>
      <w:r>
        <w:br/>
        <w:t>Я винен моєму небожеві Айзекові Бічему Маккасліну п'ять (5) золотих монет з виплатою зиску в 5 відсотків, що й засвідчую власноручно.</w:t>
      </w:r>
    </w:p>
    <w:p>
      <w:r>
        <w:br/>
        <w:t>Гюберт Фіц-Гюберт Бічем</w:t>
      </w:r>
    </w:p>
    <w:p>
      <w:r>
        <w:br/>
        <w:t>в Уоріку 27 лист. 1867</w:t>
      </w:r>
    </w:p>
    <w:p>
      <w:r>
        <w:br/>
        <w:t>на що хлопець:</w:t>
      </w:r>
    </w:p>
    <w:p>
      <w:r>
        <w:br/>
        <w:t>— А таки він назвав це Уоріком,—</w:t>
      </w:r>
    </w:p>
    <w:p>
      <w:r>
        <w:br/>
        <w:t>бодай один раз, якщо не більше. Але це було не все:</w:t>
      </w:r>
    </w:p>
    <w:p>
      <w:r>
        <w:br/>
        <w:t>Айзекові 24 гр. 1867 винен 2 золоті монети Г. Ф. Б.</w:t>
      </w:r>
    </w:p>
    <w:p>
      <w:r>
        <w:br/>
        <w:t>Айзекові винен 1 золоту монету 1 січ. 1868 Г. Ф. Б.</w:t>
      </w:r>
    </w:p>
    <w:p>
      <w:r>
        <w:br/>
        <w:t>далі ще п'ять, далі три, далі одна, далі ще одна, потім довший час нічого і — тільки уявити собі, яка незмірно щедра компенсація, і не за яку-будь шкоду чи ошуканство, а за звичайнісіньку позичку, та й не просто компенсація, а залучення до спілки:</w:t>
      </w:r>
    </w:p>
    <w:p>
      <w:r>
        <w:br/>
        <w:t>Винен Бічемові Маккасліну або його спадкоємцям двадцять п'ять (25) золотих монет. Це боргове зобов'язання вкупі з усіма попередніми підлягає виплаті з розрахунку двадцять (20) відсотків річних. Дня 19-го січня 1873</w:t>
      </w:r>
    </w:p>
    <w:p>
      <w:r>
        <w:br/>
        <w:t>Бічем</w:t>
      </w:r>
    </w:p>
    <w:p>
      <w:r>
        <w:br/>
        <w:t>без вказівки місця, а тільки дата й підпис, самим прізвищем без імені, як міг би підписатися й котрийсь можновладний граф; у сумі це становило сорок три монети, тоді як, згідно з легендою, чого хлопець зі своєї пам'яті, звісно, не міг знати, їх мало бути п'ятдесят, що й урівноважували подальші боргові зобов'язання — на одну, тоді ще на одну, і ще на одну, і ще, тоді на останні три монети; і нарешті була остання розписка, вже з того часу, коли він перебрався жити до них у дім, написана тремкою рукою, але не розбитої старої людини, бо він ніколи не був настільки розбитий, щоб це до нього дійшло, а лише втомленої старої людини, та й то, можливо, тільки на вигляд, отже, усе так само нездоланної,— простота цієї останньої розписки була простотою не резигнації, а тільки подиву, як от буває простим якесь зауваження, чи репліка, до того ж і малослівне:</w:t>
      </w:r>
    </w:p>
    <w:p>
      <w:r>
        <w:br/>
        <w:t>Одна срібна чаша. Гюберт Бічем</w:t>
      </w:r>
    </w:p>
    <w:p>
      <w:r>
        <w:br/>
        <w:t>і тоді Маккаслін:</w:t>
      </w:r>
    </w:p>
    <w:p>
      <w:r>
        <w:br/>
        <w:t>— Ну що ж, бодай на мідяки ти розжився. Тільки вони не такі ще давні, щоб становити раритет або родинну пам'ятку. Тож тобі таки доведеться узяти ті гроші.</w:t>
      </w:r>
    </w:p>
    <w:p>
      <w:r>
        <w:br/>
        <w:t>однак хлопець і не чув його, мовчки стоячи біля столу й спокійно дивлячись на кавник, і вже другого вечора той кавник опинився на поличці над тим, що зовсім і не було каміном у тісній крижаній кімнатинці в Джефферсоні, коли Маккаслін кинув жмут складених банкнот на ліжко, ще не сівши (там і не було де сісти, хіба на ліжку) і навіть не скинувши капелюха й плаща; отож хлопець:</w:t>
      </w:r>
    </w:p>
    <w:p>
      <w:r>
        <w:br/>
        <w:t>— Як позичку. Від тебе. Оці гроші</w:t>
      </w:r>
    </w:p>
    <w:p>
      <w:r>
        <w:br/>
        <w:t>на що Маккаслін:</w:t>
      </w:r>
    </w:p>
    <w:p>
      <w:r>
        <w:br/>
        <w:t>— Ніяку не позичку. Я не маю грошей, щоб тобі позичати. І наступного місяця тобі доведеться їхати по них самому в банк, бо я їх не привозитиму</w:t>
      </w:r>
    </w:p>
    <w:p>
      <w:r>
        <w:br/>
        <w:t>а хлопець і тепер не чув Маккасліна, спокійно дивлячись на нього, свого родича, майже батька, хоч і не кревного, адже кінець кінцем, навіть батьки й сини не кревні; і тоді хлопець:</w:t>
      </w:r>
    </w:p>
    <w:p>
      <w:r>
        <w:br/>
        <w:t>— Сімнадцять миль, верхи й у таку холоднечу. Ми могли б обидва тут переночувати.</w:t>
      </w:r>
    </w:p>
    <w:p>
      <w:r>
        <w:br/>
        <w:t>на що Маккаслін:</w:t>
      </w:r>
    </w:p>
    <w:p>
      <w:r>
        <w:br/>
        <w:t>— Чого б це я ночував тут у моєму домі, коли ти не хочеш ночувати там у своєму?</w:t>
      </w:r>
    </w:p>
    <w:p>
      <w:r>
        <w:br/>
        <w:t>і пішов, а хлопець дивився на лискучий, новенький і невживаний ще олов'яний кавник і думав, уже не вперше, скільки це чинників треба, щоб сформувалась людина (Айзек Маккаслін, наприклад), і які це вигадливі й кручені, а проте нехибні стежки вибирає серед безлічі інших стежок людська душа (Айзека Маккасліна, наприклад), щоб нарешті людина стала такою, якою їй суджено бути,— на подив не тільки тим (тим, що сплодили старого Маккасліна, який сплодив хлопцевого батька й дядька Кумпана і їхню сестру, і тим, що сплодили Бічема, який сплодив дядька Гюберта з сестрою), хто вірив, що саме вони сформували його, а й на подив самого Айзека Маккасліна</w:t>
      </w:r>
    </w:p>
    <w:p>
      <w:r>
        <w:br/>
        <w:t>отож він узяв ті гроші як позичку й витратив їх, хоч міг би цього й не робити, оскільки майор Де Спейн запропонував йому окрему кімнату у себе в домі, щоб він жив там, скільки схоче, і не став нічого розпитувати, і ніколи б не розпитував, а старий генерал Компсон ще й на більше погодився — взяти його до себе в кімнату й спати разом з ним на одному ліжку, на більше, ніж майор погодився, бо без усяких манівців заявив:</w:t>
      </w:r>
    </w:p>
    <w:p>
      <w:r>
        <w:br/>
        <w:t>— Коли ти спатимеш у мене, то й зима ще не мине, як я дізнаюся, в чому річ. Ти сам скажеш. Бо я не вірю, що ти просто так зрікся. Воно на те виглядає, але я досить надивився на тебе в лісі і не вірю, що ти без причини зрікся, як би в чорта воно там не виглядало</w:t>
      </w:r>
    </w:p>
    <w:p>
      <w:r>
        <w:br/>
        <w:t>узяв ті гроші як позичку, сплатив за місяць за столування й кімнату і придбав собі теслярський інструмент — не просто тому, що був вправний у руках, тому, що таки думав працювати власними руками — хоча б і при конях,— і не тільки через статичне й обнадійливе змагання з назареянином, як от молодий картяр купує собі сорочку в цяточки, бо саме в такій вигравав учора старий картяр, а (без пихи, притаманній удаваному смиренню, і без удаваної покори, притаманної гордощам, бо таки думав сам, нехай і без особливої охоти, заробляти собі на хліб, а то й більше, ніж тільки на хліб) тому, що коли назареянинові теслярство добре прислужилося для того життя й тих цілей, які він вибрав і яким замірявся служити, то воно не зле придасться й Айзекові Маккасліну, навіть якщо його цілі, нехай і досить прості у своїх зовнішніх спонуках, були й назавжди залишаться для нього самого незбагненними, а свого життя, потреби якого все-таки неминучі, він, якби це тільки від нього залежало, не бувши назареянином, не вибрав би собі; отож він вернув ту позичку. Він і забув про тридцять доларів, які Маккаслін мав щомісяця класти на його ім'я в банк, тільки один-єдиний раз привізши й кинувши йому на ліжко ті гроші; тепер у нього був компаньйон, чи то пак він сам став компаньйоном,— один старий пройда, непросипущий пияк і блюзнір, що в 1862-му й 63-му роках будував у Чарлстоні судна, призначені для прориву блокади[1], і відтоді зробився корабельним теслею, а у Джефферсоні об'явився — не знати звідки й пощо — два роки тому і майже весь свій час, вільний від білої гарячки, проводив у в'язниці; вони вдвох покрили новим дахом стайню у директора місцевого банку, і (старий, відзначивши скінчення цієї роботи, знову сів у в'язницю), коли він пішов до банку отримати платню за неї, директор банку сказав:</w:t>
      </w:r>
    </w:p>
    <w:p>
      <w:r>
        <w:br/>
        <w:t>— Це я б мав позичати у вас, а не платити вам,— бо вже збігло ж сім місяців, а він тільки зараз згадав про ті гроші на своєму рахунку, що їх досі набралося цілих двісті десять доларів, а оскільки це була перша більш-менш солідна робота, то, виходячи з банку, він мав на рахунку вже двісті двадцять доларів, не вистачало тільки двадцяти доларів, щоб зрівноважити суму в двісті сорок доларів, а потім сума вже зрівноважилася, хоч на той час загальна цифра досягла триста тридцяти доларів, і тоді він заявив:</w:t>
      </w:r>
    </w:p>
    <w:p>
      <w:r>
        <w:br/>
        <w:t>— Тепер я перекажу ці гроші на що директор банку відповів:</w:t>
      </w:r>
    </w:p>
    <w:p>
      <w:r>
        <w:br/>
        <w:t>— Я не можу цього зробити. Маккаслін заборонив. Чи нема у вас якогось іншого ініціалу, щоб відкрити на нього новий рахунок?</w:t>
      </w:r>
    </w:p>
    <w:p>
      <w:r>
        <w:br/>
        <w:t>але це нічим не завадило, зібрані мідяки, срібні монети й банкноти, зав'язані у хустинку, знайшли собі прихисток у Кавнику (загорнутому в стару сорочку, як і тоді, коли вісімнадцять років тому прадід Тенні привіз її з Уоріку), на дні тієї самої обкутої металом валізи, з якою старий Керазерс приїхав ще з Кароліни, аж господиня заїзду здивувалася:</w:t>
      </w:r>
    </w:p>
    <w:p>
      <w:r>
        <w:br/>
        <w:t>— Навіть без замка! І ви навіть дверей не замикаєте, коли виходите з дому!</w:t>
      </w:r>
    </w:p>
    <w:p>
      <w:r>
        <w:br/>
        <w:t>а він тільки подивився на неї так умиротворено, як того першого вечора у цій самій кімнаті дивився на Маккасліна,— на неї, зовсім не родичку йому, а проте більш ніж родичку, як от стають рідними й ті, що служать вам нехай і за гроші, як от стають дорожчими від брата чи жінки й ті, що завдають болю</w:t>
      </w:r>
    </w:p>
    <w:p>
      <w:r>
        <w:br/>
        <w:t>бо в нього була уже й жінка: він витяг старого з в'язниці, привів до себе в найняту кімнату, на превелику силу протверезив, сам цілих двадцять чотири години навіть не роззуваючись, поставив його на ноги, нагодував, і вдвох вони таки зліпили ту повітку, цим разом усю від низу до верху, а потім одружився з нею — єдина дитина, дівча ще, вона виявилась напродиво дорослішою, ніж здавалося спочатку, здоровенька нівроку, з темними очима й жагучим лицем таких обрисів, як серце,— у неї навіть на батьковій фермі знайшовся час, щоб мало не весь день придивлятися, як він пиляє колоди за вимірами старого;</w:t>
      </w:r>
    </w:p>
    <w:p>
      <w:r>
        <w:br/>
        <w:t>отож вона:</w:t>
      </w:r>
    </w:p>
    <w:p>
      <w:r>
        <w:br/>
        <w:t>— Тато розповідав мені про вас. То та ферма справді ваша, так?</w:t>
      </w:r>
    </w:p>
    <w:p>
      <w:r>
        <w:br/>
        <w:t>і він:</w:t>
      </w:r>
    </w:p>
    <w:p>
      <w:r>
        <w:br/>
        <w:t>— І Маккаслінова.</w:t>
      </w:r>
    </w:p>
    <w:p>
      <w:r>
        <w:br/>
        <w:t>і вона:</w:t>
      </w:r>
    </w:p>
    <w:p>
      <w:r>
        <w:br/>
        <w:t>— Це в заповіті сказано, що половина переходить до нього?</w:t>
      </w:r>
    </w:p>
    <w:p>
      <w:r>
        <w:br/>
        <w:t>і він:</w:t>
      </w:r>
    </w:p>
    <w:p>
      <w:r>
        <w:br/>
        <w:t>— Не треба було ніякою заповіту. Його бабця — сестра мого батька. Ми з ним як брати.</w:t>
      </w:r>
    </w:p>
    <w:p>
      <w:r>
        <w:br/>
        <w:t>і вона:</w:t>
      </w:r>
    </w:p>
    <w:p>
      <w:r>
        <w:br/>
        <w:t>— Ви просто далекі родичі і ближчими вам і не бути. Та це, мабуть, байдуже.</w:t>
      </w:r>
    </w:p>
    <w:p>
      <w:r>
        <w:br/>
        <w:t>отож вони одружилися — одружилися і вступили в нову країну, яку й він успадкував, як успадковують її всі люди, ту, з глибин земних посталу, неземну і все-таки земну країну, бо довга історія землі — це ж була і його історія, його теж, бо, щоб стати спадкоємцем цієї минувшини, кожен повинен ділитися нею з іншим, завдяки чому вони стають чимось єдиним, єдиним на часину, бодай на коротку часину, і неподільним — нехай і на часину, але вже невід'ємну й невідворотну, як от вони вдвох жили, нехай і в найманій кімнаті на якийсь там час, і та кімната не мала для нього ні стін, ні стелі, ні підлоги, а була раєм земним, коли він виходив із неї уранці й повертався увечері; її батько вже придбав ділянку в місті, дістав матеріал, і він зі своїм компаньйоном мали той дім збудувати — посаг їй від одного, весільний дарунок від трьох, вона не повинна була про це знати, поки хата не буде скінчена й готова для заселення,— він так і не довідався, від кого вона почула, бо не від батька і не від компаньйона, той навіть сп'яну цього б не виказав, хоч він спершу й підозрював його, а сам він заледве мав часу вмитися й відпочити хвильку перед вечерею, коли повертався з роботи й входив сюди зовсім не як у найману кімнату, адже вона буде для них раєм земним навіть і тоді, як вони зістаріються і вже давно той рай утратять; і ось у таку хвилину він побачив вираз її обличчя, ще до того, як вона заговорила:</w:t>
      </w:r>
    </w:p>
    <w:p>
      <w:r>
        <w:br/>
        <w:t>— Сідай,— і вдвох вони сіли край ліжка, ще навіть не торкаючись одне одного, обличчя у неї напружене й страшне, голос жагучий, і в шепоті незмірна обіцянка: — Я кохаю тебе. Ти знаєш, що я кохаю тебе. Коли ми переберемося?</w:t>
      </w:r>
    </w:p>
    <w:p>
      <w:r>
        <w:br/>
        <w:t>і він:</w:t>
      </w:r>
    </w:p>
    <w:p>
      <w:r>
        <w:br/>
        <w:t>— Я не... Не знаю... Хто тобі сказав?</w:t>
      </w:r>
    </w:p>
    <w:p>
      <w:r>
        <w:br/>
        <w:t>гаряча напружена долоня закрила йому рота, притисла уста до зубів, пальці напружено вп'ялися у щоку — долоня тільки трохи послабила стиск, щоб він зміг відповісти на її слова:</w:t>
      </w:r>
    </w:p>
    <w:p>
      <w:r>
        <w:br/>
        <w:t>— На ферму. Нашу ферму. Твою ферму.</w:t>
      </w:r>
    </w:p>
    <w:p>
      <w:r>
        <w:br/>
        <w:t>на що він:</w:t>
      </w:r>
    </w:p>
    <w:p>
      <w:r>
        <w:br/>
        <w:t>— Я...— і знов та рука, пальці й долоня, в якій була уся вагота її тіла, хоч вона й досі торкалась його тільки рукою, і голос: — Ні! Ні!</w:t>
      </w:r>
    </w:p>
    <w:p>
      <w:r>
        <w:br/>
        <w:t>пальці її наче хотіли пробитися крізь щоку до самих витоків слів, завмерлих у нього на устах, а тоді почувся шепіт, той самий подих, що бринів любов'ю і неймовірною обіцянкою, долоня знов послабила стиск, щоб почути відповідь на запитання:</w:t>
      </w:r>
    </w:p>
    <w:p>
      <w:r>
        <w:br/>
        <w:t>— Коли? на що він:</w:t>
      </w:r>
    </w:p>
    <w:p>
      <w:r>
        <w:br/>
        <w:t>— Я...</w:t>
      </w:r>
    </w:p>
    <w:p>
      <w:r>
        <w:br/>
        <w:t>і потім її не стало, і руки теж — вона стояла спиною до нього, голова схилена, голос тепер звучав так спокійно, що на мить йому здалося, наче це зовсім і не її такий знайомий йому голос:</w:t>
      </w:r>
    </w:p>
    <w:p>
      <w:r>
        <w:br/>
        <w:t>— Встань, одвернися і заплющ очі.</w:t>
      </w:r>
    </w:p>
    <w:p>
      <w:r>
        <w:br/>
        <w:t>вона ще й повторила ці слова, поки до нього дійшло, і він встав із заплющеними очима, аж це знизу долинув дзвінок на вечерю, і тоді знову її спокійний голос:</w:t>
      </w:r>
    </w:p>
    <w:p>
      <w:r>
        <w:br/>
        <w:t>— Замкни двері.</w:t>
      </w:r>
    </w:p>
    <w:p>
      <w:r>
        <w:br/>
        <w:t>він так і зробив і прихилився чолом до холодного одвірку — очі заплющені, у вухах биття власного серця і той шелест, що він почув перед тим, як ступив до дверей, потім шелест скінчився, і знизу знов долинув дзвінок, це вже спеціально для них двох, тоді зарипіло ліжко, він обернувся і — він ніколи досі не бачив її голою, він раз просив її і пояснив чому: він хотів бачити її тіло, бо любив її і хотів, щоб вона дивилась на його тіло, бо він же любив її, але більше він цього не згадував, навіть одвертався вбік, коли вона перед сном стягувала сукню з-під накинутої вже нічної сорочки, а вранці скидала сорочку, маючи вже поверх неї сукню — вона не дозволяла йому лягати поруч з нею в ліжку, поки світила лампа, і навіть у літню духоту вкривала їх обох простирадлом, перше ніж міг він обернутись до неї; а це вже господиня заїзду піднялася нагору і постукала в двері, потім ще й покликала їх, але вона не ворухнулася, лежачи непорушно на ліжку, на укривалах, лице одвернувши на подушці, ні до чого не прислухаючись, ні про що, в усякому разі, про нього, не думаючи, як йому здавалося, а потім, коли господиня пішла собі, вона промовила:</w:t>
      </w:r>
    </w:p>
    <w:p>
      <w:r>
        <w:br/>
        <w:t>— Роздягнися.</w:t>
      </w:r>
    </w:p>
    <w:p>
      <w:r>
        <w:br/>
        <w:t>вона й не повернула голови до нього, ні на що не дивлячись, ні про що не думаючи, нічого й нікого, навіть його, не чекаючи, тільки рука її рухнулася наче обдарована власною волею і зором, і схопила його зап'ясток саме ту мить, коли він зупинився коло ліжка, отож він зовсім і не зупинився, а тільки змінив напрямок руху, тепер націленого вниз, куди тягла його та рука, аж нарешті вона рухнулася, змінила позу — одним єдиним довершеним рухом, вродженим, а не набутим, і вдвічі давнішим, ніж сама людина, тепер уже дивлячись на нього, однією рукою тягнучи його все нижче й нижче, а він і не побачив і не відчув тієї зміни в її позі, долоня її тепер плазом упиралася йому в груди, тримаючи його на відстані без усякого видимого зусилля, без найменшої потреби вдатися до сили, тепер уже вона знов не дивилася на нього, бо й не потребувала цього, чесна жінка, дружина, що надивилась усіх на світі чоловіків, охоплених палом жадання,— тепер усе її тіло змінилося, стало інакшим, він тільки оце щойно його побачив, і вже воно було зовсім не те, воно стало правічною всежіночою плоттю, що своєю власною волею простерлася горілиць і розкрилася перед ним, і десь із тих глибин без усякого бодай поруху її уст долинув ледь живий і невідступний шепіт:</w:t>
      </w:r>
    </w:p>
    <w:p>
      <w:r>
        <w:br/>
        <w:t>— Обіцяй.</w:t>
      </w:r>
    </w:p>
    <w:p>
      <w:r>
        <w:br/>
        <w:t>на що він:</w:t>
      </w:r>
    </w:p>
    <w:p>
      <w:r>
        <w:br/>
        <w:t>— Що обіцяти?</w:t>
      </w:r>
    </w:p>
    <w:p>
      <w:r>
        <w:br/>
        <w:t>— Ту ферму.</w:t>
      </w:r>
    </w:p>
    <w:p>
      <w:r>
        <w:br/>
        <w:t>Він рухнувся вбік. Та коли він це зробив, долоня, що впиралась йому в груди, знов схопила його зап'ясток, долоня була все ще млява, і тільки пальці трохи дужче стисли зап'ясток, так, наче рука й долоня були якоюсь дротиною з зашморгом на кінці, що затягувався, коли він смикався вбік.</w:t>
      </w:r>
    </w:p>
    <w:p>
      <w:r>
        <w:br/>
        <w:t>— Ні,— сказав він.— Ні.</w:t>
      </w:r>
    </w:p>
    <w:p>
      <w:r>
        <w:br/>
        <w:t>вона все ще не дивилась на нього, але не так, як перед тим, бо ж ця її рука</w:t>
      </w:r>
    </w:p>
    <w:p>
      <w:r>
        <w:br/>
        <w:t>— Ні, кажу тобі. Я не хочу. І не можу. Ніколи.</w:t>
      </w:r>
    </w:p>
    <w:p>
      <w:r>
        <w:br/>
        <w:t>але все-таки ця її рука, тож він сказав ще раз, востаннє, він намагався говорити ясно, розуміючи, що голос його звучить ще лагідно, а сам думав: "Вона знає вже куди більше за мене, хоч я стільки наслухався чоловічих розмов у таборах, знає більше, ніж можна вичитати чи почути. Вони вже на світ приходять перенасичені тим, до чого хлопець підступає лише в чотирнадцять чи п'ятнадцять років, і то напомацки, з острахом і трепетом":</w:t>
      </w:r>
    </w:p>
    <w:p>
      <w:r>
        <w:br/>
        <w:t>— Я не можу. Ніколи. Запам'ятай це.</w:t>
      </w:r>
    </w:p>
    <w:p>
      <w:r>
        <w:br/>
        <w:t>але рука була все так само тверда й невідступна, тож він сказав:</w:t>
      </w:r>
    </w:p>
    <w:p>
      <w:r>
        <w:br/>
        <w:t>— Добре.</w:t>
      </w:r>
    </w:p>
    <w:p>
      <w:r>
        <w:br/>
        <w:t>хоч сам подумав: "Вона пропаща. Зроду пропаща. Ми всі пропащі", а потім перестав думати й навіть говорити "добре", бо то було щось таке, чого йому навіть у мріях не уявлялося, а не те, щоб почути в чоловічих розмовах, аж поки після якогось безчасся він повернувся до тями, лежачи вичерпаний на тому ненаситному правічному березі, і знову вона, з рухом удвічі давнішим, ніж сама людина, відвернулась і вивільнилася, і як у їхню весільну ніч вона плакала, то він подумав спершу, що й тепер вона плаче у відкинуту зім'яту подушку, коли це десь із сум'яття подушки й сміху почувся її голос:</w:t>
      </w:r>
    </w:p>
    <w:p>
      <w:r>
        <w:br/>
        <w:t>— І це вже все. Від мене вже все. Якщо це не дасть тобі сина, про якого ти говориш, зі мною ти його не матимеш.</w:t>
      </w:r>
    </w:p>
    <w:p>
      <w:r>
        <w:br/>
        <w:t>і, лежачи на боці, спиною до порожньої найнятої кімнати, вона все сміялася й сміялася</w:t>
      </w:r>
    </w:p>
    <w:p>
      <w:r>
        <w:br/>
        <w:t>V</w:t>
      </w:r>
    </w:p>
    <w:p>
      <w:r>
        <w:br/>
        <w:t>Він ще раз побував у таборі, перед тим, як з'явилася лісокомпанія і почала вирубувати ліс. Сам майор Де Спейн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не згадав; настав листопад, і ніхто й не натякнув про Де Спейнів мисливський табір. Хлопець так і не довідався, чи знав майор Де Спейн про їхнє готування до ловів, хоч старий Еш, безперечно, мусив би йому сказати; того разу вони — хлопець, Маккаслін,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(не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Майданом, а в завішеному шторою алькові стояло кедрове відерце з водою, цукерниця, ложка, склянка і обплетена сулія з віскі. Коли старий Еш, сидячи на стільці при вході, смикав за мотузку, над столом поколихувалося опахало з бамбуку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 відповів хлопець.— Я думав, може, Бун...</w:t>
      </w:r>
    </w:p>
    <w:p>
      <w:r>
        <w:br/>
        <w:t>Бун уже півроку як виконував обов'язки полісмена в 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бригадира лісорубів.</w:t>
      </w:r>
    </w:p>
    <w:p>
      <w:r>
        <w:br/>
        <w:t>— Гаразд,— сказав майор Де Спейн.— Сьогодні ж дам йому телеграму. Зустрінетесь у Гоуку. Еша я пошлю поїздом, вони вдвох візьмуть харчів, а ти собі сідай верхи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не договорив, так і не зрозумівши, чому: адже майор сидів мовчки, а ворухнувсь і повернувся до своїх паперів на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людьми,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на своїй кобилі-трилітці,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та склад, і тепер вражено й тужливо розглянувся, хоч і знав про це й приготував себе. Він побачив напівзбудований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не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сховатися від усього цього.</w:t>
      </w:r>
    </w:p>
    <w:p>
      <w:r>
        <w:br/>
        <w:t>А потім паровичок пронизливо свиснув, зачахкав і 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 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вадив.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лісовіз уперше вирушив вузькоколійкою за тридцять миль у пущу, а ведмідь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 і так він усе длубався, аж поки машиніст загальмував і дав свистка кроків за двадцять, і тоді ведмідь панічно кинувся навтіки і на перше дерево, що трапилось, ясен, ледве грубішій за людське стегно,— видерся якомога вище й принишк там, голову по-людському (власне, по-жіночому) затуливши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чимвище, принишк, поки проходив поїзд, і сидів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Ешем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однак ведмідь глянув раз на воду і завагався, глянув на людей і знов на воду, але ні, не став пити, пішов собі, побіг, по-ведмежому переставляючи лапи, то дві правих, то дві лівих, і лишаючи на землі два окремих паралельних рядки слідів.</w:t>
      </w:r>
    </w:p>
    <w:p>
      <w:r>
        <w:br/>
        <w:t>Тоді цей поїзд нікому не вадив. Інколи у таборі їм було чути, як проїздить лісовіз,—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луни.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шалено-безнадійному марнолюбстві,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паровичка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Гоука, фургон стояв уже налаштований, а ввечері Бун зустрів мене на ганку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кільканадцять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докинув: — І перекажи Бунові Хогенбеку, що обід буде на столі за годину, тож гав не ловіть, коли хочете обідати.</w:t>
      </w:r>
    </w:p>
    <w:p>
      <w:r>
        <w:br/>
        <w:t>— За годину? — здивувався хлопець.— Та ще ж нема й дев'ятої.— Він вийняв годинника й повернув циферблатом до Еша.— Ось подивись.</w:t>
      </w:r>
    </w:p>
    <w:p>
      <w:r>
        <w:br/>
        <w:t>Еш навіть не глянув у той бік.</w:t>
      </w:r>
    </w:p>
    <w:p>
      <w:r>
        <w:br/>
        <w:t>— Це міський час. Ви тепер не в місті, а в лісі.</w:t>
      </w:r>
    </w:p>
    <w:p>
      <w:r>
        <w:br/>
        <w:t>— Ну то подивись на сонце.</w:t>
      </w:r>
    </w:p>
    <w:p>
      <w:r>
        <w:br/>
        <w:t>— А що сонце,— відмахнувся Еш.— 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літнє зело,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пічкою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пів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w:t>
      </w:r>
    </w:p>
    <w:p>
      <w:r>
        <w:br/>
        <w:t>І Волтер Юел додав:</w:t>
      </w:r>
    </w:p>
    <w:p>
      <w:r>
        <w:br/>
        <w:t>"Або вставати опівночі і їсти, що він наготує".</w:t>
      </w:r>
    </w:p>
    <w:p>
      <w:r>
        <w:br/>
        <w:t>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хлопцеву зброю Бунові, а Ешеві дав Бунову магазинну рушницю, відому своєю норовистістю, доклавши до неї два картечних набої; однак Еш сказав:</w:t>
      </w:r>
    </w:p>
    <w:p>
      <w:r>
        <w:br/>
        <w:t>"У мене є набої".</w:t>
      </w:r>
    </w:p>
    <w:p>
      <w:r>
        <w:br/>
        <w:t>І показав їх, усі чотири: один картечний набій, другий — номер три на кролів і ще два на птицю, і розповів історію кожного з них, котрий звідки; хлопцеві запам'яталося, з яким виразом на обличчі Еш розповідав, а майор Де 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 старший навіть за нашого хлопця!"</w:t>
      </w:r>
    </w:p>
    <w:p>
      <w:r>
        <w:br/>
        <w:t>Хлопець сам того ранку зарядив йому рушницю, дотримуючись зворотного порядку: набої на птицю, на кролів,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й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Айка, простив, що той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майже відразу докладно про нову няньку-мулатку в майорових сусідів, мовляв, коли вона й далі так вихлятиму хвостом, то побачить, що хоч він і старий, але ще ого-го!, одне біда, що його стара не спускає з нього ока; — вони пробиралися звіриною стежкою крізь хащі очерету й ожини,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раптом з-за колоди підвівся ведмідь-одноліток, сів на задні лапи, а передні підняв на рівень грудей, наче збирався молитись, і збігла ціла хвилина, поки Ешева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 "Спершу набій у патронник!"</w:t>
      </w:r>
    </w:p>
    <w:p>
      <w:r>
        <w:br/>
        <w:t>Еш зробив це, трохи згодом рушниця застигла і знову клацнула, тож він сказав:</w:t>
      </w:r>
    </w:p>
    <w:p>
      <w:r>
        <w:br/>
        <w:t>"Другий!"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 "Тепер куди?"</w:t>
      </w:r>
    </w:p>
    <w:p>
      <w:r>
        <w:br/>
        <w:t>І хлопець відповідає:</w:t>
      </w:r>
    </w:p>
    <w:p>
      <w:r>
        <w:br/>
        <w:t>"Сюди. Ходім".</w:t>
      </w:r>
    </w:p>
    <w:p>
      <w:r>
        <w:br/>
        <w:t>І вже повернув стежкою, але Еш озвався:</w:t>
      </w:r>
    </w:p>
    <w:p>
      <w:r>
        <w:br/>
        <w:t>"Ні, мені треба позбирати набої".</w:t>
      </w:r>
    </w:p>
    <w:p>
      <w:r>
        <w:br/>
        <w:t>Тоді він гукнув:</w:t>
      </w:r>
    </w:p>
    <w:p>
      <w:r>
        <w:br/>
        <w:t>"Біс із ними, ходім, чуєш!"</w:t>
      </w:r>
    </w:p>
    <w:p>
      <w:r>
        <w:br/>
        <w:t>Але Еш прихилив рушницю до колоди, повернувся і поліз пригнувшись у гущину, став порпатись між коріняччям, тож хлопець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місце, в кутку за Буновим ліжком</w:t>
      </w:r>
    </w:p>
    <w:p>
      <w:r>
        <w:br/>
        <w:t>...Літо, і осінь, і сніг, і життєдайними соками сповнена весна в їхній одвічній послідовності, несмертельні й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він його поважав, шанував і любив, а втративши, оплакував; колись він ожениться, і вдвох з дружиною вони також зазнають ненадовго швидкоплинного раювання,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коханка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невиразно,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 коломазі,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ріжком,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їх двох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спорожніє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зникло, а просто перенеслося в тисячолике життя, 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й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 роздрібнені й водночас єдині, і Старий Бен, Старий Бен також: вони віддадуть йому його лапу, авжеж віддадуть, а потім знову кинуть йому виклик, і знов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ступити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 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суджено бути самотньою і нещадною до 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w:t>
      </w:r>
    </w:p>
    <w:p>
      <w:r>
        <w:br/>
        <w:t>— Ватаже. Предку.</w:t>
      </w:r>
    </w:p>
    <w:p>
      <w:r>
        <w:br/>
        <w:t>Він не зміг би сказати, коли вперше почув той звук,— в усякому разі, усвідомив він його не зразу. Звук був такий, наче хтось молотив цівкою рушниці об рейку, гучно, важко, але не часто, а тільки якось запекло, так, ніби "молотник" не лише був дужий чоловік і заповзятий, а ще й роздратований чимось. Проте це не могло бути на колії, хоча й чулося з того боку: до залізниці було добрих дві милі, а звук долинав щонайбільше ярдів за триста. І тоді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 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двоє-троє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той,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 — Геть звідси! Не займай їх! Ані одної! Це мої!</w:t>
      </w:r>
    </w:p>
    <w:p>
      <w:r>
        <w:br/>
        <w:t>Кінець</w:t>
      </w:r>
    </w:p>
    <w:p>
      <w:r>
        <w:br/>
        <w:t>[1] Мається на увазі блокада північанами південських портів під час Громадянської війни у США.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Ведмідь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