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Ведмежата з Курильського озера</w:t>
      </w:r>
    </w:p>
    <w:p>
      <w:r>
        <w:br/>
        <w:t xml:space="preserve"> &lt;p&gt;Одного разу корабель наш переплив Тихий океан і підійшов до Камчатки.</w:t>
      </w:r>
    </w:p>
    <w:p>
      <w:r>
        <w:br/>
        <w:t>Цей півострів лежить далеко на півночі. Якщо на нього глянути з літака, відразу й не втямиш: півострів то чи велетенський корабель занурився в піняві хвилі моря. Живуть там працьовиті мисливці й рибалки, камчатські звіробої та оленярі.</w:t>
      </w:r>
    </w:p>
    <w:p>
      <w:r>
        <w:br/>
        <w:t>З одного боку Камчатку омиває холодне Охотське море, з другого — Берингове, а з третього — Тихий океан.</w:t>
      </w:r>
    </w:p>
    <w:p>
      <w:r>
        <w:br/>
        <w:t>Не встигне буря відлютувати в одному морі, як уже починається в іншому. А там і океан,— дарма що Тихим зветься,— вирувати заходиться.</w:t>
      </w:r>
    </w:p>
    <w:p>
      <w:r>
        <w:br/>
        <w:t>З усіх боків налітають вітри. А як зніметься ще й хурделиця, тоді на ногах устояти не можна!</w:t>
      </w:r>
    </w:p>
    <w:p>
      <w:r>
        <w:br/>
        <w:t>Ось чому на Камчатці дерева низькорослі, приземкуваті, — неначе навмисне присіли до землі, шукаючи порятунку від штормів...</w:t>
      </w:r>
    </w:p>
    <w:p>
      <w:r>
        <w:br/>
        <w:t>Є на Камчатці озеро, і зветься воно Курильське. На Камчатці взагалі багато озер. Але Курильське —особливе.</w:t>
      </w:r>
    </w:p>
    <w:p>
      <w:r>
        <w:br/>
        <w:t>Вода в ньому чиста-пречиста: здається, можна зазирнути па самісіньке дно, розгледіти кожний камінець, якби не така глибина.</w:t>
      </w:r>
    </w:p>
    <w:p>
      <w:r>
        <w:br/>
        <w:t>А яка глибина!</w:t>
      </w:r>
    </w:p>
    <w:p>
      <w:r>
        <w:br/>
        <w:t>Хоч скільки дивися — дна не побачиш!</w:t>
      </w:r>
    </w:p>
    <w:p>
      <w:r>
        <w:br/>
        <w:t>Не промацаєш його і найдовшою палицею — хіба що вірьовкою з каменем на кінці можна виміряти озерну глибочінь.</w:t>
      </w:r>
    </w:p>
    <w:p>
      <w:r>
        <w:br/>
        <w:t>Береги поросли кедрачем — невеличкими деревцями, схожими на наш терен або глід.</w:t>
      </w:r>
    </w:p>
    <w:p>
      <w:r>
        <w:br/>
        <w:t>Вони такі густі й поплутані, що навіть звірові важко пробратися Рукате й чіпке гілля вперед не пускає ні на крок, хапає за поли, гострими кігтиками боляче ранить тіло — не деревця, а справжнісінькі казкові стражники, що звіку-роду вартують вхід до озера!</w:t>
      </w:r>
    </w:p>
    <w:p>
      <w:r>
        <w:br/>
        <w:t>Та й гори-велетні підступають з усіх боків, до самого неба витягнувши снігові вершини.</w:t>
      </w:r>
    </w:p>
    <w:p>
      <w:r>
        <w:br/>
        <w:t>Все ж і сюди люди проклали дорогу— на озері тепер немає колишньої тиші. Біля підніжжя гір тулиться кілька будиночків, до берега припнуті човни. Часто можна зустріти геологів, що шукають у горах корисні копалини. Рибалки сушать мокрі сіті. Заходять сюди відпочити мисливці й вулканологи — ті, хто вивчає грізні камчатські вулкани.</w:t>
      </w:r>
    </w:p>
    <w:p>
      <w:r>
        <w:br/>
        <w:t>Взимку на Камчатці часто лютують хурделиці, їх звуть пургою.</w:t>
      </w:r>
    </w:p>
    <w:p>
      <w:r>
        <w:br/>
        <w:t>І хурделиці й тумани ніби навмисне не хочуть показувати людям цей півострів. Коли-не-коли прогляне з-за хмар, мов око сови, невмите і заспане сонечко. Решта днів дощі та негода.</w:t>
      </w:r>
    </w:p>
    <w:p>
      <w:r>
        <w:br/>
        <w:t>Але й тут у кінці короткого камчатського літа буває ласкава пора.</w:t>
      </w:r>
    </w:p>
    <w:p>
      <w:r>
        <w:br/>
        <w:t>Глянули б ви тоді на довколишні луки! Здається, чарівник розстелив свій барвистий килим. Дрібні-дрібні, завбільшки з ніготь, і величезні, як сонях, квіти. Вони навіть кольором схожі на сонях.</w:t>
      </w:r>
    </w:p>
    <w:p>
      <w:r>
        <w:br/>
        <w:t>І жовті, й білі, й фіолетові — аж ряботить в очах! Гарні квіти, хоч, правда, не пахнуть, як наші, степові.</w:t>
      </w:r>
    </w:p>
    <w:p>
      <w:r>
        <w:br/>
        <w:t>А там і ягоди доспіють — шиква, горобина, голубика.</w:t>
      </w:r>
    </w:p>
    <w:p>
      <w:r>
        <w:br/>
        <w:t>У голубики ягоди — неначе нерозталі крижані бурульки. Кисло-солодкі на смак — точнісінько як у нас виноград.</w:t>
      </w:r>
    </w:p>
    <w:p>
      <w:r>
        <w:br/>
        <w:t>Цим "виноградом" і люблять поласувати ведмеді.</w:t>
      </w:r>
    </w:p>
    <w:p>
      <w:r>
        <w:br/>
        <w:t>Коли дозріває голубика, клишоногі кидають морське узбережжя й гирла рік, де всеньке літо ловили рибу, і перекочовують в міжгір'я.</w:t>
      </w:r>
    </w:p>
    <w:p>
      <w:r>
        <w:br/>
        <w:t>Багато буває їх і біля Курильського озера. Плигають у воду з високої скелі, один одного оббризкують, лапами здіймають хвилі...</w:t>
      </w:r>
    </w:p>
    <w:p>
      <w:r>
        <w:br/>
        <w:t>Наш корабель кинув якір в Петропавловську-Камчатському, звідси до Курильського озера довелося летіти.</w:t>
      </w:r>
    </w:p>
    <w:p>
      <w:r>
        <w:br/>
        <w:t>Вертоліт, на якому ми летіли, покружлявши над горами, пішов на посадку.</w:t>
      </w:r>
    </w:p>
    <w:p>
      <w:r>
        <w:br/>
        <w:t>Ось унизу, немов голубе люстерко, зблиснуло озеро: гори розступилися — і ми побачили всипаний різнокольоровими камінцями неширокий берег. А далі, аж до підніжжя гір, простяглися луки.</w:t>
      </w:r>
    </w:p>
    <w:p>
      <w:r>
        <w:br/>
        <w:t>Поки пілот вибирав місце для посадки вертольота, я розглядав луки.</w:t>
      </w:r>
    </w:p>
    <w:p>
      <w:r>
        <w:br/>
        <w:t>— Ведмеді! Ведмеді! — враз гукнув я до товариша і показав на розлогу галявину.</w:t>
      </w:r>
    </w:p>
    <w:p>
      <w:r>
        <w:br/>
        <w:t>Неначе два волохаті клубочки, на траві горілиць лежало двоє ведмежат.</w:t>
      </w:r>
    </w:p>
    <w:p>
      <w:r>
        <w:br/>
        <w:t>Як тільки вертоліт сів, ми побігли на галявину, де помітили ведмежат.</w:t>
      </w:r>
    </w:p>
    <w:p>
      <w:r>
        <w:br/>
        <w:t>Розсунули кущі гіллястого кедрача, вийшли на узлісся.</w:t>
      </w:r>
    </w:p>
    <w:p>
      <w:r>
        <w:br/>
        <w:t>Та де ж вони? Тільки трава витолочена і ягоди голубики прим'яті лапами.</w:t>
      </w:r>
    </w:p>
    <w:p>
      <w:r>
        <w:br/>
        <w:t>Аж тут кущі заворушилися, і я побачив, як на мене з розлогого, хоч і невисокого дерева зиркали лукаві карі очиці. Ведмежа ніби кепкувало: ось, мовляв, яке я спритне — аж на дерево залізло. А ти — незграба, спробуй мене дістати!</w:t>
      </w:r>
    </w:p>
    <w:p>
      <w:r>
        <w:br/>
        <w:t>І показало мені язика.</w:t>
      </w:r>
    </w:p>
    <w:p>
      <w:r>
        <w:br/>
        <w:t>Витівок таких я ще не бачив — і розсміявся.</w:t>
      </w:r>
    </w:p>
    <w:p>
      <w:r>
        <w:br/>
        <w:t>Мій товариш підійшов і зняв з дерева пустотливе звірятко.</w:t>
      </w:r>
    </w:p>
    <w:p>
      <w:r>
        <w:br/>
        <w:t>Другого не було.</w:t>
      </w:r>
    </w:p>
    <w:p>
      <w:r>
        <w:br/>
        <w:t>І я побіг до озера.</w:t>
      </w:r>
    </w:p>
    <w:p>
      <w:r>
        <w:br/>
        <w:t>Ну, так і є: біля води сиділо друге ведмежа і дивилося в неї, немов у люстерко. Замурзана розчавленою голубикою мордочка, допитливі очиці, вологий темний носик.</w:t>
      </w:r>
    </w:p>
    <w:p>
      <w:r>
        <w:br/>
        <w:t>Посиділо-посиділо й заходилося вмиватись. І лапками, і язиком. І раптом —ляп лапою по воді — холодні бризки захлюпали мене з ніг до голови. Ну, тепер утече!</w:t>
      </w:r>
    </w:p>
    <w:p>
      <w:r>
        <w:br/>
        <w:t>Та воно й не думало тікати. Ще кілька разів хлюпнулося водою і покірно підійшло до мене.</w:t>
      </w:r>
    </w:p>
    <w:p>
      <w:r>
        <w:br/>
        <w:t>Мишко і Машка — назвали ми своїх нових знайомих і вирішили забрати їх з озера в місто.</w:t>
      </w:r>
    </w:p>
    <w:p>
      <w:r>
        <w:br/>
        <w:t>Тільки сіли в човен — переїхати на той бік, до вертольота, — Мишко лапу на борт і шубовсть у воду.</w:t>
      </w:r>
    </w:p>
    <w:p>
      <w:r>
        <w:br/>
        <w:t>Ледве спіймали втікача!</w:t>
      </w:r>
    </w:p>
    <w:p>
      <w:r>
        <w:br/>
        <w:t>Зате сестричка його виявилася слухняною: всю дорогу, поки ми пливли, сиділа тихо, зиркаючи на свого брата-бешкетника. Привели ми ведмежат до хати мисливця.</w:t>
      </w:r>
    </w:p>
    <w:p>
      <w:r>
        <w:br/>
        <w:t>Отоді-то з ними й почалась морока!</w:t>
      </w:r>
    </w:p>
    <w:p>
      <w:r>
        <w:br/>
        <w:t>Вони гортали книги, бігали з кутка в куток. Зазирали в дзеркало. Правда, в люстерко більше дивилася Машка. Любила вона ще, як її фотографували. Ну, а Мишка більше цікавило, як ми розплутуємо сіті та лагодимо рушниці.</w:t>
      </w:r>
    </w:p>
    <w:p>
      <w:r>
        <w:br/>
        <w:t>Настав час вирушати в дорогу. Вже й вертоліт завели. Та що таке? Мишко не хоче летіти. Пручається, рветься до озера.</w:t>
      </w:r>
    </w:p>
    <w:p>
      <w:r>
        <w:br/>
        <w:t>Потім таки надумався і рішуче ступив на трап, що вів до кабіни.</w:t>
      </w:r>
    </w:p>
    <w:p>
      <w:r>
        <w:br/>
        <w:t>"Дурних немає, — ніби казали його очі, — сестричці й цукерок більше перепадає, її й фотографують. Чим я гірший від неї?"</w:t>
      </w:r>
    </w:p>
    <w:p>
      <w:r>
        <w:br/>
        <w:t>І Мишко невдоволено всівся у кабіні поруч з пілотом.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Ведмежата з Курильського озера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