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Св. Агнеси</w:t>
      </w:r>
    </w:p>
    <w:p>
      <w:r>
        <w:br/>
        <w:t xml:space="preserve"> (Поема)</w:t>
      </w:r>
    </w:p>
    <w:p>
      <w:r>
        <w:br/>
        <w:t>1</w:t>
      </w:r>
    </w:p>
    <w:p>
      <w:r>
        <w:br/>
        <w:t>В Агнесин вечір — о, як пробирав,&lt;br /&gt;</w:t>
        <w:br/>
        <w:t>Як пік мороз! Пухнастий сич тремтів,&lt;br /&gt;</w:t>
        <w:br/>
        <w:t>Тинявся заєць поміж мерзлих трав,&lt;br /&gt;</w:t>
        <w:br/>
        <w:t>Беззвучно залягла отара хлів.&lt;br /&gt;</w:t>
        <w:br/>
        <w:t>Подубли пальці у ченця, що слів&lt;br /&gt;</w:t>
        <w:br/>
        <w:t>На чотках добирав до молитов,&lt;br /&gt;</w:t>
        <w:br/>
        <w:t>I віддих з уст його вставав, синів&lt;br /&gt;</w:t>
        <w:br/>
        <w:t>I клубочивсь, як фіміам, немов&lt;br /&gt;</w:t>
        <w:br/>
        <w:t>Повз чистий образ Діви просто в небо йшов.</w:t>
      </w:r>
    </w:p>
    <w:p>
      <w:r>
        <w:br/>
        <w:t>2</w:t>
      </w:r>
    </w:p>
    <w:p>
      <w:r>
        <w:br/>
        <w:t>Терпляче молиться, встає з колін,&lt;br /&gt;</w:t>
        <w:br/>
        <w:t>Бере свій каганець і йде назад,&lt;br /&gt;</w:t>
        <w:br/>
        <w:t>Охлялий, босий. Із капличних стін&lt;br /&gt;</w:t>
        <w:br/>
        <w:t>Глядять мерці скульптурні, ставши в ряд&lt;br /&gt;</w:t>
        <w:br/>
        <w:t>По той бік очисних чавунних грат.&lt;br /&gt;</w:t>
        <w:br/>
        <w:t>I мовби мерзнуть. Бачить крижану&lt;br /&gt;</w:t>
        <w:br/>
        <w:t>Вояцьку зброю, дам легкий наряд,&lt;br /&gt;</w:t>
        <w:br/>
        <w:t>Вслухається в молитву мовчазну,&lt;br /&gt;</w:t>
        <w:br/>
        <w:t>У серці чути тих зимових мук луну.</w:t>
      </w:r>
    </w:p>
    <w:p>
      <w:r>
        <w:br/>
        <w:t>3</w:t>
      </w:r>
    </w:p>
    <w:p>
      <w:r>
        <w:br/>
        <w:t>Веде на північ сходинка вузька.&lt;br /&gt;</w:t>
        <w:br/>
        <w:t>Раз, два ступив — і зразу слух йому&lt;br /&gt;</w:t>
        <w:br/>
        <w:t>Зачарувала музика. Рука&lt;br /&gt;</w:t>
        <w:br/>
        <w:t>Здригнулася... О ні, вже по всьому!&lt;br /&gt;</w:t>
        <w:br/>
        <w:t>Не про життя гадай, про вічну тьму!&lt;br /&gt;</w:t>
        <w:br/>
        <w:t>Той ніжний звук не для його ушей!&lt;br /&gt;</w:t>
        <w:br/>
        <w:t>Він далі йде, в самотню кліть німу,&lt;br /&gt;</w:t>
        <w:br/>
        <w:t>Й сідає в попіл, щоб у вечір цей&lt;br /&gt;</w:t>
        <w:br/>
        <w:t>Прощення вимолить за всі гріхи людей.</w:t>
      </w:r>
    </w:p>
    <w:p>
      <w:r>
        <w:br/>
        <w:t>4</w:t>
      </w:r>
    </w:p>
    <w:p>
      <w:r>
        <w:br/>
        <w:t>Він тихий той зачин почув, бо скрізь&lt;br /&gt;</w:t>
        <w:br/>
        <w:t>Стояли двері навстіж і була&lt;br /&gt;</w:t>
        <w:br/>
        <w:t>Хідня в покоях. Скоро знявся й зріс&lt;br /&gt;</w:t>
        <w:br/>
        <w:t>Суремний лемент, чистий звук срібла.&lt;br /&gt;</w:t>
        <w:br/>
        <w:t>Покої аж палали, без числа&lt;br /&gt;</w:t>
        <w:br/>
        <w:t>Ждучи гостей. Карниз на голові&lt;br /&gt;</w:t>
        <w:br/>
        <w:t>Там ангели держали, два крила&lt;br /&gt;</w:t>
        <w:br/>
        <w:t>На грудях склавши. Кучері свої&lt;br /&gt;</w:t>
        <w:br/>
        <w:t>Назад розмаяли й дивились як живі.</w:t>
      </w:r>
    </w:p>
    <w:p>
      <w:r>
        <w:br/>
        <w:t>5</w:t>
      </w:r>
    </w:p>
    <w:p>
      <w:r>
        <w:br/>
        <w:t>Нарешті натовп заструмів, увесь&lt;br /&gt;</w:t>
        <w:br/>
        <w:t>У спалахах султанів, діадем,&lt;br /&gt;</w:t>
        <w:br/>
        <w:t>Ще розмаїтіший від тих чудес,&lt;br /&gt;</w:t>
        <w:br/>
        <w:t>Які юнак із лицарських поем&lt;br /&gt;</w:t>
        <w:br/>
        <w:t>Бере в уяву. Ми їх проминем&lt;br /&gt;</w:t>
        <w:br/>
        <w:t>I звернемось до леді в юрмі тій,&lt;br /&gt;</w:t>
        <w:br/>
        <w:t>Що від Агнеси, палена вогнем&lt;br /&gt;</w:t>
        <w:br/>
        <w:t>Любовним, ждала звершення надій,&lt;br /&gt;</w:t>
        <w:br/>
        <w:t>Як радили не раз поважні дами їй.</w:t>
      </w:r>
    </w:p>
    <w:p>
      <w:r>
        <w:br/>
        <w:t>6</w:t>
      </w:r>
    </w:p>
    <w:p>
      <w:r>
        <w:br/>
        <w:t>Вони казали, що в цю дивну ніч,&lt;br /&gt;</w:t>
        <w:br/>
        <w:t>Перед Агнесою, дівчата снять&lt;br /&gt;</w:t>
        <w:br/>
        <w:t>Про ласку милих, чують їхню річ&lt;br /&gt;</w:t>
        <w:br/>
        <w:t>I їм хвилини солодко летять,&lt;br /&gt;</w:t>
        <w:br/>
        <w:t>Якщо усе належно спорядять,&lt;br /&gt;</w:t>
        <w:br/>
        <w:t>Наприклад: натще ляжуть, навзнаки&lt;br /&gt;</w:t>
        <w:br/>
        <w:t>Розкинувши лілейно-білу стать,&lt;br /&gt;</w:t>
        <w:br/>
        <w:t>Не глянувши ні в двері, ні в кутки,&lt;br /&gt;</w:t>
        <w:br/>
        <w:t>А в небо справивши всі прагнення й думки.</w:t>
      </w:r>
    </w:p>
    <w:p>
      <w:r>
        <w:br/>
        <w:t>7</w:t>
      </w:r>
    </w:p>
    <w:p>
      <w:r>
        <w:br/>
        <w:t>Цей забаг так дівоче серце стис,&lt;br /&gt;</w:t>
        <w:br/>
        <w:t>Що й сурм не чула, сповнених жаги&lt;br /&gt;</w:t>
        <w:br/>
        <w:t>Божественно-гіркої. Пильно вниз&lt;br /&gt;</w:t>
        <w:br/>
        <w:t>Дивилася. Мелькало навкруги —&lt;br /&gt;</w:t>
        <w:br/>
        <w:t>То чийсь поділ, то шлейф, то край ноги,&lt;br /&gt;</w:t>
        <w:br/>
        <w:t>Коли навшпиньки марно кавалер&lt;br /&gt;</w:t>
        <w:br/>
        <w:t>Закоханий зближався. Не з пихи&lt;br /&gt;</w:t>
        <w:br/>
        <w:t>Вона недобачала, ні: тепер&lt;br /&gt;</w:t>
        <w:br/>
        <w:t>Вона з Агнесою була в краю химер.</w:t>
      </w:r>
    </w:p>
    <w:p>
      <w:r>
        <w:br/>
        <w:t>8</w:t>
      </w:r>
    </w:p>
    <w:p>
      <w:r>
        <w:br/>
        <w:t>I в танці Маделіна мимо всіх&lt;br /&gt;</w:t>
        <w:br/>
        <w:t>Дивилась. Віддих забивало їй,&lt;br /&gt;</w:t>
        <w:br/>
        <w:t>Бо зблизився священний час утіх.&lt;br /&gt;</w:t>
        <w:br/>
        <w:t>Під бубнів гук в юрбі гостей бучній,&lt;br /&gt;</w:t>
        <w:br/>
        <w:t>Зітхаючи, вона крізь веремій&lt;br /&gt;</w:t>
        <w:br/>
        <w:t>Пихи й кохання мчала навмання,&lt;br /&gt;</w:t>
        <w:br/>
        <w:t>Малюючи собі у шорах мрій&lt;br /&gt;</w:t>
        <w:br/>
        <w:t>Нестрижене Агнесине ягня&lt;br /&gt;</w:t>
        <w:br/>
        <w:t>Й солодкі хвилі втіх ще до нового дня.</w:t>
      </w:r>
    </w:p>
    <w:p>
      <w:r>
        <w:br/>
        <w:t>9</w:t>
      </w:r>
    </w:p>
    <w:p>
      <w:r>
        <w:br/>
        <w:t>Готується піти, але не йде.&lt;br /&gt;</w:t>
        <w:br/>
        <w:t>Тим часом надійшов із мочарів&lt;br /&gt;</w:t>
        <w:br/>
        <w:t>Порфіро, що до неї молоде&lt;br /&gt;</w:t>
        <w:br/>
        <w:t>У нього серце прагло. В тінь стовпів&lt;br /&gt;</w:t>
        <w:br/>
        <w:t>Портальних став, благально очі звів,&lt;br /&gt;</w:t>
        <w:br/>
        <w:t>Щоб небеса йому послали знак&lt;br /&gt;</w:t>
        <w:br/>
        <w:t>Від Маделіни, щоб він милу стрів&lt;br /&gt;</w:t>
        <w:br/>
        <w:t>Хоч спотайна, щоб міг її юнак&lt;br /&gt;</w:t>
        <w:br/>
        <w:t>Торкнуть, поцілувать — адже ж буває так.</w:t>
      </w:r>
    </w:p>
    <w:p>
      <w:r>
        <w:br/>
        <w:t>10</w:t>
      </w:r>
    </w:p>
    <w:p>
      <w:r>
        <w:br/>
        <w:t>Одважився, зайшов. Мовчіть, уста,&lt;br /&gt;</w:t>
        <w:br/>
        <w:t>Закрийтесь, очі! Бо пронижуть сто&lt;br /&gt;</w:t>
        <w:br/>
        <w:t>Мечів це серце, де любов свята&lt;br /&gt;</w:t>
        <w:br/>
        <w:t>Ховається, бо замок у гніздо&lt;br /&gt;</w:t>
        <w:br/>
        <w:t>Єхидн обернеться, де пси — і то&lt;br /&gt;</w:t>
        <w:br/>
        <w:t>Клястимуть рід його своїм виттям,&lt;br /&gt;</w:t>
        <w:br/>
        <w:t>Бо тут над ним не зглянеться ніхто,&lt;br /&gt;</w:t>
        <w:br/>
        <w:t>Крім жінки, ключниці тих лютих брам,—&lt;br /&gt;</w:t>
        <w:br/>
        <w:t>Слабої, сивої, улеглої літам.</w:t>
      </w:r>
    </w:p>
    <w:p>
      <w:r>
        <w:br/>
        <w:t>11</w:t>
      </w:r>
    </w:p>
    <w:p>
      <w:r>
        <w:br/>
        <w:t>О щастя: це ж якраз вона! На кий&lt;br /&gt;</w:t>
        <w:br/>
        <w:t>Зіпершись, човгає в ті сіни, де&lt;br /&gt;</w:t>
        <w:br/>
        <w:t>Він став, сховавшися за слуп товстий&lt;br /&gt;</w:t>
        <w:br/>
        <w:t>Від смолоскипа. Весело гуде&lt;br /&gt;</w:t>
        <w:br/>
        <w:t>Далека музика. Старенька йде.&lt;br /&gt;</w:t>
        <w:br/>
        <w:t>"Хто тут?" Ах! Ах! Пізнавши юнака,&lt;br /&gt;</w:t>
        <w:br/>
        <w:t>Шепнула: "Смерть тебе у замку жде".&lt;br /&gt;</w:t>
        <w:br/>
        <w:t>В його руці тремтить її рука.&lt;br /&gt;</w:t>
        <w:br/>
        <w:t>"Тікай, бо кожен тут аж рветься до клинка!</w:t>
      </w:r>
    </w:p>
    <w:p>
      <w:r>
        <w:br/>
        <w:t>12</w:t>
      </w:r>
    </w:p>
    <w:p>
      <w:r>
        <w:br/>
        <w:t>Тут і присадкуватий Гільдебранд:&lt;br /&gt;</w:t>
        <w:br/>
        <w:t>В пропасниці недавно він гукав,&lt;br /&gt;</w:t>
        <w:br/>
        <w:t>Що весь твій рід послати в пекло рад;&lt;br /&gt;</w:t>
        <w:br/>
        <w:t>Тут і старий лорд Морріс — він не став&lt;br /&gt;</w:t>
        <w:br/>
        <w:t>Із сивиною м'якшим. Ох, не збав&lt;br /&gt;</w:t>
        <w:br/>
        <w:t>Собі життя, біжи!" — "Стривай, адже&lt;br /&gt;</w:t>
        <w:br/>
        <w:t>Тут затишно. Присядь, скажи, щоб знав&lt;br /&gt;</w:t>
        <w:br/>
        <w:t>I я про..." — "Ні! Ходім звідсіль! Невже&lt;br /&gt;</w:t>
        <w:br/>
        <w:t>Забув, яка біда тебе тут стереже?"</w:t>
      </w:r>
    </w:p>
    <w:p>
      <w:r>
        <w:br/>
        <w:t>13</w:t>
      </w:r>
    </w:p>
    <w:p>
      <w:r>
        <w:br/>
        <w:t>Пішов, плюмажем павутиння з стін&lt;br /&gt;</w:t>
        <w:br/>
        <w:t>Змітаючи у темряві густій.&lt;br /&gt;</w:t>
        <w:br/>
        <w:t>I поки Анджела зітхала, він&lt;br /&gt;</w:t>
        <w:br/>
        <w:t>У тихий, зимний уступив покій,&lt;br /&gt;</w:t>
        <w:br/>
        <w:t>Де блідний місяць мертвий промінь свій&lt;br /&gt;</w:t>
        <w:br/>
        <w:t>В дрібногратчасте промикав вікно.&lt;br /&gt;</w:t>
        <w:br/>
        <w:t>"Скажи, де Маделіна? — мовив їй.—&lt;br /&gt;</w:t>
        <w:br/>
        <w:t>В ім'я верстата, що на нім давно&lt;br /&gt;</w:t>
        <w:br/>
        <w:t>Таємні сестри тчуть Агнесине руно".</w:t>
      </w:r>
    </w:p>
    <w:p>
      <w:r>
        <w:br/>
        <w:t>14</w:t>
      </w:r>
    </w:p>
    <w:p>
      <w:r>
        <w:br/>
        <w:t>"Се ніч Агнесина? Ах, так! Пожди:&lt;br /&gt;</w:t>
        <w:br/>
        <w:t>Адже ж і в ніч таку мертвлять людей!&lt;br /&gt;</w:t>
        <w:br/>
        <w:t>Як принесеш у решеті води&lt;br /&gt;</w:t>
        <w:br/>
        <w:t>Або зумієш приручити фей,&lt;br /&gt;</w:t>
        <w:br/>
        <w:t>То йди в палац. Дивуюся, єй-єй,&lt;br /&gt;</w:t>
        <w:br/>
        <w:t>Тобі, Порфіро! Об такій добі!&lt;br /&gt;</w:t>
        <w:br/>
        <w:t>О добрі ангели! У вечір цей?&lt;br /&gt;</w:t>
        <w:br/>
        <w:t>Обмарте панночку! Сама собі&lt;br /&gt;</w:t>
        <w:br/>
        <w:t>Я посміюсь тепер — ще буде час журбі!"</w:t>
      </w:r>
    </w:p>
    <w:p>
      <w:r>
        <w:br/>
        <w:t>15</w:t>
      </w:r>
    </w:p>
    <w:p>
      <w:r>
        <w:br/>
        <w:t>Сміється в сяйві млілому. А він&lt;br /&gt;</w:t>
        <w:br/>
        <w:t>У неї вп'явсь очима хлопчака,&lt;br /&gt;</w:t>
        <w:br/>
        <w:t>Якого вабить з бабиних колін&lt;br /&gt;</w:t>
        <w:br/>
        <w:t>До себе книга загадок важка,&lt;br /&gt;</w:t>
        <w:br/>
        <w:t>Як в окулярах біля коминка&lt;br /&gt;</w:t>
        <w:br/>
        <w:t>Стара сидить. Його обняв пожар,&lt;br /&gt;</w:t>
        <w:br/>
        <w:t>Він затремтів, коли почув, яка&lt;br /&gt;</w:t>
        <w:br/>
        <w:t>У панни думка. О холодний чар&lt;br /&gt;</w:t>
        <w:br/>
        <w:t>Дівочих дивних мрій, старих легенд, обмар!</w:t>
      </w:r>
    </w:p>
    <w:p>
      <w:r>
        <w:br/>
        <w:t>16</w:t>
      </w:r>
    </w:p>
    <w:p>
      <w:r>
        <w:br/>
        <w:t>I раптом думка, як розкішний цвіт,&lt;br /&gt;</w:t>
        <w:br/>
        <w:t>Його зрум'янила, в душі спахнув&lt;br /&gt;</w:t>
        <w:br/>
        <w:t>Багряний бунт. Їй аж померкнув світ,&lt;br /&gt;</w:t>
        <w:br/>
        <w:t>Коли почула те, що він шепнув.&lt;br /&gt;</w:t>
        <w:br/>
        <w:t>"Безецнику, ти Бога й честь забув!&lt;br /&gt;</w:t>
        <w:br/>
        <w:t>Хай люба леді з ангелами в сні&lt;br /&gt;</w:t>
        <w:br/>
        <w:t>Замріється, а ти вертай, де був!&lt;br /&gt;</w:t>
        <w:br/>
        <w:t>Іди, зводителю жорстокий! Ні,&lt;br /&gt;</w:t>
        <w:br/>
        <w:t>Ні, ти не той тепер, яким здававсь мені!"</w:t>
      </w:r>
    </w:p>
    <w:p>
      <w:r>
        <w:br/>
        <w:t>17</w:t>
      </w:r>
    </w:p>
    <w:p>
      <w:r>
        <w:br/>
        <w:t>"Клянуся небом, я не мислю зла,—&lt;br /&gt;</w:t>
        <w:br/>
        <w:t>Сказав Порфіро.— Хай мені в аду&lt;br /&gt;</w:t>
        <w:br/>
        <w:t>Горіть по смерті, як з її чола&lt;br /&gt;</w:t>
        <w:br/>
        <w:t>Відкину локон я або знайду&lt;br /&gt;</w:t>
        <w:br/>
        <w:t>В собі жорстоку хіть на молоду&lt;br /&gt;</w:t>
        <w:br/>
        <w:t>Її красу. Оцим сльозам повір!&lt;br /&gt;</w:t>
        <w:br/>
        <w:t>А не повіриш, я зчиню біду,&lt;br /&gt;</w:t>
        <w:br/>
        <w:t>Сколошкаю увесь ворожий збір,&lt;br /&gt;</w:t>
        <w:br/>
        <w:t>Зітнусь, хоч кожен тут для мене хижий звір".</w:t>
      </w:r>
    </w:p>
    <w:p>
      <w:r>
        <w:br/>
        <w:t>18</w:t>
      </w:r>
    </w:p>
    <w:p>
      <w:r>
        <w:br/>
        <w:t>"Ах, нащо так терзаєш ти слабу&lt;br /&gt;</w:t>
        <w:br/>
        <w:t>Стару істоту, що її покров&lt;br /&gt;</w:t>
        <w:br/>
        <w:t>Уже очікує в тіснім гробу!&lt;br /&gt;</w:t>
        <w:br/>
        <w:t>А я ж за тебе стільки молитов&lt;br /&gt;</w:t>
        <w:br/>
        <w:t>Щодня шептала!" Та Порфіро знов&lt;br /&gt;</w:t>
        <w:br/>
        <w:t>Благав її, дібравши інших слів —&lt;br /&gt;</w:t>
        <w:br/>
        <w:t>Таких печальних — для своїх намов,&lt;br /&gt;</w:t>
        <w:br/>
        <w:t>Що Анджела стара забула гнів&lt;br /&gt;</w:t>
        <w:br/>
        <w:t>I обіцяла все, чого б він не схотів.</w:t>
      </w:r>
    </w:p>
    <w:p>
      <w:r>
        <w:br/>
        <w:t>19</w:t>
      </w:r>
    </w:p>
    <w:p>
      <w:r>
        <w:br/>
        <w:t>А саме: потай хлопця завести&lt;br /&gt;</w:t>
        <w:br/>
        <w:t>В кімнату дівчини, за параван,&lt;br /&gt;</w:t>
        <w:br/>
        <w:t>Щоб він побачив нишком з темноти&lt;br /&gt;</w:t>
        <w:br/>
        <w:t>Її лице прекрасне, ніжний стан&lt;br /&gt;</w:t>
        <w:br/>
        <w:t>I, може, заручив найкращу з панн,&lt;br /&gt;</w:t>
        <w:br/>
        <w:t>Коли на ковдрі в неї ельфів рій&lt;br /&gt;</w:t>
        <w:br/>
        <w:t>Кружлятиме в димку нічних оман.&lt;br /&gt;</w:t>
        <w:br/>
        <w:t>Ця ніч таких не бачила надій&lt;br /&gt;</w:t>
        <w:br/>
        <w:t>З дня, як Мерлін в аду сплатив рахунок свій.</w:t>
      </w:r>
    </w:p>
    <w:p>
      <w:r>
        <w:br/>
        <w:t>20</w:t>
      </w:r>
    </w:p>
    <w:p>
      <w:r>
        <w:br/>
        <w:t>"Гаразд, я волю вдовольню твою.&lt;br /&gt;</w:t>
        <w:br/>
        <w:t>Напої всякі, ласощі, їства&lt;br /&gt;</w:t>
        <w:br/>
        <w:t>Вам принесу. На кроснах на краю —&lt;br /&gt;</w:t>
        <w:br/>
        <w:t>Он її лютня. Я стара й крива —&lt;br /&gt;</w:t>
        <w:br/>
        <w:t>Тож треба поспішати. Голова&lt;br /&gt;</w:t>
        <w:br/>
        <w:t>Вже не така тямуща, як колись.&lt;br /&gt;</w:t>
        <w:br/>
        <w:t>Стань на коліна, прокажи слова&lt;br /&gt;</w:t>
        <w:br/>
        <w:t>Молитви! Ах! Ти з нею поберись,&lt;br /&gt;</w:t>
        <w:br/>
        <w:t>Щоб я з труни могла у судний день звестись".</w:t>
      </w:r>
    </w:p>
    <w:p>
      <w:r>
        <w:br/>
        <w:t>21</w:t>
      </w:r>
    </w:p>
    <w:p>
      <w:r>
        <w:br/>
        <w:t>З тим покульгала, пильно-боязка.&lt;br /&gt;</w:t>
        <w:br/>
        <w:t>Повільно близивсь ночі апогей.&lt;br /&gt;</w:t>
        <w:br/>
        <w:t>Вернувшись, поманила юнака.&lt;br /&gt;</w:t>
        <w:br/>
        <w:t>Світився страх з її старих очей.&lt;br /&gt;</w:t>
        <w:br/>
        <w:t>Немало проминувши галерей,&lt;br /&gt;</w:t>
        <w:br/>
        <w:t>Вони нарешті увійшли в покій&lt;br /&gt;</w:t>
        <w:br/>
        <w:t>Цнотливо тихий, мов оселя фей.&lt;br /&gt;</w:t>
        <w:br/>
        <w:t>Там причаївсь, од щастя сам не свій,&lt;br /&gt;</w:t>
        <w:br/>
        <w:t>А жінка геть пішла, і все боліло їй.</w:t>
      </w:r>
    </w:p>
    <w:p>
      <w:r>
        <w:br/>
        <w:t>22</w:t>
      </w:r>
    </w:p>
    <w:p>
      <w:r>
        <w:br/>
        <w:t>Шукала билець бабина рука,&lt;br /&gt;</w:t>
        <w:br/>
        <w:t>А ноги — сходів. Маделіна враз,&lt;br /&gt;</w:t>
        <w:br/>
        <w:t>Мов на Агнесин тайний клич, легка,&lt;br /&gt;</w:t>
        <w:br/>
        <w:t>Як дух небесний, з місця підвелась,&lt;br /&gt;</w:t>
        <w:br/>
        <w:t>Побожно свічечку взяла, зійшлась&lt;br /&gt;</w:t>
        <w:br/>
        <w:t>Із нянькою — і крізь тісні ходи&lt;br /&gt;</w:t>
        <w:br/>
        <w:t>Її до ліжка провела. Твій час&lt;br /&gt;</w:t>
        <w:br/>
        <w:t>Настав, Порфіро: виглядай і жди!&lt;br /&gt;</w:t>
        <w:br/>
        <w:t>Як пташка злякана, вона спішить сюди.</w:t>
      </w:r>
    </w:p>
    <w:p>
      <w:r>
        <w:br/>
        <w:t>23</w:t>
      </w:r>
    </w:p>
    <w:p>
      <w:r>
        <w:br/>
        <w:t>Од спіху свічка згасла — і димок&lt;br /&gt;</w:t>
        <w:br/>
        <w:t>У бліднім світлі місячнім умер.&lt;br /&gt;</w:t>
        <w:br/>
        <w:t>Замкнулася, без духу від думок,&lt;br /&gt;</w:t>
        <w:br/>
        <w:t>Сама як дух. Мовчи ж, мовчи тепер,&lt;br /&gt;</w:t>
        <w:br/>
        <w:t>Бо лихо буде! Але груди спер&lt;br /&gt;</w:t>
        <w:br/>
        <w:t>Їй дивний забаг, жажда слів, речей&lt;br /&gt;</w:t>
        <w:br/>
        <w:t>Її аж палить. Так у млі озер&lt;br /&gt;</w:t>
        <w:br/>
        <w:t>Пне горло без'язикий соловей —&lt;br /&gt;</w:t>
        <w:br/>
        <w:t>I мертвий падає серед вогких лілей.</w:t>
      </w:r>
    </w:p>
    <w:p>
      <w:r>
        <w:br/>
        <w:t>24</w:t>
      </w:r>
    </w:p>
    <w:p>
      <w:r>
        <w:br/>
        <w:t>Високе, на три арки, там було&lt;br /&gt;</w:t>
        <w:br/>
        <w:t>Вікно, все в різьбленні, рясне від грон&lt;br /&gt;</w:t>
        <w:br/>
        <w:t>Плодів кунштовних. Барвно грало скло&lt;br /&gt;</w:t>
        <w:br/>
        <w:t>Вигадливо-квітчастих оболон,&lt;br /&gt;</w:t>
        <w:br/>
        <w:t>Численних, кожна на свій власний тон,&lt;br /&gt;</w:t>
        <w:br/>
        <w:t>Як жаркоцвітні крильця мотилів,&lt;br /&gt;</w:t>
        <w:br/>
        <w:t>А серед них — між скіпетрів, корон&lt;br /&gt;</w:t>
        <w:br/>
        <w:t>I темних ликів — щит полум'янів&lt;br /&gt;</w:t>
        <w:br/>
        <w:t>Від крові древньої принцес і королів.</w:t>
      </w:r>
    </w:p>
    <w:p>
      <w:r>
        <w:br/>
        <w:t>25</w:t>
      </w:r>
    </w:p>
    <w:p>
      <w:r>
        <w:br/>
        <w:t>Зимовий місяць сяяв із вікна&lt;br /&gt;</w:t>
        <w:br/>
        <w:t>I тепло барвив юні перса їй,&lt;br /&gt;</w:t>
        <w:br/>
        <w:t>Рожевив пальці, що сплела вона,&lt;br /&gt;</w:t>
        <w:br/>
        <w:t>Уклякнувши в молитві мовчазній,&lt;br /&gt;</w:t>
        <w:br/>
        <w:t>I срібний хрест на нитці золотій&lt;br /&gt;</w:t>
        <w:br/>
        <w:t>Став аметистовим, а круг чола&lt;br /&gt;</w:t>
        <w:br/>
        <w:t>Окресливсь ореол. Порфіро, млій!&lt;br /&gt;</w:t>
        <w:br/>
        <w:t>Це ангел, до небесного житла&lt;br /&gt;</w:t>
        <w:br/>
        <w:t>Готовий відлетіть, земного чуждий зла.</w:t>
      </w:r>
    </w:p>
    <w:p>
      <w:r>
        <w:br/>
        <w:t>26</w:t>
      </w:r>
    </w:p>
    <w:p>
      <w:r>
        <w:br/>
        <w:t>Він ожививсь, коли вона з колін&lt;br /&gt;</w:t>
        <w:br/>
        <w:t>Звелася й сітку з голови зняла,&lt;br /&gt;</w:t>
        <w:br/>
        <w:t>I перел теплих ледве вчувся дзвін,&lt;br /&gt;</w:t>
        <w:br/>
        <w:t>I станик розстебнувсь, і спроквола&lt;br /&gt;</w:t>
        <w:br/>
        <w:t>Розкішна сукня їй до ніг спливла,&lt;br /&gt;</w:t>
        <w:br/>
        <w:t>I, як русалка серед мокрих трав,&lt;br /&gt;</w:t>
        <w:br/>
        <w:t>Вона в задумі погляд підвела,&lt;br /&gt;</w:t>
        <w:br/>
        <w:t>Красу Агнеси бачачи уяв,&lt;br /&gt;</w:t>
        <w:br/>
        <w:t>Убік не глядячи, щоб довше чар тривав.</w:t>
      </w:r>
    </w:p>
    <w:p>
      <w:r>
        <w:br/>
        <w:t>27</w:t>
      </w:r>
    </w:p>
    <w:p>
      <w:r>
        <w:br/>
        <w:t>Вся тремтячи, в холодний шовк лягла,&lt;br /&gt;</w:t>
        <w:br/>
        <w:t>Свідомо в млосний тонучи туман,&lt;br /&gt;</w:t>
        <w:br/>
        <w:t>I сонні маки хвилями тепла&lt;br /&gt;</w:t>
        <w:br/>
        <w:t>Їй душу обняли й знемоглий стан,&lt;br /&gt;</w:t>
        <w:br/>
        <w:t>I всю її взяли в блаженний бран,&lt;br /&gt;</w:t>
        <w:br/>
        <w:t>У добру гавань, у надійний схов,&lt;br /&gt;</w:t>
        <w:br/>
        <w:t>Згорнули, як псалтир серед поган&lt;br /&gt;</w:t>
        <w:br/>
        <w:t>У капищі. Вона тьмяніла, мов&lt;br /&gt;</w:t>
        <w:br/>
        <w:t>Троянда, що в бутон вернутись хоче знов.</w:t>
      </w:r>
    </w:p>
    <w:p>
      <w:r>
        <w:br/>
        <w:t>28</w:t>
      </w:r>
    </w:p>
    <w:p>
      <w:r>
        <w:br/>
        <w:t>В той рай укравшись, наче в забутті&lt;br /&gt;</w:t>
        <w:br/>
        <w:t>Він дивиться на сукню у ногах&lt;br /&gt;</w:t>
        <w:br/>
        <w:t>I подих слухає, і в хвилі ті,&lt;br /&gt;</w:t>
        <w:br/>
        <w:t>Як ласка чулась на її устах,&lt;br /&gt;</w:t>
        <w:br/>
        <w:t>Він оживав, як у польоті птах&lt;br /&gt;</w:t>
        <w:br/>
        <w:t>І дихав сам. А далі спотайна&lt;br /&gt;</w:t>
        <w:br/>
        <w:t>Зі схову вийшов і ступив — сам страх —&lt;br /&gt;</w:t>
        <w:br/>
        <w:t>На тихий килим. Тиша — як струна.&lt;br /&gt;</w:t>
        <w:br/>
        <w:t>За полог зазирнув... Як міцно спить вона!</w:t>
      </w:r>
    </w:p>
    <w:p>
      <w:r>
        <w:br/>
        <w:t>29</w:t>
      </w:r>
    </w:p>
    <w:p>
      <w:r>
        <w:br/>
        <w:t>На килимок, що місяць посріблив,&lt;br /&gt;</w:t>
        <w:br/>
        <w:t>Він — аж слабий від кожного ступня —&lt;br /&gt;</w:t>
        <w:br/>
        <w:t>Поставив стіл і скатертю накрив&lt;br /&gt;</w:t>
        <w:br/>
        <w:t>Червоно-жовто-чорного ткання.&lt;br /&gt;</w:t>
        <w:br/>
        <w:t>О, де воно, Морфеєве дання!&lt;br /&gt;</w:t>
        <w:br/>
        <w:t>Зненацька вчувся гомін, гук — і ось&lt;br /&gt;</w:t>
        <w:br/>
        <w:t>Литаврів брязк, північних труб грання&lt;br /&gt;</w:t>
        <w:br/>
        <w:t>Жахнули слух. I тихо знов. Мов хтось&lt;br /&gt;</w:t>
        <w:br/>
        <w:t>Ворота причинив — і все те уйнялось.</w:t>
      </w:r>
    </w:p>
    <w:p>
      <w:r>
        <w:br/>
        <w:t>30</w:t>
      </w:r>
    </w:p>
    <w:p>
      <w:r>
        <w:br/>
        <w:t>А Маделіна спала райським сном&lt;br /&gt;</w:t>
        <w:br/>
        <w:t>На білому, пахкому полотні.&lt;br /&gt;</w:t>
        <w:br/>
        <w:t>I він зі схованки носив тайком&lt;br /&gt;</w:t>
        <w:br/>
        <w:t>Їй сливи, груші, айви медяні,&lt;br /&gt;</w:t>
        <w:br/>
        <w:t>Драглі прозорі, соки, довгі дні&lt;br /&gt;</w:t>
        <w:br/>
        <w:t>Настояні в льохах на цинамон,&lt;br /&gt;</w:t>
        <w:br/>
        <w:t>I фініки із Феца запашні —&lt;br /&gt;</w:t>
        <w:br/>
        <w:t>Все, що дали з своїх розкішних лон&lt;br /&gt;</w:t>
        <w:br/>
        <w:t>Шовковий Самарканд і пальмовий Цейлон.</w:t>
      </w:r>
    </w:p>
    <w:p>
      <w:r>
        <w:br/>
        <w:t>31</w:t>
      </w:r>
    </w:p>
    <w:p>
      <w:r>
        <w:br/>
        <w:t>У кошики з ажурного срібла,&lt;br /&gt;</w:t>
        <w:br/>
        <w:t>На блюда золоті він клав мерщій&lt;br /&gt;</w:t>
        <w:br/>
        <w:t>Плоди чудові. Пишно процвіла&lt;br /&gt;</w:t>
        <w:br/>
        <w:t>Їх повнява в пустельності нічній,&lt;br /&gt;</w:t>
        <w:br/>
        <w:t>Легеньким пахом сповнивши покій.&lt;br /&gt;</w:t>
        <w:br/>
        <w:t>"Тепер прокинься, люба, добра! Ти —&lt;br /&gt;</w:t>
        <w:br/>
        <w:t>Для мене небо, я — прочанин твій!&lt;br /&gt;</w:t>
        <w:br/>
        <w:t>Ім'ям Агнесиної доброти&lt;br /&gt;</w:t>
        <w:br/>
        <w:t>Благаю — глянь, не дай мені з ума зійти!"</w:t>
      </w:r>
    </w:p>
    <w:p>
      <w:r>
        <w:br/>
        <w:t>32</w:t>
      </w:r>
    </w:p>
    <w:p>
      <w:r>
        <w:br/>
        <w:t>Так шепчучи, рукою млосно він&lt;br /&gt;</w:t>
        <w:br/>
        <w:t>В її подушку вгруз. В тіні запон&lt;br /&gt;</w:t>
        <w:br/>
        <w:t>Вона лежала. Як замерзлий гін&lt;br /&gt;</w:t>
        <w:br/>
        <w:t>Струмка гірського, був міцним той сон.&lt;br /&gt;</w:t>
        <w:br/>
        <w:t>Блищали блюда, місяць з оболон&lt;br /&gt;</w:t>
        <w:br/>
        <w:t>На килим клав рясний малюнок свій.&lt;br /&gt;</w:t>
        <w:br/>
        <w:t>О доки, доки, доки цей полон&lt;br /&gt;</w:t>
        <w:br/>
        <w:t>Змикатиме незрушно очі їй?&lt;br /&gt;</w:t>
        <w:br/>
        <w:t>Завмер, піддавшися непевній владі мрій.</w:t>
      </w:r>
    </w:p>
    <w:p>
      <w:r>
        <w:br/>
        <w:t>33</w:t>
      </w:r>
    </w:p>
    <w:p>
      <w:r>
        <w:br/>
        <w:t>Прочнувшись, лютню ухопив дзвінку —&lt;br /&gt;</w:t>
        <w:br/>
        <w:t>І пісеньку, що вже забули всі&lt;br /&gt;</w:t>
        <w:br/>
        <w:t>Її в Провансі (знану співаку&lt;br /&gt;</w:t>
        <w:br/>
        <w:t>Під назвою "La belle dame sans merci" *),&lt;br /&gt;</w:t>
        <w:br/>
        <w:t>Заграв на вухо дівчині-красі.&lt;br /&gt;</w:t>
        <w:br/>
        <w:t>Почувши стогін тихий, перестав.&lt;br /&gt;</w:t>
        <w:br/>
        <w:t>Вона задихала. I враз — о ці&lt;br /&gt;</w:t>
        <w:br/>
        <w:t>Блакитні очі, що їх жах розняв!&lt;br /&gt;</w:t>
        <w:br/>
        <w:t>Блідий, мов статуя, він на коліна впав!&lt;br /&gt;</w:t>
        <w:br/>
        <w:t>------------------------------&lt;br /&gt;</w:t>
        <w:br/>
        <w:t>* Прекрасна дама без милосердя (фр.).</w:t>
      </w:r>
    </w:p>
    <w:p>
      <w:r>
        <w:br/>
        <w:t>34</w:t>
      </w:r>
    </w:p>
    <w:p>
      <w:r>
        <w:br/>
        <w:t>Вона поглянула. Та, мабуть, їй&lt;br /&gt;</w:t>
        <w:br/>
        <w:t>I досі сонні бачились дива.&lt;br /&gt;</w:t>
        <w:br/>
        <w:t>Змітала болісно, як буревій,&lt;br /&gt;</w:t>
        <w:br/>
        <w:t>її блаженні сни страшна ява —&lt;br /&gt;</w:t>
        <w:br/>
        <w:t>I дівчина, у плач хибкі слова&lt;br /&gt;</w:t>
        <w:br/>
        <w:t>Мішаючи, в обличчя юнаку&lt;br /&gt;</w:t>
        <w:br/>
        <w:t>Все дивиться, очей не одрива,&lt;br /&gt;</w:t>
        <w:br/>
        <w:t>А він застиг, укляк на килимку,&lt;br /&gt;</w:t>
        <w:br/>
        <w:t>Щоб не вразить її, замріяну й тремку.</w:t>
      </w:r>
    </w:p>
    <w:p>
      <w:r>
        <w:br/>
        <w:t>35</w:t>
      </w:r>
    </w:p>
    <w:p>
      <w:r>
        <w:br/>
        <w:t>"Це ти? — спитала.— Тільки що вві сні&lt;br /&gt;</w:t>
        <w:br/>
        <w:t>Твій любий голос темряву німу&lt;br /&gt;</w:t>
        <w:br/>
        <w:t>Озвучував присягою мені,&lt;br /&gt;</w:t>
        <w:br/>
        <w:t>Твій погляд сяяв, і була в ньому&lt;br /&gt;</w:t>
        <w:br/>
        <w:t>Небесна ясність. А тепер — чому&lt;br /&gt;</w:t>
        <w:br/>
        <w:t>Ти так змінився, зблід і похолов?&lt;br /&gt;</w:t>
        <w:br/>
        <w:t>Озвись, осяй очима ночі тьму,&lt;br /&gt;</w:t>
        <w:br/>
        <w:t>Не покидай мене, хоч слово мов,&lt;br /&gt;</w:t>
        <w:br/>
        <w:t>Бо де подінусь я, коли ти вмреш, любов?"</w:t>
      </w:r>
    </w:p>
    <w:p>
      <w:r>
        <w:br/>
        <w:t>36</w:t>
      </w:r>
    </w:p>
    <w:p>
      <w:r>
        <w:br/>
        <w:t>Надлюдським захватом її слова&lt;br /&gt;</w:t>
        <w:br/>
        <w:t>Порфіро пройняли. Підвівся, весь&lt;br /&gt;</w:t>
        <w:br/>
        <w:t>Як зірка, що тремтить, легка й жива,&lt;br /&gt;</w:t>
        <w:br/>
        <w:t>В сапфіровій пустельності небес,&lt;br /&gt;</w:t>
        <w:br/>
        <w:t>I в сон ввійшов їй — так у полі десь&lt;br /&gt;</w:t>
        <w:br/>
        <w:t>Єднають пахощі в вечірній час&lt;br /&gt;</w:t>
        <w:br/>
        <w:t>Фіалка і троянда. Раптом скрес&lt;br /&gt;</w:t>
        <w:br/>
        <w:t>Морозний вітер і вікно потряс,&lt;br /&gt;</w:t>
        <w:br/>
        <w:t>Мов знак подаючи: Агнесин місяць гас.</w:t>
      </w:r>
    </w:p>
    <w:p>
      <w:r>
        <w:br/>
        <w:t>37</w:t>
      </w:r>
    </w:p>
    <w:p>
      <w:r>
        <w:br/>
        <w:t>"Темніє. Шквальний дощ у шиби б'є.&lt;br /&gt;</w:t>
        <w:br/>
        <w:t>О Маделіно, це не сон, а яв!"&lt;br /&gt;</w:t>
        <w:br/>
        <w:t>"Темніє. Буря. Горенько моє!&lt;br /&gt;</w:t>
        <w:br/>
        <w:t>Хто любий сон, мій рай у мене взяв?&lt;br /&gt;</w:t>
        <w:br/>
        <w:t>Мене ти кинеш для нових забав,&lt;br /&gt;</w:t>
        <w:br/>
        <w:t>Жорстокий! Хто ж твою направив хіть?&lt;br /&gt;</w:t>
        <w:br/>
        <w:t>Я не кляну, бо серце ти з'єднав&lt;br /&gt;</w:t>
        <w:br/>
        <w:t>Своє з моїм. Я спіймана у сіть,&lt;br /&gt;</w:t>
        <w:br/>
        <w:t>Я вже приборкана — й не маю сил злетіть".</w:t>
      </w:r>
    </w:p>
    <w:p>
      <w:r>
        <w:br/>
        <w:t>38</w:t>
      </w:r>
    </w:p>
    <w:p>
      <w:r>
        <w:br/>
        <w:t>"О наречена, мрійнице моя!&lt;br /&gt;</w:t>
        <w:br/>
        <w:t>Я буду твій щасливий паладин,&lt;br /&gt;</w:t>
        <w:br/>
        <w:t>Твоєї вроди щит! Я за життя&lt;br /&gt;</w:t>
        <w:br/>
        <w:t>В святині рук твоїх знайду спочин&lt;br /&gt;</w:t>
        <w:br/>
        <w:t>Од довгих пошуків, лихих годин!&lt;br /&gt;</w:t>
        <w:br/>
        <w:t>Голодний пілігрим, не знав я сну —&lt;br /&gt;</w:t>
        <w:br/>
        <w:t>I от гніздо знайшов, але з пташин&lt;br /&gt;</w:t>
        <w:br/>
        <w:t>Я заберу одну, тебе одну!&lt;br /&gt;</w:t>
        <w:br/>
        <w:t>Я не безвірник, ні, і храм твій не схитну.</w:t>
      </w:r>
    </w:p>
    <w:p>
      <w:r>
        <w:br/>
        <w:t>39</w:t>
      </w:r>
    </w:p>
    <w:p>
      <w:r>
        <w:br/>
        <w:t>Стривай: ця буря — буря чарівна,&lt;br /&gt;</w:t>
        <w:br/>
        <w:t>Страшна для інших, нам — як тепловій.&lt;br /&gt;</w:t>
        <w:br/>
        <w:t>Вставай, вставай! Світліє далина!&lt;br /&gt;</w:t>
        <w:br/>
        <w:t>Гулякам не до нас, вони ще свій&lt;br /&gt;</w:t>
        <w:br/>
        <w:t>Бенкет кінчають. Швидше-бо, мерщій!&lt;br /&gt;</w:t>
        <w:br/>
        <w:t>Їм вуха й очі хміль затамував,&lt;br /&gt;</w:t>
        <w:br/>
        <w:t>Їх присипляє солодко напій.&lt;br /&gt;</w:t>
        <w:br/>
        <w:t>Зведись, ходім у вересковий плав:&lt;br /&gt;</w:t>
        <w:br/>
        <w:t>На Півдні захист я тобі приготував".</w:t>
      </w:r>
    </w:p>
    <w:p>
      <w:r>
        <w:br/>
        <w:t>40</w:t>
      </w:r>
    </w:p>
    <w:p>
      <w:r>
        <w:br/>
        <w:t>Вона схопилась, на його слова&lt;br /&gt;</w:t>
        <w:br/>
        <w:t>Жахаючись, бо там дрімала скрізь&lt;br /&gt;</w:t>
        <w:br/>
        <w:t>Драконами сторожа замкова,&lt;br /&gt;</w:t>
        <w:br/>
        <w:t>I кожен, мабуть, мав готовий спис.&lt;br /&gt;</w:t>
        <w:br/>
        <w:t>По темних сходах поспішили вниз,&lt;br /&gt;</w:t>
        <w:br/>
        <w:t>Де лампу над дверми держав ланцюг,&lt;br /&gt;</w:t>
        <w:br/>
        <w:t>Де на шпалерах протяг м'яв і тис&lt;br /&gt;</w:t>
        <w:br/>
        <w:t>Без ліку псів, птахів, мисливців, слуг —&lt;br /&gt;</w:t>
        <w:br/>
        <w:t>I довгі килими погойдував навкруг.</w:t>
      </w:r>
    </w:p>
    <w:p>
      <w:r>
        <w:br/>
        <w:t>41</w:t>
      </w:r>
    </w:p>
    <w:p>
      <w:r>
        <w:br/>
        <w:t>У двір зійшли, подібні до примар,—&lt;br /&gt;</w:t>
        <w:br/>
        <w:t>Там під чавунним ганком на посту&lt;br /&gt;</w:t>
        <w:br/>
        <w:t>Скоцюрблений валявся воротар,&lt;br /&gt;</w:t>
        <w:br/>
        <w:t>Пустивши з рук посудину пусту.&lt;br /&gt;</w:t>
        <w:br/>
        <w:t>Розумний пес підвівся, шерсть густу&lt;br /&gt;</w:t>
        <w:br/>
        <w:t>Струснув, але впізнав і знову ліг.&lt;br /&gt;</w:t>
        <w:br/>
        <w:t>Запори подались — і в темноту&lt;br /&gt;</w:t>
        <w:br/>
        <w:t>Вони ступили за старий поріг,&lt;br /&gt;</w:t>
        <w:br/>
        <w:t>I брама стогоном випроводжала їх.</w:t>
      </w:r>
    </w:p>
    <w:p>
      <w:r>
        <w:br/>
        <w:t>42</w:t>
      </w:r>
    </w:p>
    <w:p>
      <w:r>
        <w:br/>
        <w:t>I геть пішли. Так, так, віки тому&lt;br /&gt;</w:t>
        <w:br/>
        <w:t>Сліди коханих дощ бурхливий змив.&lt;br /&gt;</w:t>
        <w:br/>
        <w:t>Барон заснув, і снилося йому&lt;br /&gt;</w:t>
        <w:br/>
        <w:t>I всім гостям його багато див —&lt;br /&gt;</w:t>
        <w:br/>
        <w:t>Трун, упирів, відьом. Кошмар гнітив&lt;br /&gt;</w:t>
        <w:br/>
        <w:t>Їх довго. Анджелу стару спіткав&lt;br /&gt;</w:t>
        <w:br/>
        <w:t>Параліч — і лице їй одмінив.&lt;br /&gt;</w:t>
        <w:br/>
        <w:t>Чернець після своїх молінь, відправ&lt;br /&gt;</w:t>
        <w:br/>
        <w:t>У згаслім попелі, всіма забутий, спав.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Св. Агнеси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