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Вдовиця</w:t>
      </w:r>
    </w:p>
    <w:p>
      <w:r>
        <w:br/>
        <w:t xml:space="preserve"> &lt;blockquote&gt;"На ранок він мене покине,&lt;br /&gt;</w:t>
        <w:br/>
        <w:t>коли мої надії відлетять".&lt;br /&gt;</w:t>
        <w:br/>
        <w:t>Едґар По.&lt;br /&gt;</w:t>
        <w:br/>
        <w:t>&lt;/blockquote&gt;&lt;br /&gt;</w:t>
        <w:br/>
        <w:t>1.</w:t>
      </w:r>
    </w:p>
    <w:p>
      <w:r>
        <w:br/>
        <w:t>Ще сонце у горах за гострі ґраніти&lt;br /&gt;</w:t>
        <w:br/>
        <w:t>не встигло вечірній свій блиск віднести,&lt;br /&gt;</w:t>
        <w:br/>
        <w:t>а вже у бору із повітря на віти&lt;br /&gt;</w:t>
        <w:br/>
        <w:t>спустили тумани холодні хвости.</w:t>
      </w:r>
    </w:p>
    <w:p>
      <w:r>
        <w:br/>
        <w:t>І з Альпів, де грізно круки крячуть віщі,&lt;br /&gt;</w:t>
        <w:br/>
        <w:t>почувся розпукою пройнятий спів,&lt;br /&gt;</w:t>
        <w:br/>
        <w:t>аж я у казармі на вогкім горищі&lt;br /&gt;</w:t>
        <w:br/>
        <w:t>до самого серця єством затремтів:</w:t>
      </w:r>
    </w:p>
    <w:p>
      <w:r>
        <w:br/>
        <w:t>,,У мене був муж по-гірському високий&lt;br /&gt;</w:t>
        <w:br/>
        <w:t>та ще й і мисливець гірський на ввесь ліс,&lt;br /&gt;</w:t>
        <w:br/>
        <w:t>але вже немає його аж два роки,&lt;br /&gt;</w:t>
        <w:br/>
        <w:t>і висить в коморі без пострілу кріс.</w:t>
      </w:r>
    </w:p>
    <w:p>
      <w:r>
        <w:br/>
        <w:t>А посеред хати, де хутра ведмежі&lt;br /&gt;</w:t>
        <w:br/>
        <w:t>на світ поглядають склом чорних зіниць,&lt;br /&gt;</w:t>
        <w:br/>
        <w:t>все ліжко обвішане ґроном одежі&lt;br /&gt;</w:t>
        <w:br/>
        <w:t>з найкращих, вовнистих, альпійських лисиць.</w:t>
      </w:r>
    </w:p>
    <w:p>
      <w:r>
        <w:br/>
        <w:t>Та крук на березі із дзьобом кривавим&lt;br /&gt;</w:t>
        <w:br/>
        <w:t>щоранку гукає до ґанку та стін&lt;br /&gt;</w:t>
        <w:br/>
        <w:t>про те, що із поля воєнної слави&lt;br /&gt;</w:t>
        <w:br/>
        <w:t>ніколи до гір вже не вернеться він.&lt;br /&gt;</w:t>
        <w:br/>
        <w:t>І ось над проваллям стою кожний вечір,&lt;br /&gt;</w:t>
        <w:br/>
        <w:t>де й ніч пролітає, мов тихая мить,&lt;br /&gt;</w:t>
        <w:br/>
        <w:t>і гірко тужінням здригаються плечі,&lt;br /&gt;</w:t>
        <w:br/>
        <w:t>аж доки на дерево крук прилетить.&lt;br /&gt;</w:t>
        <w:br/>
        <w:t>І жду я, і жду я вже іншого мужа&lt;br /&gt;</w:t>
        <w:br/>
        <w:t>і з рідних околиць, і з дальних країн,&lt;br /&gt;</w:t>
        <w:br/>
        <w:t>щоб дати йому так, як серце ще здужа,&lt;br /&gt;</w:t>
        <w:br/>
        <w:t>тремтіння і ласку гарячих колін.</w:t>
      </w:r>
    </w:p>
    <w:p>
      <w:r>
        <w:br/>
        <w:t>2.&lt;br /&gt;</w:t>
        <w:br/>
        <w:t>Приходьте ж, звичайні, приходьте й, бояни,&lt;br /&gt;</w:t>
        <w:br/>
        <w:t>і ніжно того, щиросердно кажу,&lt;br /&gt;</w:t>
        <w:br/>
        <w:t>хто вранці прибуде і буде слух'яний,&lt;br /&gt;</w:t>
        <w:br/>
        <w:t>я в шлюбнеє ліжко сама положу.&lt;br /&gt;</w:t>
        <w:br/>
        <w:t>А мужа того, що засвітить підкови&lt;br /&gt;</w:t>
        <w:br/>
        <w:t>в обіднюю пору до мене у двір&lt;br /&gt;</w:t>
        <w:br/>
        <w:t>і буде покірний мені до розмови,&lt;br /&gt;</w:t>
        <w:br/>
        <w:t>я в клуню пошлю під одежу із шкір.&lt;br /&gt;</w:t>
        <w:br/>
        <w:t>Того ж я, що прийде, як випливуть зорі,&lt;br /&gt;</w:t>
        <w:br/>
        <w:t>і буде під чобіт стелитися мій,&lt;br /&gt;</w:t>
        <w:br/>
        <w:t>запру ночувати в дубовій коморі,&lt;br /&gt;</w:t>
        <w:br/>
        <w:t>щоб мав аж до ранку собі супокій.&lt;br /&gt;</w:t>
        <w:br/>
        <w:t>І всі вони там хоч до Божого Суду&lt;br /&gt;</w:t>
        <w:br/>
        <w:t>нехай кабанами хропуть, мов з-під лав,&lt;br /&gt;</w:t>
        <w:br/>
        <w:t>та я на подвір'ї самотняя буду&lt;br /&gt;</w:t>
        <w:br/>
        <w:t>тужити невтішно у білий рукав.&lt;br /&gt;</w:t>
        <w:br/>
        <w:t>Бо став би навіки аж той за дружину,&lt;br /&gt;</w:t>
        <w:br/>
        <w:t>хто здер би зухвало мої спідниці&lt;br /&gt;</w:t>
        <w:br/>
        <w:t>і стиснув за стан, щоб, відкинувши спину,&lt;br /&gt;</w:t>
        <w:br/>
        <w:t>я в нього й зомліла на дужій руці.&lt;br /&gt;</w:t>
        <w:br/>
        <w:t>А він, щоб схилився до вуст, де аж піна&lt;br /&gt;</w:t>
        <w:br/>
        <w:t>покрила б зубів найсліпучіший ряд,&lt;br /&gt;</w:t>
        <w:br/>
        <w:t>щоб я і не зчулася, як і коліна&lt;br /&gt;</w:t>
        <w:br/>
        <w:t>він взяв би на шкурах убитих звірят.&lt;br /&gt;</w:t>
        <w:br/>
        <w:t>Ідіте ж, зухвалі, ідіте ж, стрімучі,&lt;br /&gt;</w:t>
        <w:br/>
        <w:t>мерщій до вдовиці гірського стрільця,&lt;br /&gt;</w:t>
        <w:br/>
        <w:t>щоб я не знайшла там на скелях у кручі&lt;br /&gt;</w:t>
        <w:br/>
        <w:t>себе у обіймах страшного кінця" ...</w:t>
      </w:r>
    </w:p>
    <w:p>
      <w:r>
        <w:br/>
        <w:t>3.&lt;br /&gt;</w:t>
        <w:br/>
        <w:t>І вийшов я в Альпи і там знайшов віллу&lt;br /&gt;</w:t>
        <w:br/>
        <w:t>з портретом якимсь на порозі без рям&lt;br /&gt;</w:t>
        <w:br/>
        <w:t>і світлу березу, безлисту та білу,&lt;br /&gt;</w:t>
        <w:br/>
        <w:t>і в неї ведмежий кожух під гіллям.&lt;br /&gt;</w:t>
        <w:br/>
        <w:t>Я в кручу схилився і, ніби пелюстку,&lt;br /&gt;</w:t>
        <w:br/>
        <w:t>з якою навіки розлуку взяв сад,&lt;br /&gt;</w:t>
        <w:br/>
        <w:t>побачив на гострій відколині хустку...&lt;br /&gt;</w:t>
        <w:br/>
        <w:t>і з жахом містичним хитнувся назад.&lt;br /&gt;</w:t>
        <w:br/>
        <w:t>Бо там на глибу неміреннім та млоснім&lt;br /&gt;</w:t>
        <w:br/>
        <w:t>кипіла вода по камінні у рин&lt;br /&gt;</w:t>
        <w:br/>
        <w:t>і в бризках котила повалені сосни&lt;br /&gt;</w:t>
        <w:br/>
        <w:t>з Гранітних, далеких, гірських височин.&lt;br /&gt;</w:t>
        <w:br/>
        <w:t>И назад я вертався, мов люди живі ще&lt;br /&gt;</w:t>
        <w:br/>
        <w:t>із смертного бою без дум і без мук,&lt;br /&gt;</w:t>
        <w:br/>
        <w:t>аж бачу, що сівши на вогке горище,&lt;br /&gt;</w:t>
        <w:br/>
        <w:t>мене зустрічає і крякає крук...&lt;br /&gt;</w:t>
        <w:br/>
        <w:t>О, так, це той самий, бо з дзьобом червоним,&lt;br /&gt;</w:t>
        <w:br/>
        <w:t>що крякав і жінці прийдешнє її...&lt;br /&gt;</w:t>
        <w:br/>
        <w:t>І хто він такий тут в облуді ворони&lt;br /&gt;</w:t>
        <w:br/>
        <w:t>облітує ночі і ранки мої?&lt;br /&gt;</w:t>
        <w:br/>
        <w:t>Чи він може чинник недолі найвищий,&lt;br /&gt;</w:t>
        <w:br/>
        <w:t>що стежить за мною на кожнім сліду&lt;br /&gt;</w:t>
        <w:br/>
        <w:t>і кожну мету ще у зародку нищить,&lt;br /&gt;</w:t>
        <w:br/>
        <w:t>як тільки я серце до неї зведу?&lt;br /&gt;</w:t>
        <w:br/>
        <w:t>І хоче аби обернулися в дибу&lt;br /&gt;</w:t>
        <w:br/>
        <w:t>і тиша і дум чарівні голоси?..&lt;br /&gt;</w:t>
        <w:br/>
        <w:t>Та ворон зірвався в повітря, мов вибух,&lt;br /&gt;</w:t>
        <w:br/>
        <w:t>і швидко полинув в альпійські ліси.&lt;br /&gt;</w:t>
        <w:br/>
        <w:t>А я залишився з порожнім горищем&lt;br /&gt;</w:t>
        <w:br/>
        <w:t>пропащої стрічі, пропащих надій,&lt;br /&gt;</w:t>
        <w:br/>
        <w:t>що будуть душі і тоді золоті ще,&lt;br /&gt;</w:t>
        <w:br/>
        <w:t>коли вже і дух тут знеможеться мій. . 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Вдовиця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