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Важко прокинутись і піти...</w:t>
      </w:r>
    </w:p>
    <w:p>
      <w:r>
        <w:br/>
        <w:t xml:space="preserve"> Важко прокинутись і піти&lt;br /&gt;</w:t>
        <w:br/>
        <w:t>в ранок похмурий.&lt;br /&gt;</w:t>
        <w:br/>
        <w:t>"Де мій коханий?" – питала ти&lt;br /&gt;</w:t>
        <w:br/>
        <w:t>сторожа мурів.</w:t>
      </w:r>
    </w:p>
    <w:p>
      <w:r>
        <w:br/>
        <w:t>Вічна сторожа, звісно, не спить.&lt;br /&gt;</w:t>
        <w:br/>
        <w:t>Погляд відводить.&lt;br /&gt;</w:t>
        <w:br/>
        <w:t>Мовчки відводить погляд століть.&lt;br /&gt;</w:t>
        <w:br/>
        <w:t>Гордо відходить.</w:t>
      </w:r>
    </w:p>
    <w:p>
      <w:r>
        <w:br/>
        <w:t>Важко далі в чорному йти&lt;br /&gt;</w:t>
        <w:br/>
        <w:t>тілі і віці.&lt;br /&gt;</w:t>
        <w:br/>
        <w:t>"Де мій коханий?" – питала ти&lt;br /&gt;</w:t>
        <w:br/>
        <w:t>слуг кам'яниці.</w:t>
      </w:r>
    </w:p>
    <w:p>
      <w:r>
        <w:br/>
        <w:t>Слуги не знають, та не мовчать,&lt;br /&gt;</w:t>
        <w:br/>
        <w:t>древні й затяті.&lt;br /&gt;</w:t>
        <w:br/>
        <w:t>"Ми б віддали обмить, поховать.&lt;br /&gt;</w:t>
        <w:br/>
        <w:t>Ми не зі знаті".</w:t>
      </w:r>
    </w:p>
    <w:p>
      <w:r>
        <w:br/>
        <w:t>Сторож не скаже, служка не зна.&lt;br /&gt;</w:t>
        <w:br/>
        <w:t>Перед порогом&lt;br /&gt;</w:t>
        <w:br/>
        <w:t>ти озирнулась: подобизна&lt;br /&gt;</w:t>
        <w:br/>
        <w:t>духа святого.</w:t>
      </w:r>
    </w:p>
    <w:p>
      <w:r>
        <w:br/>
        <w:t>Важко розгледіть ранішній лик.&lt;br /&gt;</w:t>
        <w:br/>
        <w:t>Страшно ступити.&lt;br /&gt;</w:t>
        <w:br/>
        <w:t>"Ще не заходь, – сказав чоловік&lt;br /&gt;</w:t>
        <w:br/>
        <w:t>голосом битим, –</w:t>
      </w:r>
    </w:p>
    <w:p>
      <w:r>
        <w:br/>
        <w:t>ти не шукала право забуть,&lt;br /&gt;</w:t>
        <w:br/>
        <w:t>ти ще не зможеш.&lt;br /&gt;</w:t>
        <w:br/>
        <w:t>Тут або служать, або стережуть.&lt;br /&gt;</w:t>
        <w:br/>
        <w:t>Ділять по-своєму білу грудь&lt;br /&gt;</w:t>
        <w:br/>
        <w:t>слуги й сторожа".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Важко прокинутись і піти...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