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Важкі вітри не випили роси...</w:t>
      </w:r>
    </w:p>
    <w:p>
      <w:r>
        <w:br/>
        <w:t xml:space="preserve"> Важкі вітри не випили роси,&lt;br /&gt;</w:t>
        <w:br/>
        <w:t>Черлені трави бродять буйним соком,&lt;br /&gt;</w:t>
        <w:br/>
        <w:t>І вдалині під обрієм високим&lt;br /&gt;</w:t>
        <w:br/>
        <w:t>Лугів осінніх теплі голоси.</w:t>
      </w:r>
    </w:p>
    <w:p>
      <w:r>
        <w:br/>
        <w:t>А при багатті хлопці косарі&lt;br /&gt;</w:t>
        <w:br/>
        <w:t>І комбайнери у спецівках синіх&lt;br /&gt;</w:t>
        <w:br/>
        <w:t>Вплітають сміх до цих лугів осінніх,&lt;br /&gt;</w:t>
        <w:br/>
        <w:t>Ведуть пісні під маєвом зорі.</w:t>
      </w:r>
    </w:p>
    <w:p>
      <w:r>
        <w:br/>
        <w:t>Булькоче, пріє каша в казані,&lt;br /&gt;</w:t>
        <w:br/>
        <w:t>А клен русявий хилить ніжно віти,&lt;br /&gt;</w:t>
        <w:br/>
        <w:t>І йдуть в лугах, немов засмаглі діти,&lt;br /&gt;</w:t>
        <w:br/>
        <w:t>І поминулі, і прийдешні дні.</w:t>
      </w:r>
    </w:p>
    <w:p>
      <w:r>
        <w:br/>
        <w:t>Як хороше, як легко поміж них,&lt;br /&gt;</w:t>
        <w:br/>
        <w:t>Між цих людей, в труді людей живих,&lt;br /&gt;</w:t>
        <w:br/>
        <w:t>Між ними жить і поклоняться літу,&lt;br /&gt;</w:t>
        <w:br/>
        <w:t>Свою турботу, снами не сповиту,&lt;br /&gt;</w:t>
        <w:br/>
        <w:t>Свої думки у їхні перелить&lt;br /&gt;</w:t>
        <w:br/>
        <w:t>На все життя, а тільки ж не на мить.</w:t>
      </w:r>
    </w:p>
    <w:p>
      <w:r>
        <w:br/>
        <w:t>На все життя, з лугами, з берегами,&lt;br /&gt;</w:t>
        <w:br/>
        <w:t>Із травами, із зорями в воді,&lt;br /&gt;</w:t>
        <w:br/>
        <w:t>Щоб не спіткаться більше з'ворогами,&lt;br /&gt;</w:t>
        <w:br/>
        <w:t>Щоб не хилитись в горі та біді.</w:t>
      </w:r>
    </w:p>
    <w:p>
      <w:r>
        <w:br/>
        <w:t>1956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Важкі вітри не випили роси...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