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Варнак</w:t>
      </w:r>
    </w:p>
    <w:p>
      <w:r>
        <w:br/>
        <w:t xml:space="preserve"> Тиняючи на чужині&lt;br /&gt;</w:t>
        <w:br/>
        <w:t>Понад Елеком, стрів я діда&lt;br /&gt;</w:t>
        <w:br/>
        <w:t>Вельми старого. Наш земляк&lt;br /&gt;</w:t>
        <w:br/>
        <w:t>І недомучений варнак&lt;br /&gt;</w:t>
        <w:br/>
        <w:t>Старий той був. Та у неділю&lt;br /&gt;</w:t>
        <w:br/>
        <w:t>Якось у полі ми зустрілись&lt;br /&gt;</w:t>
        <w:br/>
        <w:t>Та й забалакались. Старий&lt;br /&gt;</w:t>
        <w:br/>
        <w:t>Згадав свою Волинь святую&lt;br /&gt;</w:t>
        <w:br/>
        <w:t>І волю-долю молодую,&lt;br /&gt;</w:t>
        <w:br/>
        <w:t>Свою бувальщину. І ми&lt;br /&gt;</w:t>
        <w:br/>
        <w:t>В траві за валом посідали,&lt;br /&gt;</w:t>
        <w:br/>
        <w:t>І розмовляли, сповідались&lt;br /&gt;</w:t>
        <w:br/>
        <w:t>Один другому. — Довгий вік! —&lt;br /&gt;</w:t>
        <w:br/>
        <w:t>Старий промовив. — Все од бога!&lt;br /&gt;</w:t>
        <w:br/>
        <w:t>Од бога все! А сам нічого&lt;br /&gt;</w:t>
        <w:br/>
        <w:t>Дурний не вдіє чоловік!&lt;br /&gt;</w:t>
        <w:br/>
        <w:t>Я сам, як бачиш, марне, всує,&lt;br /&gt;</w:t>
        <w:br/>
        <w:t>Я сам занівечив свій вік,&lt;br /&gt;</w:t>
        <w:br/>
        <w:t>І ні на кого не жалкую,&lt;br /&gt;</w:t>
        <w:br/>
        <w:t>І ні у кого не прошу я,&lt;br /&gt;</w:t>
        <w:br/>
        <w:t>Нічого не прошу. Отак,&lt;br /&gt;</w:t>
        <w:br/>
        <w:t>Мій сину, друже мій єдиний,&lt;br /&gt;</w:t>
        <w:br/>
        <w:t>Так і загину на чужині&lt;br /&gt;</w:t>
        <w:br/>
        <w:t>В неволі. — І старий варнак&lt;br /&gt;</w:t>
        <w:br/>
        <w:t>Заплакав нишком. Сивий брате!&lt;br /&gt;</w:t>
        <w:br/>
        <w:t>Поки живе надія в хаті,&lt;br /&gt;</w:t>
        <w:br/>
        <w:t>Нехай живе, не виганяй.&lt;br /&gt;</w:t>
        <w:br/>
        <w:t>Нехай пустку нетоплену&lt;br /&gt;</w:t>
        <w:br/>
        <w:t>Іноді нагріє.&lt;br /&gt;</w:t>
        <w:br/>
        <w:t>І потечуть з очей старих&lt;br /&gt;</w:t>
        <w:br/>
        <w:t>Сльози молодії;&lt;br /&gt;</w:t>
        <w:br/>
        <w:t>І, умитеє сльозами,&lt;br /&gt;</w:t>
        <w:br/>
        <w:t>Серце одпочине&lt;br /&gt;</w:t>
        <w:br/>
        <w:t>І полине із чужини&lt;br /&gt;</w:t>
        <w:br/>
        <w:t>На свою країну.&lt;br /&gt;</w:t>
        <w:br/>
        <w:t>— Багато дечого не стало, —&lt;br /&gt;</w:t>
        <w:br/>
        <w:t>Сказав старий. — Води чимало&lt;br /&gt;</w:t>
        <w:br/>
        <w:t>Із Ікви в (Пропуск в автографі Шевченка.) утекло...&lt;br /&gt;</w:t>
        <w:br/>
        <w:t>Над Іквою було село, —&lt;br /&gt;</w:t>
        <w:br/>
        <w:t>У тім селі на безталання&lt;br /&gt;</w:t>
        <w:br/>
        <w:t>Та на погибель виріс я.&lt;br /&gt;</w:t>
        <w:br/>
        <w:t>Лихая доленька моя!..&lt;br /&gt;</w:t>
        <w:br/>
        <w:t>У нашої старої пані&lt;br /&gt;</w:t>
        <w:br/>
        <w:t>Малії паничі були;&lt;br /&gt;</w:t>
        <w:br/>
        <w:t>Таки однолітки зо мною.&lt;br /&gt;</w:t>
        <w:br/>
        <w:t>Вона й бере мене в покої&lt;br /&gt;</w:t>
        <w:br/>
        <w:t>Синкам на виграшку. Росли,&lt;br /&gt;</w:t>
        <w:br/>
        <w:t>Росли панята, виростали,&lt;br /&gt;</w:t>
        <w:br/>
        <w:t>Як ті щенята. Покусали&lt;br /&gt;</w:t>
        <w:br/>
        <w:t>Не одного мене малі.&lt;br /&gt;</w:t>
        <w:br/>
        <w:t>Отож і вчити почали&lt;br /&gt;</w:t>
        <w:br/>
        <w:t>Письму панят. На безголів'я&lt;br /&gt;</w:t>
        <w:br/>
        <w:t>І я учуся. Слізьми! Кров'ю!&lt;br /&gt;</w:t>
        <w:br/>
        <w:t>Письмо те полилося... Нас,&lt;br /&gt;</w:t>
        <w:br/>
        <w:t>Дешевших панської собаки,&lt;br /&gt;</w:t>
        <w:br/>
        <w:t>Письму учить?!&lt;br /&gt;</w:t>
        <w:br/>
        <w:t>Молитись богу&lt;br /&gt;</w:t>
        <w:br/>
        <w:t>Та за ралом спотикатись,&lt;br /&gt;</w:t>
        <w:br/>
        <w:t>А більше нічого&lt;br /&gt;</w:t>
        <w:br/>
        <w:t>Не повинен знать невольник, —&lt;br /&gt;</w:t>
        <w:br/>
        <w:t>Така його доля.&lt;br /&gt;</w:t>
        <w:br/>
        <w:t>Отож і вивчився я, виріс,&lt;br /&gt;</w:t>
        <w:br/>
        <w:t>Прошу собі волі, —&lt;br /&gt;</w:t>
        <w:br/>
        <w:t>Не дає. І в москалі,&lt;br /&gt;</w:t>
        <w:br/>
        <w:t>Проклята, не голить.&lt;br /&gt;</w:t>
        <w:br/>
        <w:t>Що тут на світі робити?&lt;br /&gt;</w:t>
        <w:br/>
        <w:t>Пішов я до рала...&lt;br /&gt;</w:t>
        <w:br/>
        <w:t>А паничів у гвардію&lt;br /&gt;</w:t>
        <w:br/>
        <w:t>Поопреділяла...&lt;br /&gt;</w:t>
        <w:br/>
        <w:t>Година тяжкая настала!&lt;br /&gt;</w:t>
        <w:br/>
        <w:t>Настали тяжкії літа!&lt;br /&gt;</w:t>
        <w:br/>
        <w:t>Отож працюю я за ралом.&lt;br /&gt;</w:t>
        <w:br/>
        <w:t>Я був убогий сирота.&lt;br /&gt;</w:t>
        <w:br/>
        <w:t>А у сусіда виростала&lt;br /&gt;</w:t>
        <w:br/>
        <w:t>У наймах дівчина. І я...&lt;br /&gt;</w:t>
        <w:br/>
        <w:t>О доле! Доленько моя!&lt;br /&gt;</w:t>
        <w:br/>
        <w:t>О боже мій! О мій єдиний!&lt;br /&gt;</w:t>
        <w:br/>
        <w:t>Воно тоді було дитина,&lt;br /&gt;</w:t>
        <w:br/>
        <w:t>Воно... Не нам твої діла&lt;br /&gt;</w:t>
        <w:br/>
        <w:t>Судить, о боже наш великий!&lt;br /&gt;</w:t>
        <w:br/>
        <w:t>Отож вона мені на лихо&lt;br /&gt;</w:t>
        <w:br/>
        <w:t>Та на погибель підросла.&lt;br /&gt;</w:t>
        <w:br/>
        <w:t>Не довелось і надивитись,&lt;br /&gt;</w:t>
        <w:br/>
        <w:t>А я вже думав одружитись,&lt;br /&gt;</w:t>
        <w:br/>
        <w:t>І веселитися, і жить,&lt;br /&gt;</w:t>
        <w:br/>
        <w:t>Людей і господа хвалить...&lt;br /&gt;</w:t>
        <w:br/>
        <w:t>А довелося...&lt;br /&gt;</w:t>
        <w:br/>
        <w:t>Накупили&lt;br /&gt;</w:t>
        <w:br/>
        <w:t>І краму й пива наварили,&lt;br /&gt;</w:t>
        <w:br/>
        <w:t>Не довелося тільки пить.&lt;br /&gt;</w:t>
        <w:br/>
        <w:t>Старої пані бахур сивий&lt;br /&gt;</w:t>
        <w:br/>
        <w:t>Окрав той крам. Розлив те пиво,&lt;br /&gt;</w:t>
        <w:br/>
        <w:t>Пустив покриткою... Дарма.&lt;br /&gt;</w:t>
        <w:br/>
        <w:t>Минуло, годі... не до ладу&lt;br /&gt;</w:t>
        <w:br/>
        <w:t>Тепер і згадувать. Нема,&lt;br /&gt;</w:t>
        <w:br/>
        <w:t>Нема, минулося, пропало...&lt;br /&gt;</w:t>
        <w:br/>
        <w:t>Покинув ниву я і рало,&lt;br /&gt;</w:t>
        <w:br/>
        <w:t>Покинув хату і город,&lt;br /&gt;</w:t>
        <w:br/>
        <w:t>Усе покинув. Чорт нарадив.&lt;br /&gt;</w:t>
        <w:br/>
        <w:t>Пішов я в писарі в громаду.&lt;br /&gt;</w:t>
        <w:br/>
        <w:t>То сяк, то так минає год.&lt;br /&gt;</w:t>
        <w:br/>
        <w:t>Пишу собі, з людьми братаюсь&lt;br /&gt;</w:t>
        <w:br/>
        <w:t>Та добрих хлопців добираю.&lt;br /&gt;</w:t>
        <w:br/>
        <w:t>Минув і другий. Паничі&lt;br /&gt;</w:t>
        <w:br/>
        <w:t>На третє літо поз'їжджались,&lt;br /&gt;</w:t>
        <w:br/>
        <w:t>Уже засватані. Жили&lt;br /&gt;</w:t>
        <w:br/>
        <w:t>В дворі. Гуляли, в карти грали,&lt;br /&gt;</w:t>
        <w:br/>
        <w:t>Свого весілля дожидали&lt;br /&gt;</w:t>
        <w:br/>
        <w:t>Та молодих дівчат в селі,&lt;br /&gt;</w:t>
        <w:br/>
        <w:t>Мов бугаї, перебирали.&lt;br /&gt;</w:t>
        <w:br/>
        <w:t>Звичайне, паничі. Ждемо,&lt;br /&gt;</w:t>
        <w:br/>
        <w:t>І ми ждемо того весілля.&lt;br /&gt;</w:t>
        <w:br/>
        <w:t>Отож у клечальну неділю&lt;br /&gt;</w:t>
        <w:br/>
        <w:t>Їх і повінчано обох,&lt;br /&gt;</w:t>
        <w:br/>
        <w:t>Таки в домашньому костьолі, —&lt;br /&gt;</w:t>
        <w:br/>
        <w:t>Вони ляхи були. Ніколи&lt;br /&gt;</w:t>
        <w:br/>
        <w:t>Нічого кращого сам бог&lt;br /&gt;</w:t>
        <w:br/>
        <w:t>Не бачив на землі великій,&lt;br /&gt;</w:t>
        <w:br/>
        <w:t>Як молодії ті були...&lt;br /&gt;</w:t>
        <w:br/>
        <w:t>Заграла весело музика...&lt;br /&gt;</w:t>
        <w:br/>
        <w:t>Їх із костьола повели&lt;br /&gt;</w:t>
        <w:br/>
        <w:t>В возобновлении' покої.&lt;br /&gt;</w:t>
        <w:br/>
        <w:t>А ми й зустріли їх і всіх —&lt;br /&gt;</w:t>
        <w:br/>
        <w:t>Княжат, панят і молодих —&lt;br /&gt;</w:t>
        <w:br/>
        <w:t>Всіх перерізали. Рудою&lt;br /&gt;</w:t>
        <w:br/>
        <w:t>Весілля вмилося. Не втік&lt;br /&gt;</w:t>
        <w:br/>
        <w:t>Ніже єдиний католик.&lt;br /&gt;</w:t>
        <w:br/>
        <w:t>Всі полягли, мов поросята&lt;br /&gt;</w:t>
        <w:br/>
        <w:t>В багні смердячому. А ми,&lt;br /&gt;</w:t>
        <w:br/>
        <w:t>Упоравшись, пішли шукати&lt;br /&gt;</w:t>
        <w:br/>
        <w:t>Нової хати і найшли&lt;br /&gt;</w:t>
        <w:br/>
        <w:t>Зелену хату і кімнату&lt;br /&gt;</w:t>
        <w:br/>
        <w:t>У гаї темному. В лугах,&lt;br /&gt;</w:t>
        <w:br/>
        <w:t>В степах широких, в байраках&lt;br /&gt;</w:t>
        <w:br/>
        <w:t>Крутих, глибоких. Всюди хата.&lt;br /&gt;</w:t>
        <w:br/>
        <w:t>Було де в хаті погуляти&lt;br /&gt;</w:t>
        <w:br/>
        <w:t>І одпочити де було.&lt;br /&gt;</w:t>
        <w:br/>
        <w:t>Мене господарем обрали.&lt;br /&gt;</w:t>
        <w:br/>
        <w:t>Сім'я моя щодень росла&lt;br /&gt;</w:t>
        <w:br/>
        <w:t>І вже до сотні доростала.&lt;br /&gt;</w:t>
        <w:br/>
        <w:t>Мов поросяча, кров лилась,&lt;br /&gt;</w:t>
        <w:br/>
        <w:t>Я різав все, що паном звалось,&lt;br /&gt;</w:t>
        <w:br/>
        <w:t>Без милосерді я і зла,&lt;br /&gt;</w:t>
        <w:br/>
        <w:t>І різав так. І сам не знаю,&lt;br /&gt;</w:t>
        <w:br/>
        <w:t>Чого хотілося мені?&lt;br /&gt;</w:t>
        <w:br/>
        <w:t>Ходив три года я з ножами,&lt;br /&gt;</w:t>
        <w:br/>
        <w:t>Неначе п'яний той різник.&lt;br /&gt;</w:t>
        <w:br/>
        <w:t>До сльоз, до крові, до пожару,&lt;br /&gt;</w:t>
        <w:br/>
        <w:t>До всього, всього я привик.&lt;br /&gt;</w:t>
        <w:br/>
        <w:t>Було, мов жабу ту, на списі&lt;br /&gt;</w:t>
        <w:br/>
        <w:t>Спряжеш дитину на огні&lt;br /&gt;</w:t>
        <w:br/>
        <w:t>Або панянку білолицю&lt;br /&gt;</w:t>
        <w:br/>
        <w:t>Розіпнеш голу на коні&lt;br /&gt;</w:t>
        <w:br/>
        <w:t>Та й пустиш в степ.&lt;br /&gt;</w:t>
        <w:br/>
        <w:t>Всього, всього тоді бувало —&lt;br /&gt;</w:t>
        <w:br/>
        <w:t>І все докучило мені...&lt;br /&gt;</w:t>
        <w:br/>
        <w:t>Одурів я, тяжко стало&lt;br /&gt;</w:t>
        <w:br/>
        <w:t>У вертепах жити.&lt;br /&gt;</w:t>
        <w:br/>
        <w:t>Думав сам себе зарізать,&lt;br /&gt;</w:t>
        <w:br/>
        <w:t>Щоб не нудить світом.&lt;br /&gt;</w:t>
        <w:br/>
        <w:t>І зарізав би, та диво,&lt;br /&gt;</w:t>
        <w:br/>
        <w:t>Диво дивне сталось&lt;br /&gt;</w:t>
        <w:br/>
        <w:t>Надо мною, недолюдом...&lt;br /&gt;</w:t>
        <w:br/>
        <w:t>Вже на світ займалось,&lt;br /&gt;</w:t>
        <w:br/>
        <w:t>Вийшов я з ножем в халяві&lt;br /&gt;</w:t>
        <w:br/>
        <w:t>З Броварського лісу,&lt;br /&gt;</w:t>
        <w:br/>
        <w:t>Щоб зарізаться. Дивлюся,&lt;br /&gt;</w:t>
        <w:br/>
        <w:t>Мов на небі висить&lt;br /&gt;</w:t>
        <w:br/>
        <w:t>Святий Київ наш великий.&lt;br /&gt;</w:t>
        <w:br/>
        <w:t>Святим дивом сяють&lt;br /&gt;</w:t>
        <w:br/>
        <w:t>Храми божі, ніби з самим&lt;br /&gt;</w:t>
        <w:br/>
        <w:t>Богом розмовляють.&lt;br /&gt;</w:t>
        <w:br/>
        <w:t>Дивлюся я, а сам млію.&lt;br /&gt;</w:t>
        <w:br/>
        <w:t>Тихо задзвонили&lt;br /&gt;</w:t>
        <w:br/>
        <w:t>У Києві, мов на небі...&lt;br /&gt;</w:t>
        <w:br/>
        <w:t>О боже мій милий,&lt;br /&gt;</w:t>
        <w:br/>
        <w:t>Який дивний ти! Я плакав,&lt;br /&gt;</w:t>
        <w:br/>
        <w:t>До полудня плакав.&lt;br /&gt;</w:t>
        <w:br/>
        <w:t>Та так мені любо стало;&lt;br /&gt;</w:t>
        <w:br/>
        <w:t>І малого знаку&lt;br /&gt;</w:t>
        <w:br/>
        <w:t>Нудьги тії не осталось,&lt;br /&gt;</w:t>
        <w:br/>
        <w:t>Мов переродився...&lt;br /&gt;</w:t>
        <w:br/>
        <w:t>Подивився кругом себе&lt;br /&gt;</w:t>
        <w:br/>
        <w:t>І, перехрестившись,&lt;br /&gt;</w:t>
        <w:br/>
        <w:t>Пішов собі тихо в Київ —&lt;br /&gt;</w:t>
        <w:br/>
        <w:t>Не святим молитись,&lt;br /&gt;</w:t>
        <w:br/>
        <w:t>А суда, суда людського&lt;br /&gt;</w:t>
        <w:br/>
        <w:t>У людей просити.</w:t>
      </w:r>
    </w:p>
    <w:p>
      <w:r>
        <w:br/>
        <w:t>[Орська кріпость 1848] — [С.-Петербург (?) 1858]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Варнак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