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Варчина коса</w:t>
      </w:r>
    </w:p>
    <w:p>
      <w:r>
        <w:br/>
        <w:t xml:space="preserve"> &lt;p&gt;— Варко, а хто тебе любить? — репетує кожної перерви Гачківський, найвредніший хлопець у класі.</w:t>
      </w:r>
    </w:p>
    <w:p>
      <w:r>
        <w:br/>
        <w:t>— А яке твоє діло? — відповідає Варя.</w:t>
      </w:r>
    </w:p>
    <w:p>
      <w:r>
        <w:br/>
        <w:t>— Руда ще й ластата, гиля з меї хати! — виспівує, що збреде в дурну голову, Гачківський.</w:t>
      </w:r>
    </w:p>
    <w:p>
      <w:r>
        <w:br/>
        <w:t>Варя здебільшого промовчує, але коли вже той аж ну допече, то вона зводить очі на Василя, але щоб не дуже й бачив хто.</w:t>
      </w:r>
    </w:p>
    <w:p>
      <w:r>
        <w:br/>
        <w:t>Той, правда, не буде перед класом показувати, що він любить Варю, одвертається. Але одного разу не стерпів і десь у кутку придушив Гачка. Варя бачила. Гачок після того кілька разів підходив до Варі, руки в кишенях, вихра стирчить на білій голові, складав тонкі губи трубочкою і ворушив ними, мовби хотів щось казати.</w:t>
      </w:r>
    </w:p>
    <w:p>
      <w:r>
        <w:br/>
        <w:t>"Вредне й негарне", — думала Варя про Гачка й згадувала Василя. Якийсь він такий: дивиться на неї і мовчить, дивиться і мовчить.</w:t>
      </w:r>
    </w:p>
    <w:p>
      <w:r>
        <w:br/>
        <w:t>Вона підбігла на великій перерві до гурту хлопців, що зібралися біля турніка, і гукнула Василя: "Ходи, вчителька географії кличе".</w:t>
      </w:r>
    </w:p>
    <w:p>
      <w:r>
        <w:br/>
        <w:t>— Чого їй? — не знав той, куди очі подіти.</w:t>
      </w:r>
    </w:p>
    <w:p>
      <w:r>
        <w:br/>
        <w:t>— Скаже,— на те Варя.</w:t>
      </w:r>
    </w:p>
    <w:p>
      <w:r>
        <w:br/>
        <w:t>— Варко,— гукнуло з гурту,— то це в тебе коса прив'язана чи своя?</w:t>
      </w:r>
    </w:p>
    <w:p>
      <w:r>
        <w:br/>
        <w:t>— А вгадайте!</w:t>
      </w:r>
    </w:p>
    <w:p>
      <w:r>
        <w:br/>
        <w:t>— Та роботи в нас нема, як угадувати...</w:t>
      </w:r>
    </w:p>
    <w:p>
      <w:r>
        <w:br/>
        <w:t>— Своя, видно,— хтось дуже розумний. — У Лени теж така, я смикав.</w:t>
      </w:r>
    </w:p>
    <w:p>
      <w:r>
        <w:br/>
        <w:t>— Та де,— не вірили інші,— в Лени не така, ця краща. Варя крутнулася, аж коса звилася, що їй тих вреднюків слухати. И Василеві знов:</w:t>
      </w:r>
    </w:p>
    <w:p>
      <w:r>
        <w:br/>
        <w:t>— То йди вже, чого ти?</w:t>
      </w:r>
    </w:p>
    <w:p>
      <w:r>
        <w:br/>
        <w:t>— Піду,— і рушив неохоче. Бо ж хлопці напосміхаються з нього: дівчину слухається.</w:t>
      </w:r>
    </w:p>
    <w:p>
      <w:r>
        <w:br/>
        <w:t>— Це б розплести твою косу,— бадьоренький чийсь голосок, як уже Василь одійшов.</w:t>
      </w:r>
    </w:p>
    <w:p>
      <w:r>
        <w:br/>
        <w:t>Варя вхопилася за вуста, наче злякалася: от вилетять слова — страшні, помстливі. І тільки й спромоглась, що:</w:t>
      </w:r>
    </w:p>
    <w:p>
      <w:r>
        <w:br/>
        <w:t>— Не для тебе запліталася! — Й кинулась геть.</w:t>
      </w:r>
    </w:p>
    <w:p>
      <w:r>
        <w:br/>
        <w:t>Та й не чула більше, що там вони кажуть, бо й немов хтось на когось посварювався,— байдуже Варці.</w:t>
      </w:r>
    </w:p>
    <w:p>
      <w:r>
        <w:br/>
        <w:t>І на всіх уроках, які ще сьогодні були, її наче хто підмінив: руки не піднімала, аж учителі дивувались, що це з нею, і все їй стояло перед очима, як Василь повертається, і йде мовчки, і навіть не оглянувся. "Чув же він, чув",— мучилась Варка і не знаходила відповіді.</w:t>
      </w:r>
    </w:p>
    <w:p>
      <w:r>
        <w:br/>
        <w:t>А вдома, коли вже й вечір її застав, Варка довго не могла заснути, сиділа на ліжку з розплетеною косою. їй здавалось, що якщо вона сидітиме ось так, то в голові будуть одні й ті ж думки, а вона не хотіла цього. Сповзла як нежива з ліжка, ступила в якусь глибину. Як вона не любила цього ліжка, ой! Завжди лякається, коли зранку, в сутінки, хочеш ступити донизу — і наче летиш у прірву: ліжко високе, як біла гора. Зіперлась на підвіконня, глянула в сад Варка. Дерев так багато, далеко-далеко вони, і між деревами мовби тато походжає, високий, аж найвищих гілок шкіряною шапкою дістає. "Варя — моя кров,— каже комусь батько,— ми з нею як і посваримось, то краще виходить, ніж з кимось до ладу поговориш".</w:t>
      </w:r>
    </w:p>
    <w:p>
      <w:r>
        <w:br/>
        <w:t>"Ой, мовчіть, тату",— хоче сказати Варка, і батько пропадає в вечірньому тумані.</w:t>
      </w:r>
    </w:p>
    <w:p>
      <w:r>
        <w:br/>
        <w:t>Яке воно в неї, волосся? У тому світлі, що є надворі, волосся темне, а це ж не так. Варка позбирала його в обидві долоні, від шиї прогорнула, притулила два товсті хвости до скла, нехай мерзне — шибка ж холодна, а потім так повідпадає, щоб тільки трішечки на голові зосталось.</w:t>
      </w:r>
    </w:p>
    <w:p>
      <w:r>
        <w:br/>
        <w:t>"Говоріть собі, я зроблю так, щоб більше не балакали",— думала, прикладаючи волосся до інших місць на шибці, бо ті вже понагрівались. Варка обняла себе за плечі — тягне од вікна — й, толочачи поділ сорочки, подибала до ліжка.</w:t>
      </w:r>
    </w:p>
    <w:p>
      <w:r>
        <w:br/>
        <w:t>Отако зіперлась руками, аж вони потонули в перині, потупцяла на килимку і полізла на свою гору. У вікно подивилася: сад перевернувся, тільки хитнуло раз, другий, тиша. А завтра неділя.</w:t>
      </w:r>
    </w:p>
    <w:p>
      <w:r>
        <w:br/>
        <w:t>З тією радістю й заснула Варка.</w:t>
      </w:r>
    </w:p>
    <w:p>
      <w:r>
        <w:br/>
        <w:t>Коли розплющила очі, то не повірила, що вже день, навіть на вікно не схотіла дивитись — туман там, дощ чи сонце зійшло. І враз шуми напливли з різних боків — злетів літак, гудів, гудів, аж поки не піднявся високо-високо, за стіною дзенькнула дужка на відрі — то, мабуть, батько воду вніс і до матері забалакав. Аж це Микола забіг до Варки:</w:t>
      </w:r>
    </w:p>
    <w:p>
      <w:r>
        <w:br/>
        <w:t>— Варко, вставай-но вже, мати сказала.</w:t>
      </w:r>
    </w:p>
    <w:p>
      <w:r>
        <w:br/>
        <w:t>— Не чіпай, Миколо,— немов схаменулася Варка. — Скажи мамі, що я вже встаю, йди скажи.</w:t>
      </w:r>
    </w:p>
    <w:p>
      <w:r>
        <w:br/>
        <w:t>— Вставай, Варко,— Микола заглядав їй у очі, ворушив бровами, усміхався, хотів, щоб і вона засміялась.</w:t>
      </w:r>
    </w:p>
    <w:p>
      <w:r>
        <w:br/>
        <w:t>— Встаю вже, Миколо, встаю... — А сама думала, що ж це з нею було цього вечора...</w:t>
      </w:r>
    </w:p>
    <w:p>
      <w:r>
        <w:br/>
        <w:t>Мати внесла повного кошика капустяного листя, поставила біля теплого,— Варка як вийшла до кухні в одній сорочці, то так і стояла, дивилась, як порається мати.</w:t>
      </w:r>
    </w:p>
    <w:p>
      <w:r>
        <w:br/>
        <w:t>— Що, встала, доцю? А Микола он уже й води наносив повно. Правда, Миколо?</w:t>
      </w:r>
    </w:p>
    <w:p>
      <w:r>
        <w:br/>
        <w:t>— Води наносив,— підтвердив Микола.</w:t>
      </w:r>
    </w:p>
    <w:p>
      <w:r>
        <w:br/>
        <w:t>— Мамо, я відріжу косу.</w:t>
      </w:r>
    </w:p>
    <w:p>
      <w:r>
        <w:br/>
        <w:t>— Ти що, здуріла?</w:t>
      </w:r>
    </w:p>
    <w:p>
      <w:r>
        <w:br/>
        <w:t>— Відріжу, мамо. В мене волосся січеться, хочете, щоб усе по-випадало?</w:t>
      </w:r>
    </w:p>
    <w:p>
      <w:r>
        <w:br/>
        <w:t>— То розчісуй дерев'яним гребінцем, ним добре, бабуся ж тобі залишила.</w:t>
      </w:r>
    </w:p>
    <w:p>
      <w:r>
        <w:br/>
        <w:t>— Та це не від гребінця, мамо, я знаю. Яким би не зачісувалась, а все одно буде випадати.</w:t>
      </w:r>
    </w:p>
    <w:p>
      <w:r>
        <w:br/>
        <w:t>— Ще раз, Варко, кажу тобі, не видумуй. І батько буде проти, я знаю. Ось він пішов до Петра, а прийде, то побачиш, буде проти, ще й накричить.</w:t>
      </w:r>
    </w:p>
    <w:p>
      <w:r>
        <w:br/>
        <w:t>— Не накричить, мамо, я небагато відріжу, що й непомітно буде, от побачите.</w:t>
      </w:r>
    </w:p>
    <w:p>
      <w:r>
        <w:br/>
        <w:t>— Так вже й непомітно. Якщо надумала, то, вважай, ножиці міри не знають.</w:t>
      </w:r>
    </w:p>
    <w:p>
      <w:r>
        <w:br/>
        <w:t>— Ну да, вони ж залізні.</w:t>
      </w:r>
    </w:p>
    <w:p>
      <w:r>
        <w:br/>
        <w:t>— Оце тобі й залізні. І як собі хочеш, а я різати не дам.</w:t>
      </w:r>
    </w:p>
    <w:p>
      <w:r>
        <w:br/>
        <w:t>— Нічого, мамо, вони знову відростуть.</w:t>
      </w:r>
    </w:p>
    <w:p>
      <w:r>
        <w:br/>
        <w:t>Мати сиділа на стільчику й перемивала капустяне листя. "Яка вона в мене велика й гарна",— подумала Варка.</w:t>
      </w:r>
    </w:p>
    <w:p>
      <w:r>
        <w:br/>
        <w:t>— Миколо, ану глянь, чи не батько там на подвір'ї?</w:t>
      </w:r>
    </w:p>
    <w:p>
      <w:r>
        <w:br/>
        <w:t>— Не батько,— відповів Микола.</w:t>
      </w:r>
    </w:p>
    <w:p>
      <w:r>
        <w:br/>
        <w:t>— Варю, вдягнись,— сказала мати,— а то хтось зайде.</w:t>
      </w:r>
    </w:p>
    <w:p>
      <w:r>
        <w:br/>
        <w:t>— Я думаю, мамо.</w:t>
      </w:r>
    </w:p>
    <w:p>
      <w:r>
        <w:br/>
        <w:t>— Про що ж думати? Я тобі що сказала? Так і буде.</w:t>
      </w:r>
    </w:p>
    <w:p>
      <w:r>
        <w:br/>
        <w:t>— Вам легко сказати.</w:t>
      </w:r>
    </w:p>
    <w:p>
      <w:r>
        <w:br/>
        <w:t>— А звідки ти знаєш, що легко, Варко? Микола радісно вигукнув:</w:t>
      </w:r>
    </w:p>
    <w:p>
      <w:r>
        <w:br/>
        <w:t>— Настя!</w:t>
      </w:r>
    </w:p>
    <w:p>
      <w:r>
        <w:br/>
        <w:t>— Доброго ранку,— привіталася тітка Настя.</w:t>
      </w:r>
    </w:p>
    <w:p>
      <w:r>
        <w:br/>
        <w:t>— Настя,— сказав Микола і взявся стягувати пальто з тітки.</w:t>
      </w:r>
    </w:p>
    <w:p>
      <w:r>
        <w:br/>
        <w:t>— Доброго,— відповіла мати. — Сідайте в нашій хаті.</w:t>
      </w:r>
    </w:p>
    <w:p>
      <w:r>
        <w:br/>
        <w:t>Тітка Настя поважним рухом звільнила голову від хустки, попустивши її на плечі, поглянула на Варку.</w:t>
      </w:r>
    </w:p>
    <w:p>
      <w:r>
        <w:br/>
        <w:t>— А що це Варочка, як русалочка, стала та й стоїть?</w:t>
      </w:r>
    </w:p>
    <w:p>
      <w:r>
        <w:br/>
        <w:t>— А косу хоче відрізати, чули таке?</w:t>
      </w:r>
    </w:p>
    <w:p>
      <w:r>
        <w:br/>
        <w:t>— Косу відрізати? Варю, а що це з тобою?</w:t>
      </w:r>
    </w:p>
    <w:p>
      <w:r>
        <w:br/>
        <w:t>— Каже, січуться, боїться, що зовсім повипадають,— мати тітці.</w:t>
      </w:r>
    </w:p>
    <w:p>
      <w:r>
        <w:br/>
        <w:t>— Трава для того всяка є, Варю, гарно вимити раз, другий — і минеться, ой-ой як минеться.</w:t>
      </w:r>
    </w:p>
    <w:p>
      <w:r>
        <w:br/>
        <w:t>— Вони мені заважають, тіточко,— промовила Варя.</w:t>
      </w:r>
    </w:p>
    <w:p>
      <w:r>
        <w:br/>
        <w:t>— То січуться, а то вже заважають? — подивилася на неї сердито мати.</w:t>
      </w:r>
    </w:p>
    <w:p>
      <w:r>
        <w:br/>
        <w:t>— Не кажіть же так, серце,— втрутилась тітка Настя.</w:t>
      </w:r>
    </w:p>
    <w:p>
      <w:r>
        <w:br/>
        <w:t>— Як же ж не казати, як не говорити, скажіть мені? — повела мати. — А ми ж як жили? Як з тим волоссям було? Бувало, заходимо з матір'ю в хату, а баба моя сидить коло столу, як квітка, зачесана на проділ, коси сиві. Видно, були дочки її. Вони приходили рідко, але як прийдуть, то бабу обов'язково зачешуть. Начеб лучче мене й вичешуть, де там. А моя матінка в плач, у сльози, в крик. І ну причитувати, приказувати. Чи я вас не доглядаю, чи я вас зобижаю, чи вам не виперу, не наварю?</w:t>
      </w:r>
    </w:p>
    <w:p>
      <w:r>
        <w:br/>
        <w:t>Варка стояла в довгому посеред світлиці, дивилась, яке світло гарне у вікні заходить, не пізнавала тих дерев, що ввечері бачила,— а що їх пізнавати, вони всі однакові, молоденькі,— і міркувала, чи сумно їй, чи так якось.</w:t>
      </w:r>
    </w:p>
    <w:p>
      <w:r>
        <w:br/>
        <w:t>— Та ви, Надю, вже не так на неї,— долітали до Варчиного слуху тітчині слова. — Вона ж у вас он яка дівка. Я чула, що хлопці вже б'ються за неї.</w:t>
      </w:r>
    </w:p>
    <w:p>
      <w:r>
        <w:br/>
        <w:t>— Ще їй в цю пору й хлопців, таке скажете.</w:t>
      </w:r>
    </w:p>
    <w:p>
      <w:r>
        <w:br/>
        <w:t>— Коса косою, аби душа зоставалась гарною.</w:t>
      </w:r>
    </w:p>
    <w:p>
      <w:r>
        <w:br/>
        <w:t>— Нас он в Німеччину як заганяли та везли на роботи, то ми й то не давали різати.</w:t>
      </w:r>
    </w:p>
    <w:p>
      <w:r>
        <w:br/>
        <w:t>— А мій чоловік покійний, як, бувало, п'яненький приходив, то за що ж — за косу перш і хапався.</w:t>
      </w:r>
    </w:p>
    <w:p>
      <w:r>
        <w:br/>
        <w:t>— От бачите, а проте не відрізали,— немов сміючись до Миколи.— Десь то і їй заболіло, тако ні сіло ні впало не здумає різати.</w:t>
      </w:r>
    </w:p>
    <w:p>
      <w:r>
        <w:br/>
        <w:t>— Що у наш час може бути, Настунько? Живи, вчись, горя не знай.</w:t>
      </w:r>
    </w:p>
    <w:p>
      <w:r>
        <w:br/>
        <w:t>— Та це так, але ж і доросла вона у вас, я тільки тепер-о і придивилась пильненько.</w:t>
      </w:r>
    </w:p>
    <w:p>
      <w:r>
        <w:br/>
        <w:t>Варка добре почула останні слова, і вони привели її до тями. Вона оглянулась і зустріла материн погляд — такий змучений якийсь.</w:t>
      </w:r>
    </w:p>
    <w:p>
      <w:r>
        <w:br/>
        <w:t>— Я піду, мамо,— мовила тихо Варка, і жінки вже їй ні слова не говорили, тільки дивились.</w:t>
      </w:r>
    </w:p>
    <w:p>
      <w:r>
        <w:br/>
        <w:t>І не зогледілась Варка, як вибігла на мороз. Батько стояв на подвір'ї, мабуть, не знав, що йому робити. Варя всміхнулась з тієї безпорадності батькової. Як йому добре, думала вона, був у дядька Петра, нагомонілись (Варка то знає, чого він такий добренький), а тепер боїться в хату заходити, бо там мама і тітка.</w:t>
      </w:r>
    </w:p>
    <w:p>
      <w:r>
        <w:br/>
        <w:t>— Тату, я косу відріжу, й мамі вже казала.</w:t>
      </w:r>
    </w:p>
    <w:p>
      <w:r>
        <w:br/>
        <w:t>— Та йди ти! Хіба візьмеш і відріжеш?</w:t>
      </w:r>
    </w:p>
    <w:p>
      <w:r>
        <w:br/>
        <w:t>— Ось зараз біжу, вже й одяглася.</w:t>
      </w:r>
    </w:p>
    <w:p>
      <w:r>
        <w:br/>
        <w:t>— Що ж ти, доню, собі надумала: взяти та й відрізати косу?</w:t>
      </w:r>
    </w:p>
    <w:p>
      <w:r>
        <w:br/>
        <w:t>— Та не бійтесь, тату, що ж мені буде?</w:t>
      </w:r>
    </w:p>
    <w:p>
      <w:r>
        <w:br/>
        <w:t>— Та роби, як хочеш, доню, тільки ж як це воно тепер буде, так наче й хтозна.</w:t>
      </w:r>
    </w:p>
    <w:p>
      <w:r>
        <w:br/>
        <w:t>Варці хотілося швидше піти, а батько ще щось думав казати.</w:t>
      </w:r>
    </w:p>
    <w:p>
      <w:r>
        <w:br/>
        <w:t>— Ти, Варю, дивись, я хіба тобі що зроблю? Ти ж знаєш, я нікого не боюсь. А якщо будуть казати, що ми тобі гроші за косу дамо, то ти не бери, хай вони сказяться. Відріжуть, і ти косу з собою забери, чула, Варко?</w:t>
      </w:r>
    </w:p>
    <w:p>
      <w:r>
        <w:br/>
        <w:t>— Добре, я вже піду, тату.</w:t>
      </w:r>
    </w:p>
    <w:p>
      <w:r>
        <w:br/>
        <w:t>Варка хотіла швиденько, але не так вийшло: вона вже на цій дорозі ой-ой скільки падала — канавки, у яких вода позамерзала і той льодок снігом пухкеньким затулився, аж тягнуть за ногу, щоб ступила.</w:t>
      </w:r>
    </w:p>
    <w:p>
      <w:r>
        <w:br/>
        <w:t>Літачок оно такий маленький випурхнув над деревами, що закривали аеродром. "Боже, наче з мене вилетів",— подумала Варка.</w:t>
      </w:r>
    </w:p>
    <w:p>
      <w:r>
        <w:br/>
        <w:t>їй здалось, що як тільки вона добіжить до тих високих тополь, за якими ще сад, а там уже й місто, то їй стане легко-легесенько. Але ще було йти та йти, і їй уже щось таке здавалось, наче біжить хто за нею, і вона аж ходу прискорювала.</w:t>
      </w:r>
    </w:p>
    <w:p>
      <w:r>
        <w:br/>
        <w:t>Проте оглянулася: Василь тупцює стежечкою за тими тополями. Чого це йому теж цієї пори до міста?</w:t>
      </w:r>
    </w:p>
    <w:p>
      <w:r>
        <w:br/>
        <w:t>— Варю, лови!</w:t>
      </w:r>
    </w:p>
    <w:p>
      <w:r>
        <w:br/>
        <w:t>Вона оглянулась і не встигла нагнутися: сніговою пилюкою їй війнуло на розкутану голову.</w:t>
      </w:r>
    </w:p>
    <w:p>
      <w:r>
        <w:br/>
        <w:t>І собі нагнулася — снігу зачерпнути.</w:t>
      </w:r>
    </w:p>
    <w:p>
      <w:r>
        <w:br/>
        <w:t>— А щоб знав, як на дівчат снігом кидатися!</w:t>
      </w:r>
    </w:p>
    <w:p>
      <w:r>
        <w:br/>
        <w:t>Та вже й дороги не розбирала, побігла між деревами, горнучи високий сніг колінами.</w:t>
      </w:r>
    </w:p>
    <w:p>
      <w:r>
        <w:br/>
        <w:t>— Варко, не втікай, щось скажу! — гукнув їй услід Василь.</w:t>
      </w:r>
    </w:p>
    <w:p>
      <w:r>
        <w:br/>
        <w:t>— А щоб знав,— нашіптувала Варка,— щоб знав.</w:t>
      </w:r>
    </w:p>
    <w:p>
      <w:r>
        <w:br/>
        <w:t>— Та он же де стежка, Варко!</w:t>
      </w:r>
    </w:p>
    <w:p>
      <w:r>
        <w:br/>
        <w:t>Варка вхопилася за гіллячко старої яблуні, аж отямилась трохи.</w:t>
      </w:r>
    </w:p>
    <w:p>
      <w:r>
        <w:br/>
        <w:t>Тихо так обізвалася:</w:t>
      </w:r>
    </w:p>
    <w:p>
      <w:r>
        <w:br/>
        <w:t>— А куди це ти зібрався вдосвіта?</w:t>
      </w:r>
    </w:p>
    <w:p>
      <w:r>
        <w:br/>
        <w:t>— По хліб до міста,— радо одказував, думаючи, що, може ж, по дорозі.</w:t>
      </w:r>
    </w:p>
    <w:p>
      <w:r>
        <w:br/>
        <w:t>— А я так. Ще й сама не знаю.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Варчина коса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