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Вандем'єр</w:t>
      </w:r>
    </w:p>
    <w:p>
      <w:r>
        <w:br/>
        <w:t xml:space="preserve"> Нащадки згадуйте про мене я ж бо жив&lt;br /&gt;</w:t>
        <w:br/>
        <w:t>У буряну добу падіння королів&lt;br /&gt;</w:t>
        <w:br/>
        <w:t>Один по одному в печаловитій тиші&lt;br /&gt;</w:t>
        <w:br/>
        <w:t>Свій скін безтрепетно стрічали августійші</w:t>
      </w:r>
    </w:p>
    <w:p>
      <w:r>
        <w:br/>
        <w:t>У вересні Париж буває чарівним&lt;br /&gt;</w:t>
        <w:br/>
        <w:t>Як виноградна ніч розжевріє над ним&lt;br /&gt;</w:t>
        <w:br/>
        <w:t>Рясними гронами і птахи винозорі&lt;br /&gt;</w:t>
        <w:br/>
        <w:t>В п'янкому захваті клюють достиглі зорі&lt;br /&gt;</w:t>
        <w:br/>
        <w:t>Що виновбрання ждуть на вранішній зорі</w:t>
      </w:r>
    </w:p>
    <w:p>
      <w:r>
        <w:br/>
        <w:t>Одного вечора якраз о цій порі&lt;br /&gt;</w:t>
        <w:br/>
        <w:t>Додому ідучи по набережжі Сени&lt;br /&gt;</w:t>
        <w:br/>
        <w:t>Я вчув протяжливий і урочистий спів&lt;br /&gt;</w:t>
        <w:br/>
        <w:t>Що часом замовкав щоб інших голосів&lt;br /&gt;</w:t>
        <w:br/>
        <w:t>Прийняти здалека зустрічні кантилени</w:t>
      </w:r>
    </w:p>
    <w:p>
      <w:r>
        <w:br/>
        <w:t>Вслухався довго я в той гомінкий крутіж&lt;br /&gt;</w:t>
        <w:br/>
        <w:t>Що звирував його розгуканий Париж&lt;br /&gt;</w:t>
        <w:br/>
        <w:t>Жага мене пече Міста усього світу&lt;br /&gt;</w:t>
        <w:br/>
        <w:t>Вливайтеся цілком в гортань мою неситу</w:t>
      </w:r>
    </w:p>
    <w:p>
      <w:r>
        <w:br/>
        <w:t>I глянь уже Париж нестримний в тій жазі&lt;br /&gt;</w:t>
        <w:br/>
        <w:t>Збирає солодощ без міри коштовиту&lt;br /&gt;</w:t>
        <w:br/>
        <w:t>Що дивогронами співає на лозі</w:t>
      </w:r>
    </w:p>
    <w:p>
      <w:r>
        <w:br/>
        <w:t>Тут обізвався Ренн за ним Кемпер і Ванн&lt;br /&gt;</w:t>
        <w:br/>
        <w:t>Ось ми Париже пий З найкращих поривань&lt;br /&gt;</w:t>
        <w:br/>
        <w:t>Що вигронилось тут що сонцем наіскрилось&lt;br /&gt;</w:t>
        <w:br/>
        <w:t>Тобі чудовний несемо в саможертовний принос&lt;br /&gt;</w:t>
        <w:br/>
        <w:t>Доми людей мозки і цвинтарі і мури&lt;br /&gt;</w:t>
        <w:br/>
        <w:t>Колиски повні крику якого ти ніколи не почуєш&lt;br /&gt;</w:t>
        <w:br/>
        <w:t>Думки наші річки з верхів'я до низів&lt;br /&gt;</w:t>
        <w:br/>
        <w:t>Шкіл пагінці і руки наші храми&lt;br /&gt;</w:t>
        <w:br/>
        <w:t>Що близяться дзвіницями перстами&lt;br /&gt;</w:t>
        <w:br/>
        <w:t>I розум наш гнучкий тобі шлемо&lt;br /&gt;</w:t>
        <w:br/>
        <w:t>Чудною тайною закритий на замок&lt;br /&gt;</w:t>
        <w:br/>
        <w:t>Фатальною лицарською на вроду&lt;br /&gt;</w:t>
        <w:br/>
        <w:t>Незнаною ні Греції ні Сходу&lt;br /&gt;</w:t>
        <w:br/>
        <w:t>Двоїстий розум наш потойбіч красоти&lt;br /&gt;</w:t>
        <w:br/>
        <w:t>Якого іншому повік не осягти&lt;br /&gt;</w:t>
        <w:br/>
        <w:t>Двоїстий сенс прадавньої Бретані&lt;br /&gt;</w:t>
        <w:br/>
        <w:t>Де океан в напрузі ненастанній&lt;br /&gt;</w:t>
        <w:br/>
        <w:t>Прибоями старий валашить материк</w:t>
      </w:r>
    </w:p>
    <w:p>
      <w:r>
        <w:br/>
        <w:t>I вже із Півночі луна бадьорий крик</w:t>
      </w:r>
    </w:p>
    <w:p>
      <w:r>
        <w:br/>
        <w:t>Париже ось де ми твої живі напої&lt;br /&gt;</w:t>
        <w:br/>
        <w:t>Міста із надміром потенції мужської&lt;br /&gt;</w:t>
        <w:br/>
        <w:t>Де у святих цехах стальні святі горланять&lt;br /&gt;</w:t>
        <w:br/>
        <w:t>Де хмари вагонять од димарів&lt;br /&gt;</w:t>
        <w:br/>
        <w:t>Од тих індустріальних Іксіонів&lt;br /&gt;</w:t>
        <w:br/>
        <w:t>Мільйони рук у нас на фабриках заводах&lt;br /&gt;</w:t>
        <w:br/>
        <w:t>А пальці їх робітники&lt;br /&gt;</w:t>
        <w:br/>
        <w:t>Що голі&lt;br /&gt;</w:t>
        <w:br/>
        <w:t>Реальність продукують погодинно&lt;br /&gt;</w:t>
        <w:br/>
        <w:t>Це все віддаємо тобі</w:t>
      </w:r>
    </w:p>
    <w:p>
      <w:r>
        <w:br/>
        <w:t>Тут обізвавсь Ліон старим своїм собором&lt;br /&gt;</w:t>
        <w:br/>
        <w:t>Що нове небо ткав псалмів шовковим перебором</w:t>
      </w:r>
    </w:p>
    <w:p>
      <w:r>
        <w:br/>
        <w:t>Париже пий божественні глаголи&lt;br /&gt;</w:t>
        <w:br/>
        <w:t>Що ллються із устен моїх із Сони й Рони&lt;br /&gt;</w:t>
        <w:br/>
        <w:t>Тут воскресає культ пречудотворних прощ&lt;br /&gt;</w:t>
        <w:br/>
        <w:t>Із мученицьких язв кривавий рине дощ&lt;br /&gt;</w:t>
        <w:br/>
        <w:t>О літепло благе о біль що смерть долав&lt;br /&gt;</w:t>
        <w:br/>
        <w:t>Дитина дивиться як вікна розхиляються&lt;br /&gt;</w:t>
        <w:br/>
        <w:t>І п'яні птиці опадають грона глав</w:t>
      </w:r>
    </w:p>
    <w:p>
      <w:r>
        <w:br/>
        <w:t>I з Півдня обізвавсь хорал новий</w:t>
      </w:r>
    </w:p>
    <w:p>
      <w:r>
        <w:br/>
        <w:t>Париже розуме єдино ще живий&lt;br /&gt;</w:t>
        <w:br/>
        <w:t>Що переплеском доль формуєш нам гумoри&lt;br /&gt;</w:t>
        <w:br/>
        <w:t>I ти охляле Середземне море&lt;br /&gt;</w:t>
        <w:br/>
        <w:t>Беріть наші тіла як проскурки ламайте&lt;br /&gt;</w:t>
        <w:br/>
        <w:t>Високі ці чуття сирітський їх танок&lt;br /&gt;</w:t>
        <w:br/>
        <w:t>Тобі Париже стануть за улюблене вино</w:t>
      </w:r>
    </w:p>
    <w:p>
      <w:r>
        <w:br/>
        <w:t>А там з Сіцілії метнувсь не крик а хрип&lt;br /&gt;</w:t>
        <w:br/>
        <w:t>Здавалось ті слова скандує крильми гриф&lt;br /&gt;</w:t>
        <w:br/>
        <w:t>З лов наших ягоди давно вже обірвали&lt;br /&gt;</w:t>
        <w:br/>
        <w:t>Всі лоском полягли ті наливні овали&lt;br /&gt;</w:t>
        <w:br/>
        <w:t>Витворний їх букет кров сонце сіль земля&lt;br /&gt;</w:t>
        <w:br/>
        <w:t>Бери Париже спрагу утоляй&lt;br /&gt;</w:t>
        <w:br/>
        <w:t>Під хмарами голодними що он&lt;br /&gt;</w:t>
        <w:br/>
        <w:t>Голубить їх Творець навскісний Іксіон&lt;br /&gt;</w:t>
        <w:br/>
        <w:t>Під небом де тьма тем виводиться ворон</w:t>
      </w:r>
    </w:p>
    <w:p>
      <w:r>
        <w:br/>
        <w:t>О грона й очі ці що вицвіли по-свійськи&lt;br /&gt;</w:t>
        <w:br/>
        <w:t>Як нудиться життя у лозах сіцілійських</w:t>
      </w:r>
    </w:p>
    <w:p>
      <w:r>
        <w:br/>
        <w:t>А де ж сяйливі погляди сирен&lt;br /&gt;</w:t>
        <w:br/>
        <w:t>Що мореходи їх довірливі любили&lt;br /&gt;</w:t>
        <w:br/>
        <w:t>Вже не почуєм їх ми біля скелі Скілли&lt;br /&gt;</w:t>
        <w:br/>
        <w:t>Трьох ніжних голосів у душу не вберем</w:t>
      </w:r>
    </w:p>
    <w:p>
      <w:r>
        <w:br/>
        <w:t>Протока тут як стій перемінила лик&lt;br /&gt;</w:t>
        <w:br/>
        <w:t>Обличчя з плоті із води із чого хочете&lt;br /&gt;</w:t>
        <w:br/>
        <w:t>Лицяються до нас&lt;br /&gt;</w:t>
        <w:br/>
        <w:t>Ні ви не лиця ви лицьовані личини</w:t>
      </w:r>
    </w:p>
    <w:p>
      <w:r>
        <w:br/>
        <w:t>І молодий плавець всміхавсь між берегів&lt;br /&gt;</w:t>
        <w:br/>
        <w:t>А потопельники із виру виринали&lt;br /&gt;</w:t>
        <w:br/>
        <w:t>Й пливли за ним тікаючи від дів&lt;br /&gt;</w:t>
        <w:br/>
        <w:t>Що покидали і пучину й скали&lt;br /&gt;</w:t>
        <w:br/>
        <w:t>Й своїх блідих потоплених мужів&lt;br /&gt;</w:t>
        <w:br/>
        <w:t>А потім бавились у сонячнім просторі&lt;br /&gt;</w:t>
        <w:br/>
        <w:t>Й пірнали знов у глиб де западають зорі</w:t>
      </w:r>
    </w:p>
    <w:p>
      <w:r>
        <w:br/>
        <w:t>Як на шиповище многоголових змій&lt;br /&gt;</w:t>
        <w:br/>
        <w:t>Покрита вся розкритими очима&lt;br /&gt;</w:t>
        <w:br/>
        <w:t>Знов ніч прийшла почув я владний голос твій&lt;br /&gt;</w:t>
        <w:br/>
        <w:t>О Риме&lt;br /&gt;</w:t>
        <w:br/>
        <w:t>Ти враз прокляв мої колишнії думки&lt;br /&gt;</w:t>
        <w:br/>
        <w:t>І небо де любов спрямовує зірки</w:t>
      </w:r>
    </w:p>
    <w:p>
      <w:r>
        <w:br/>
        <w:t>Вовчки що виросли на скорбнім хреснім древі&lt;br /&gt;</w:t>
        <w:br/>
        <w:t>I зав'ядаючий у Ватікані крин&lt;br /&gt;</w:t>
        <w:br/>
        <w:t>Настоюють вино що я тобі точу&lt;br /&gt;</w:t>
        <w:br/>
        <w:t>Вино як чиста кров того хто розуміє&lt;br /&gt;</w:t>
        <w:br/>
        <w:t>Божественність рослинної свободи&lt;br /&gt;</w:t>
        <w:br/>
        <w:t>Про неї ти не чув</w:t>
      </w:r>
    </w:p>
    <w:p>
      <w:r>
        <w:br/>
        <w:t>Вінець трицарствія додолу впав без скарги&lt;br /&gt;</w:t>
        <w:br/>
        <w:t>Сандалями його стоптали ієрархи&lt;br /&gt;</w:t>
        <w:br/>
        <w:t>Побляк демократичний блиск&lt;br /&gt;</w:t>
        <w:br/>
        <w:t>Ніч царствена гряде погуба всяких тварей&lt;br /&gt;</w:t>
        <w:br/>
        <w:t>Голубки і орла ягниці і вовчиці&lt;br /&gt;</w:t>
        <w:br/>
        <w:t>Юрба царів ворожих і жорстоких&lt;br /&gt;</w:t>
        <w:br/>
        <w:t>Устане з домовин на поклик винотоки&lt;br /&gt;</w:t>
        <w:br/>
        <w:t>Як ти захланна і до бeнкетів жаднa&lt;br /&gt;</w:t>
        <w:br/>
        <w:t>Попить мого двохтисячлітнього вина</w:t>
      </w:r>
    </w:p>
    <w:p>
      <w:r>
        <w:br/>
        <w:t>Рейн з Мозелем зливається мовчазно біля Кобленца&lt;br /&gt;</w:t>
        <w:br/>
        <w:t>То день і ніч Європа ревно молиться&lt;br /&gt;</w:t>
        <w:br/>
        <w:t>Я забарившися на набережній млистій&lt;br /&gt;</w:t>
        <w:br/>
        <w:t>Чув як години падали мов виноградне листя&lt;br /&gt;</w:t>
        <w:br/>
        <w:t>I під той супровід лунав із дальніх гін&lt;br /&gt;</w:t>
        <w:br/>
        <w:t>Двох чистих рік благальний гімн</w:t>
      </w:r>
    </w:p>
    <w:p>
      <w:r>
        <w:br/>
        <w:t>В твоїм краю Париже кращі вина&lt;br /&gt;</w:t>
        <w:br/>
        <w:t>Ніж ті що родяться на наших берегах&lt;br /&gt;</w:t>
        <w:br/>
        <w:t>Та й наші мужні грона вже в точилах кровоточать&lt;br /&gt;</w:t>
        <w:br/>
        <w:t>Тебе прагнущого задовольнити хочуть&lt;br /&gt;</w:t>
        <w:br/>
        <w:t>Пий усю кров Європи упивайся&lt;br /&gt;</w:t>
        <w:br/>
        <w:t>Бо ти один прекрасний і шляхетний&lt;br /&gt;</w:t>
        <w:br/>
        <w:t>Бо ти один утілить можеш Бога&lt;br /&gt;</w:t>
        <w:br/>
        <w:t>Всі виноградарі мої в цих чепурних домах&lt;br /&gt;</w:t>
        <w:br/>
        <w:t>Що ввечері купаються вогнями в наших водах&lt;br /&gt;</w:t>
        <w:br/>
        <w:t>Хоч і не відають що ти єдина суть&lt;br /&gt;</w:t>
        <w:br/>
        <w:t>Хвалу тобі проречисту несуть&lt;br /&gt;</w:t>
        <w:br/>
        <w:t>Ми ж плинні руки склавши молитовно&lt;br /&gt;</w:t>
        <w:br/>
        <w:t>Мандруєм хвилями туди де солі повно&lt;br /&gt;</w:t>
        <w:br/>
        <w:t>А місто спить в міжріччі як між ножиць&lt;br /&gt;</w:t>
        <w:br/>
        <w:t>Згасивши проти ночі всі вогні&lt;br /&gt;</w:t>
        <w:br/>
        <w:t>I в цій повсюдній тишині&lt;br /&gt;</w:t>
        <w:br/>
        <w:t>Хіба далекий сплеск дівочий сон тривожить</w:t>
      </w:r>
    </w:p>
    <w:p>
      <w:r>
        <w:br/>
        <w:t>Тепер вже з далини гукали сотні міст&lt;br /&gt;</w:t>
        <w:br/>
        <w:t>У гаморі губивсь їх слів правдивий зміст&lt;br /&gt;</w:t>
        <w:br/>
        <w:t>Ввіллявсь в той шумний вир&lt;br /&gt;</w:t>
        <w:br/>
        <w:t>I стародавній Трір&lt;br /&gt;</w:t>
        <w:br/>
        <w:t>Ввесь світ сконцентрувавсь у тім вині&lt;br /&gt;</w:t>
        <w:br/>
        <w:t>Злилися в нім моря рослини й звірі&lt;br /&gt;</w:t>
        <w:br/>
        <w:t>Оселі долі і співочі зорі&lt;br /&gt;</w:t>
        <w:br/>
        <w:t>I люди перед небом на колінах&lt;br /&gt;</w:t>
        <w:br/>
        <w:t>Покірне нам залізо щирий друг&lt;br /&gt;</w:t>
        <w:br/>
        <w:t>Вогонь що мусимо любити як самих себе&lt;br /&gt;</w:t>
        <w:br/>
        <w:t>Всі вславлені мерці для пам'яті єдині&lt;br /&gt;</w:t>
        <w:br/>
        <w:t>I блискавки немов нові думки&lt;br /&gt;</w:t>
        <w:br/>
        <w:t>Всі імена по шість всі числа поодинці&lt;br /&gt;</w:t>
        <w:br/>
        <w:t>Паперу гори що звиваються мов полум'я&lt;br /&gt;</w:t>
        <w:br/>
        <w:t>I ті що у землі нам вибілять кістки&lt;br /&gt;</w:t>
        <w:br/>
        <w:t>Терплячі нудьгарі безсмертні хробаки&lt;br /&gt;</w:t>
        <w:br/>
        <w:t>Війська шиковані до бою&lt;br /&gt;</w:t>
        <w:br/>
        <w:t>Ліси розп'ять і мій курінь на палях&lt;br /&gt;</w:t>
        <w:br/>
        <w:t>При березі очей які я так люблю&lt;br /&gt;</w:t>
        <w:br/>
        <w:t>Квітки які кричать поза устами&lt;br /&gt;</w:t>
        <w:br/>
        <w:t>Все невимовне несказанне&lt;br /&gt;</w:t>
        <w:br/>
        <w:t>Мені Довіку невпізнанне&lt;br /&gt;</w:t>
        <w:br/>
        <w:t>Все одмінилося у чистеє вино&lt;br /&gt;</w:t>
        <w:br/>
        <w:t>Парижеві на згагу&lt;br /&gt;</w:t>
        <w:br/>
        <w:t>I так одкрилося мені</w:t>
      </w:r>
    </w:p>
    <w:p>
      <w:r>
        <w:br/>
        <w:t>Діяння гожі дні жахливі сни&lt;br /&gt;</w:t>
        <w:br/>
        <w:t>Злягання проростання вічна музико&lt;br /&gt;</w:t>
        <w:br/>
        <w:t>Ширяння поклоніння світлий болю&lt;br /&gt;</w:t>
        <w:br/>
        <w:t>Світи на себе схожі і на нас&lt;br /&gt;</w:t>
        <w:br/>
        <w:t>Я випив вас і не вгасив жаги</w:t>
      </w:r>
    </w:p>
    <w:p>
      <w:r>
        <w:br/>
        <w:t>Але відтоді я пізнав смак всесвіту&lt;br /&gt;</w:t>
        <w:br/>
        <w:t>Я всесвітом упився&lt;br /&gt;</w:t>
        <w:br/>
        <w:t>Із набережжя дивлячись на гін ріки і сон шаланд</w:t>
      </w:r>
    </w:p>
    <w:p>
      <w:r>
        <w:br/>
        <w:t>Тож слухайте мене бо я гортань Парижа&lt;br /&gt;</w:t>
        <w:br/>
        <w:t>Захочу знову вип'ю цілий світ</w:t>
      </w:r>
    </w:p>
    <w:p>
      <w:r>
        <w:br/>
        <w:t>Гей слухайте мій спів всесвітнього пияцтва</w:t>
      </w:r>
    </w:p>
    <w:p>
      <w:r>
        <w:br/>
        <w:t>Та вереснева ніч кінчалася помалу&lt;br /&gt;</w:t>
        <w:br/>
        <w:t>Червоні вогники мостів згасали в Сені&lt;br /&gt;</w:t>
        <w:br/>
        <w:t>Зірки ховалися народжувався день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Вандем'єр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