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житах</w:t>
      </w:r>
    </w:p>
    <w:p>
      <w:r>
        <w:br/>
        <w:t xml:space="preserve"> &lt;p&gt;Це все було просто до дрібниць: і я, і заспаний ранок, і сивий степ. Я пам’ятаю хороше тільки ранок: заплаканий у росах, молодий і трохи засоромлений сонцем, що смутне купалося у стрижні.</w:t>
      </w:r>
    </w:p>
    <w:p>
      <w:r>
        <w:br/>
        <w:t>— Ну, ну… вже й цілуватися лізе!</w:t>
      </w:r>
    </w:p>
    <w:p>
      <w:r>
        <w:br/>
        <w:t>Кажу це до сонця, бо воно безцеремонно грається волосинками на моїй нозі, любовно оглядає забрьохану колошу на штанях і сміється з мене крильцями бджіл: "Дізік, дізік…"</w:t>
      </w:r>
    </w:p>
    <w:p>
      <w:r>
        <w:br/>
        <w:t>— Дізік?!</w:t>
      </w:r>
    </w:p>
    <w:p>
      <w:r>
        <w:br/>
        <w:t>Я починаю сердитися, бо що таке "дізік"? Дізік — страшне для мене слово, бо воно нагадує мені про дійсність — раз, а друге — в нашій революційній термінології це дезертир, а я, товариші, саме до них і належав!</w:t>
      </w:r>
    </w:p>
    <w:p>
      <w:r>
        <w:br/>
        <w:t>Маєте: "Коли, — думаю, — сонце починає шукати дезертирів — до села не піду, небезпечно (такий наш звичай дезертирський), а просто собі левадами, благо ще неділя сьогодні — сплять, в жита".</w:t>
      </w:r>
    </w:p>
    <w:p>
      <w:r>
        <w:br/>
        <w:t>Так і постановив: левади манять мене зрадливо вербами, городи пахнуть полином, м’ятою, але мій вірний товариш — жита.</w:t>
      </w:r>
    </w:p>
    <w:p>
      <w:r>
        <w:br/>
        <w:t>Ляжу в долині, де тліє під сонцем Гордина могила, а переді мною стовповий шлях, Гнилище, Чорносливка, далі…</w:t>
      </w:r>
    </w:p>
    <w:p>
      <w:r>
        <w:br/>
        <w:t>— В жита!</w:t>
      </w:r>
    </w:p>
    <w:p>
      <w:r>
        <w:br/>
        <w:t>…Одкрасувались — наливаються, через тиждень-другий — копи, а зараз догоряють; у мене почали дзвонити коси, серпи, а важкий колос схилявся до землі, але в цю хвилину старий чорногуз поважно пройшов травою до болота, поклонився на всі чотири сторони, піймав необережну жабу і під глухий клекіт сполохав на ставищі дику качку…</w:t>
      </w:r>
    </w:p>
    <w:p>
      <w:r>
        <w:br/>
        <w:t>— От дурна жаба, правда?</w:t>
      </w:r>
    </w:p>
    <w:p>
      <w:r>
        <w:br/>
        <w:t>Це моє слово до японського одрізана, але після цього я рішуче встаю, підкочую колоші і сміюся до своїх ніг, а вони ж у мене міцні, рівні, сильні (волоссям обросли, а мені баба казала: то — сила); заглядаю у стрижень: там же до мене посміхаються сірі, гарні очі, розпатланий чуб горить на сонці та визирає ще дитяче обличчя Корнія Дізіка.</w:t>
      </w:r>
    </w:p>
    <w:p>
      <w:r>
        <w:br/>
        <w:t>Показую йому кулака й ловлю зором слід чорногуза.</w:t>
      </w:r>
    </w:p>
    <w:p>
      <w:r>
        <w:br/>
        <w:t>— Треба рушать! Поснідать би не вадило, а?</w:t>
      </w:r>
    </w:p>
    <w:p>
      <w:r>
        <w:br/>
        <w:t>Але пригадую, що, коли в селі побачить солдат зелену сорочку, спокійно прицілюється з рушниці, наче в суху вербу, і вигукує, стріляючи з ляку: "Стой, ні с мєста!"</w:t>
      </w:r>
    </w:p>
    <w:p>
      <w:r>
        <w:br/>
        <w:t>Правда, це буває дуже рідко, бо ми, дезертири, — народ бойовий, а ходимо обережно, особливо вечорами; засиніло — село наше, а ранок — жита обминаємо. Вирішив не снідать: хіба можна до служби Божої хоч рісочку до рота брати?!</w:t>
      </w:r>
    </w:p>
    <w:p>
      <w:r>
        <w:br/>
        <w:t>…Коп’ях сіна підсмикав, підбив ногами (хай слід затреться), уважно оглянув свою "японочку" — засунув її за пасок штанів, картуз — на очі, а стежкою чорногуза — в жита.</w:t>
      </w:r>
    </w:p>
    <w:p>
      <w:r>
        <w:br/>
        <w:t>Не пішов, а поплив… Бо мені не звикать до одноманітного ритму хлібів, і степ для мене знайомий, як і моя "японочка": хвилюється ранками, дзвонить хвилями в обіди, а вечорами, коли догоряють жита, лягає спать.</w:t>
      </w:r>
    </w:p>
    <w:p>
      <w:r>
        <w:br/>
        <w:t>Іду знайомими стежками: широкий Розділ зустріне мене пшеницями, Темник привітає житами, а коло Гординої могили — крайкована синіми льонами плахта з вівса, ячменю і п’яних гречок.</w:t>
      </w:r>
    </w:p>
    <w:p>
      <w:r>
        <w:br/>
        <w:t>Все так просто, ясно, і раптом:</w:t>
      </w:r>
    </w:p>
    <w:p>
      <w:r>
        <w:br/>
        <w:t>— Чого це курить степовий шлях?</w:t>
      </w:r>
    </w:p>
    <w:p>
      <w:r>
        <w:br/>
        <w:t>Лягаю. "Японка" косо дивиться на дорогу, мої нерви приймають пісні поля і, здається, починають підспівувати самі; десь над ухом б’ється крильцями джміль, гуде, розсотує нерви, і мені до болю хочеться піймати його і задавить…</w:t>
      </w:r>
    </w:p>
    <w:p>
      <w:r>
        <w:br/>
        <w:t>Ще пильніше вдивляюся на закурену дорогу, "кавалерія, кавалерія", проноситься іскрою думка, гасне на синьому льону і твердо рішає: "Убити двох, трьох, а тоді що буде… Застрелиться".</w:t>
      </w:r>
    </w:p>
    <w:p>
      <w:r>
        <w:br/>
        <w:t>Але мимоволі кладу за обніжок голову, засовую босі ноги в жито, випрямляюсь тілом і жду; мої нерви уже не співають, а тільки дзвонять тихо: "Дзінь, дзінь!.."</w:t>
      </w:r>
    </w:p>
    <w:p>
      <w:r>
        <w:br/>
        <w:t>Думаю: "Копит горить під сонцем — багатий іде…"</w:t>
      </w:r>
    </w:p>
    <w:p>
      <w:r>
        <w:br/>
        <w:t>За півгоней од мене, спиняючи риссю сивого коня, проїхав гнилищанський багач Дзюба, і жито передало його голосну, трохи чваньковиту розмову:</w:t>
      </w:r>
    </w:p>
    <w:p>
      <w:r>
        <w:br/>
        <w:t>— Ого-го, брат! Житомирська губернія повна тепер ними, служить не хоче в комуні, а все льогкі хліба подавай!..</w:t>
      </w:r>
    </w:p>
    <w:p>
      <w:r>
        <w:br/>
        <w:t>А другий на возі:</w:t>
      </w:r>
    </w:p>
    <w:p>
      <w:r>
        <w:br/>
        <w:t>— Комісарами хотять бути.</w:t>
      </w:r>
    </w:p>
    <w:p>
      <w:r>
        <w:br/>
        <w:t>— Комісарами?! Хай чортом буде! А то як ніч — з винтовкою до вікна йде: "Дайош!.."</w:t>
      </w:r>
    </w:p>
    <w:p>
      <w:r>
        <w:br/>
        <w:t>Сіра смуга піску, білий копит коня, а за ними моє непереможне бажання вистрілити, але пам’ятаю наказ отамана Гострого: "Не вилазь і не стріляй". Дивлюся на жилавий деревій під обніжком, де лапками заплуталась і борсається у медовнику бджола, посміхаюся та лізу в густий льон.</w:t>
      </w:r>
    </w:p>
    <w:p>
      <w:r>
        <w:br/>
        <w:t>— Хай буде й так…</w:t>
      </w:r>
    </w:p>
    <w:p>
      <w:r>
        <w:br/>
        <w:t>Дзінь, Дзюба, дзінь… Це дзвонить степ на обід; мене од голоду починає ссати під ложечкою, і я, щоб заспокоїти його, мимоволі думаю про Дзюбу:</w:t>
      </w:r>
    </w:p>
    <w:p>
      <w:r>
        <w:br/>
        <w:t>"Мабуть, добре поснідав? Подумаєш, герой який знайшовся: "Комісарами хотять бути"? А хоч би й комісарами?.. Ні, Гострому цього сказати не можна… Уб’є…"</w:t>
      </w:r>
    </w:p>
    <w:p>
      <w:r>
        <w:br/>
        <w:t>Переді мною проходить житами тінь розстріляного на городі Дзюби комуніста Матвія Киянчука, і мені чогось до болю робиться сумно.</w:t>
      </w:r>
    </w:p>
    <w:p>
      <w:r>
        <w:br/>
        <w:t>Дзінь…</w:t>
      </w:r>
    </w:p>
    <w:p>
      <w:r>
        <w:br/>
        <w:t>Я на бочкє сижу,</w:t>
      </w:r>
    </w:p>
    <w:p>
      <w:r>
        <w:br/>
        <w:t>Под бочкою качка,</w:t>
      </w:r>
    </w:p>
    <w:p>
      <w:r>
        <w:br/>
        <w:t>Мой муж — большовик,</w:t>
      </w:r>
    </w:p>
    <w:p>
      <w:r>
        <w:br/>
        <w:t>А я гайдамачка!</w:t>
      </w:r>
    </w:p>
    <w:p>
      <w:r>
        <w:br/>
        <w:t>І підморгне! Молодець був Матвій, коли вели його…</w:t>
      </w:r>
    </w:p>
    <w:p>
      <w:r>
        <w:br/>
        <w:t>— Дзінь…</w:t>
      </w:r>
    </w:p>
    <w:p>
      <w:r>
        <w:br/>
        <w:t>Про комісарів я не думаю, Гострий може одвести вночі й мене купатися до стрижня, а все-таки мені цікаво: "Хто вони такі?!"</w:t>
      </w:r>
    </w:p>
    <w:p>
      <w:r>
        <w:br/>
        <w:t>Степ зустрічає низькими поклонами пашні вітер, а він проходить полями — теплий, ніжний, смикає за вуса горду пшеницю, моргає до вівса й довго, довго цілує кучеряві голови гречок — п’є меди степові.</w:t>
      </w:r>
    </w:p>
    <w:p>
      <w:r>
        <w:br/>
        <w:t>Я киваю йому головою своє "не знаю", сам хочу думати про Киянчука, але якимсь напруженням волі встаю і зразу ж присідаю, бо на дорозі майорить під вітром червона хустка (я із свого лігва бачу тільки хустку); китиці, мов пучки калини, торкають колоски, вони кокетливо посміхаються до сонця, а вітер схоплюється у мене над головою маленьким вихром і танцює.</w:t>
      </w:r>
    </w:p>
    <w:p>
      <w:r>
        <w:br/>
        <w:t>— Плювать мені тепер на Гострого! Іду назустріч, може, хоч пиріжка дасть, коли не з нашого села… Дезертирові все можна! Ачхи, кучерява! Ой, злякається… З неділею, куди йдеш?! — не сказав, тільки подумав: "Невже Уляна?"</w:t>
      </w:r>
    </w:p>
    <w:p>
      <w:r>
        <w:br/>
        <w:t>Я од здивування підсунув на лоба картуз: "Що ж буде далі?"</w:t>
      </w:r>
    </w:p>
    <w:p>
      <w:r>
        <w:br/>
        <w:t>Стояла переді мною справжня Уляна, а з нею стояла обора панська і шість волів у плузі — орали степ колись…</w:t>
      </w:r>
    </w:p>
    <w:p>
      <w:r>
        <w:br/>
        <w:t>Степова дичка — запалена, засмажена, а очі — два жучки… Воду носила.</w:t>
      </w:r>
    </w:p>
    <w:p>
      <w:r>
        <w:br/>
        <w:t>— Здрастуй! — і стала.</w:t>
      </w:r>
    </w:p>
    <w:p>
      <w:r>
        <w:br/>
        <w:t>— Здорова будь, Уляно! — хотів посміхнутись і не міг: вона довго дивилась на мене, видно, думала, а коли її око впало на моє дране коліно, де спокійно лазила божа корівка, — соромливо засміялась, тільки губи якось по-дитячому затремтіли, на колосок покотилася непомітно сльоза… Сині очі питали мене:</w:t>
      </w:r>
    </w:p>
    <w:p>
      <w:r>
        <w:br/>
        <w:t>"Хіба ти, Корнію, забув ясла коло чорного вола Зоряна?.. А коли цілував мої очі — на сміх показував через вибитий сучок зорю, казав: "Вони похожі на неї, правда, Улясю""?</w:t>
      </w:r>
    </w:p>
    <w:p>
      <w:r>
        <w:br/>
        <w:t>Я простяг руку, але не знав, з чого почати розмову, і якось по-дурному спитав її:</w:t>
      </w:r>
    </w:p>
    <w:p>
      <w:r>
        <w:br/>
        <w:t>— Тебе, Уляно, тепер і не впізнать…</w:t>
      </w:r>
    </w:p>
    <w:p>
      <w:r>
        <w:br/>
        <w:t>І тихо впало на дорогу її слово:</w:t>
      </w:r>
    </w:p>
    <w:p>
      <w:r>
        <w:br/>
        <w:t>— Змінилася.</w:t>
      </w:r>
    </w:p>
    <w:p>
      <w:r>
        <w:br/>
        <w:t>А далі я просто не пам’ятаю, що сталося: вона зайнялася, рвонулась до мене і глухо крикнула:</w:t>
      </w:r>
    </w:p>
    <w:p>
      <w:r>
        <w:br/>
        <w:t>— Які вороги ми… Ні, Корнію, нам не так треба! Ходім сядемо.</w:t>
      </w:r>
    </w:p>
    <w:p>
      <w:r>
        <w:br/>
        <w:t>Я сп’янів… Не знаю, що питав у неї і що казала вона мені, а тільки пам’ятаю, як буйно захвилювались жита, затремтів від радості льон і гарячий вітер припав грудьми до землі.</w:t>
      </w:r>
    </w:p>
    <w:p>
      <w:r>
        <w:br/>
        <w:t>Колоски слухали:</w:t>
      </w:r>
    </w:p>
    <w:p>
      <w:r>
        <w:br/>
        <w:t>— Ти й досі такий славний, Корнію… Хочеш цілувати? Цілуй, хай хоч один день буде наш!</w:t>
      </w:r>
    </w:p>
    <w:p>
      <w:r>
        <w:br/>
        <w:t>І гладила рукою мій чуб, а його розчісували уже другий рік дощі, сніги і дике вовче дезертирське життя…</w:t>
      </w:r>
    </w:p>
    <w:p>
      <w:r>
        <w:br/>
        <w:t>Вона засміялася:</w:t>
      </w:r>
    </w:p>
    <w:p>
      <w:r>
        <w:br/>
        <w:t>— Хіба ти не знаєш м о г о Дзюби? То, Корнію, зуби чортові, а не Дзюби!</w:t>
      </w:r>
    </w:p>
    <w:p>
      <w:r>
        <w:br/>
        <w:t>Я поклав голову її на коліна і слухав, бо це була загублена в житах моя доля:</w:t>
      </w:r>
    </w:p>
    <w:p>
      <w:r>
        <w:br/>
        <w:t>— У мене так наче пісню хто спитав: "Тільки й мала мати три сина й три дочки…"</w:t>
      </w:r>
    </w:p>
    <w:p>
      <w:r>
        <w:br/>
        <w:t>Я боявся сліз і п’яно запитував Уляну:</w:t>
      </w:r>
    </w:p>
    <w:p>
      <w:r>
        <w:br/>
        <w:t>— Правда, тепер наливаються жита? А в нас, — скоро в бір підемо, — життя панське, а голод собачий — прийдеться грабить. День іде і смерті ждеш. Товаришів у вас багато?</w:t>
      </w:r>
    </w:p>
    <w:p>
      <w:r>
        <w:br/>
        <w:t>— Ех, Корнію! Наливаються… Стій, скажений, не рви!</w:t>
      </w:r>
    </w:p>
    <w:p>
      <w:r>
        <w:br/>
        <w:t>Я бачив на тонких поділках Уляни гарно вишиту мережку, на пазусі — кленове листя, і все кругом було п’яне, а червона хустка зайнялася й горіла степом од краю до краю!</w:t>
      </w:r>
    </w:p>
    <w:p>
      <w:r>
        <w:br/>
        <w:t>— Улясю… Тепер мені нічого не страшно!</w:t>
      </w:r>
    </w:p>
    <w:p>
      <w:r>
        <w:br/>
        <w:t>— Мила Улясю…</w:t>
      </w:r>
    </w:p>
    <w:p>
      <w:r>
        <w:br/>
        <w:t>Шептали колоски, а вона соромливо підсмикала хвартух, кидала мені морелі і боязко, з тихою журбою, нагадувала:</w:t>
      </w:r>
    </w:p>
    <w:p>
      <w:r>
        <w:br/>
        <w:t>— Піду до матері, це ж він поїхав до волості заложником, а тож нікуди не пускає…</w:t>
      </w:r>
    </w:p>
    <w:p>
      <w:r>
        <w:br/>
        <w:t>Барю Уляну й у двадцятий раз, а може, востаннє, запитую кленове листя:</w:t>
      </w:r>
    </w:p>
    <w:p>
      <w:r>
        <w:br/>
        <w:t>— І досі любиш?</w:t>
      </w:r>
    </w:p>
    <w:p>
      <w:r>
        <w:br/>
        <w:t>Льон заморгав.</w:t>
      </w:r>
    </w:p>
    <w:p>
      <w:r>
        <w:br/>
        <w:t>— Ой, безстиднику, хоч би не питав: "Любиш?" — перекривила й додала: — Проковтни морелю, а потім попрощаємось. — Тихо поцілувала, рвонула льону горстку, й очі були сині-сині, мов льон, а хустка гасла. — Прощай, Корнію!</w:t>
      </w:r>
    </w:p>
    <w:p>
      <w:r>
        <w:br/>
        <w:t>Далі по-старому повела бровою, моргнула й засміялась.</w:t>
      </w:r>
    </w:p>
    <w:p>
      <w:r>
        <w:br/>
        <w:t>— Наливаються жита… Більш не треба, прощай! — Поклонилася низько на шляху і покотилась зеленими вівсами у веселу Чорносливку до матері.</w:t>
      </w:r>
    </w:p>
    <w:p>
      <w:r>
        <w:br/>
        <w:t>Дзінь… Дзвони, степе! Я довго лежу і слухаю, як дзвонить у такт дзвонів степу моє серце. Лізе божа корівка, беру її ніжно на руку й запитую: "Хочеш на коліна, до сонця?"</w:t>
      </w:r>
    </w:p>
    <w:p>
      <w:r>
        <w:br/>
        <w:t>Можна. Так, берись лапками за штани, далі… дурна, падаєш. А я, по-твоєму, як держуся? Але ти не знаєш, ні, ти не знаєш, що я, Корній Дізік, п’яний сьогодні в житах, а? П’яні жита, розступіться! Плювать на смерть Гострого, я співать хочу, чуєш, степе?!</w:t>
      </w:r>
    </w:p>
    <w:p>
      <w:r>
        <w:br/>
        <w:t>Ой що ж бо то та за ворон…</w:t>
      </w:r>
    </w:p>
    <w:p>
      <w:r>
        <w:br/>
        <w:t>І горить переді мною ще й досі Гордина могила під сонцем, червона хустка Уляни і я — коли згадую своє дезертирське життя…</w:t>
      </w:r>
    </w:p>
    <w:p>
      <w:r>
        <w:br/>
        <w:t>Питаєте про Матвія Киянчука? Розкажу, але не зараз, бо в житах загубилася моя доля, і мені хочеться плакати, мов дитині, або співати, як співають старі, коли згадують молодість, а я ще хочу співати!</w:t>
      </w:r>
    </w:p>
    <w:p>
      <w:r>
        <w:br/>
        <w:t>1925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житах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