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зелених переспівах...</w:t>
      </w:r>
    </w:p>
    <w:p>
      <w:r>
        <w:br/>
        <w:t xml:space="preserve"> Євгену Гуцалові</w:t>
      </w:r>
    </w:p>
    <w:p>
      <w:r>
        <w:br/>
        <w:t>Євгену Гуцалові</w:t>
      </w:r>
    </w:p>
    <w:p>
      <w:r>
        <w:br/>
        <w:t>В зелених переспівах&lt;br /&gt;</w:t>
        <w:br/>
        <w:t>зоряно-криляно-клично&lt;br /&gt;</w:t>
        <w:br/>
        <w:t>Над вічним праполем і небом правічним&lt;br /&gt;</w:t>
        <w:br/>
        <w:t>Душа засвітилася, повна довіри&lt;br /&gt;</w:t>
        <w:br/>
        <w:t>До сизого птаха і сивого звіра,&lt;br /&gt;</w:t>
        <w:br/>
        <w:t>До тихого проліска,&lt;br /&gt;</w:t>
        <w:br/>
        <w:t>що в узголів"ї&lt;br /&gt;</w:t>
        <w:br/>
        <w:t>Зільного світу&lt;br /&gt;</w:t>
        <w:br/>
        <w:t>з любові, з любові…&lt;br /&gt;</w:t>
        <w:br/>
        <w:t>В кожній пелюстці —&lt;br /&gt;</w:t>
        <w:br/>
        <w:t>по вінчику світла,&lt;br /&gt;</w:t>
        <w:br/>
        <w:t>В кожному слові –&lt;br /&gt;</w:t>
        <w:br/>
        <w:t>зелено-вітно,</w:t>
      </w:r>
    </w:p>
    <w:p>
      <w:r>
        <w:br/>
        <w:t>В кожній росині —&lt;br /&gt;</w:t>
        <w:br/>
        <w:t>повно осоння,&lt;br /&gt;</w:t>
        <w:br/>
        <w:t>В ранішній сині —&lt;br /&gt;</w:t>
        <w:br/>
        <w:t>райдужні дзвони…&lt;br /&gt;</w:t>
        <w:br/>
        <w:t>Дзвони&lt;br /&gt;</w:t>
        <w:br/>
        <w:t>дзвіночками&lt;br /&gt;</w:t>
        <w:br/>
        <w:t>бризнуть над літом,&lt;br /&gt;</w:t>
        <w:br/>
        <w:t>Ще й чебрецями&lt;br /&gt;</w:t>
        <w:br/>
        <w:t>до ганку…</w:t>
      </w:r>
    </w:p>
    <w:p>
      <w:r>
        <w:br/>
        <w:t>Дзвони&lt;br /&gt;</w:t>
        <w:br/>
        <w:t>Над білим&lt;br /&gt;</w:t>
        <w:br/>
        <w:t>над цілим&lt;br /&gt;</w:t>
        <w:br/>
        <w:t>над світом…&lt;br /&gt;</w:t>
        <w:br/>
        <w:t>Один дзвін&lt;br /&gt;</w:t>
        <w:br/>
        <w:t>долею став&lt;br /&gt;</w:t>
        <w:br/>
        <w:t>На світанку.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зелених переспівах...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