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царстві ночі</w:t>
      </w:r>
    </w:p>
    <w:p>
      <w:r>
        <w:br/>
        <w:t xml:space="preserve"> Чорно... душно... Сліпить очі,&lt;br /&gt;</w:t>
        <w:br/>
        <w:t>Впалі груди не дихнуть...&lt;br /&gt;</w:t>
        <w:br/>
        <w:t>Під землею в царстві Ночі&lt;br /&gt;</w:t>
        <w:br/>
        <w:t>Квіти сонця не цвітуть.</w:t>
      </w:r>
    </w:p>
    <w:p>
      <w:r>
        <w:br/>
        <w:t>Та в душі, з віків знебулій,&lt;br /&gt;</w:t>
        <w:br/>
        <w:t>Ще ясніш горять огні,&lt;br /&gt;</w:t>
        <w:br/>
        <w:t>І не зникли в млі минулій&lt;br /&gt;</w:t>
        <w:br/>
        <w:t>Волі жданої пісні.</w:t>
      </w:r>
    </w:p>
    <w:p>
      <w:r>
        <w:br/>
        <w:t>Виростають вільні крила...&lt;br /&gt;</w:t>
        <w:br/>
        <w:t>Хто ж стримає нашу міць,&lt;br /&gt;</w:t>
        <w:br/>
        <w:t>Коли в мури вільна сила&lt;br /&gt;</w:t>
        <w:br/>
        <w:t>Вдарить громом блискавиць?!</w:t>
      </w:r>
    </w:p>
    <w:p>
      <w:r>
        <w:br/>
        <w:t>Зірвем сонце! — море світла&lt;br /&gt;</w:t>
        <w:br/>
        <w:t>Кинем в чорную глибінь,&lt;br /&gt;</w:t>
        <w:br/>
        <w:t>Кинем квіти в рабські житла&lt;br /&gt;</w:t>
        <w:br/>
        <w:t>В житла пітьми і терпінь!</w:t>
      </w:r>
    </w:p>
    <w:p>
      <w:r>
        <w:br/>
        <w:t>1920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царстві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