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томлячу хвилю</w:t>
      </w:r>
    </w:p>
    <w:p>
      <w:r>
        <w:br/>
        <w:t xml:space="preserve"> Чи тямиш ту бліду погаслу хвилю,&lt;br /&gt;</w:t>
        <w:br/>
        <w:t>Вбрану в мелодію розжалених піль?&lt;br /&gt;</w:t>
        <w:br/>
        <w:t>Мряки лягали на пусту долину,&lt;br /&gt;</w:t>
        <w:br/>
        <w:t>І смуток нісся від далеких ріль,&lt;br /&gt;</w:t>
        <w:br/>
        <w:t>Котився ген над згаслими ланами&lt;br /&gt;</w:t>
        <w:br/>
        <w:t>Та опинявся на верхах топіль…&lt;br /&gt;</w:t>
        <w:br/>
        <w:t>Сонце давно вже вснуло над лісами,&lt;br /&gt;</w:t>
        <w:br/>
        <w:t>Тонули в млі верхів'я синіх гір,&lt;br /&gt;</w:t>
        <w:br/>
        <w:t>І якась туга мріла понад нами…&lt;br /&gt;</w:t>
        <w:br/>
        <w:t>Туга, що душі рвала ген до зір&lt;br /&gt;</w:t>
        <w:br/>
        <w:t>В далекий світ розмріяння, спокою,&lt;br /&gt;</w:t>
        <w:br/>
        <w:t>В манячий безмір — в незнаний простір…&lt;br /&gt;</w:t>
        <w:br/>
        <w:t>Тихо було. Повільною ходою&lt;br /&gt;</w:t>
        <w:br/>
        <w:t>Сходила ніч. Від лісу сумно плив&lt;br /&gt;</w:t>
        <w:br/>
        <w:t>Посвист вітрів, що скаргою сумною&lt;br /&gt;</w:t>
        <w:br/>
        <w:t>Вдирався в грудь,— а з-понад зжовклих нив&lt;br /&gt;</w:t>
        <w:br/>
        <w:t>Йшов зимний шум і шепоту словами&lt;br /&gt;</w:t>
        <w:br/>
        <w:t>Твою розмрійну білу скронь пестив.&lt;br /&gt;</w:t>
        <w:br/>
        <w:t>Чи тямиш ти хвилину обезтями,&lt;br /&gt;</w:t>
        <w:br/>
        <w:t>Молитву душ — без звуків та без слів,&lt;br /&gt;</w:t>
        <w:br/>
        <w:t>І тиху ніч з дрижучими звіздами?&lt;br /&gt;</w:t>
        <w:br/>
        <w:t>А в ній відлетну пісню журавлів,&lt;br /&gt;</w:t>
        <w:br/>
        <w:t>Як линули над нами в тій годині,&lt;br /&gt;</w:t>
        <w:br/>
        <w:t>Чи тямиш?.. Гей, минуло стільки днів!..&lt;br /&gt;</w:t>
        <w:br/>
        <w:t>А прецінь, ще в моїй душі і нині&lt;br /&gt;</w:t>
        <w:br/>
        <w:t>В томлячу хвилю поворотних снів&lt;br /&gt;</w:t>
        <w:br/>
        <w:t>Будяться тихі звуки лебедині —&lt;br /&gt;</w:t>
        <w:br/>
        <w:t>Се та відлетна пісня журавлів…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томлячу хвилю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