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тюрмі</w:t>
      </w:r>
    </w:p>
    <w:p>
      <w:r>
        <w:br/>
        <w:t xml:space="preserve"> &lt;p&gt;Брязкають ключі в коридорі, грюкають двері. Сниться Омелькові — на бубон, на скрипку це грають у його. І він це вбратий, розчісаний за столом сидить. Синя чумарка на йому, сорочка вишита. Платком шовковим йому рука перев'язана. Вусики чорні, брови. Такий пишний. Поруч з ним — гарнесенька, чорнобрива Мару-сина його, у квітках, у намисті. Проти їх — дружки, маківочки такі, співають весільної їм. На столі коровай, васильки, шишки. А там чоловіки, жінки випивають, закусюють, щастя-здоров'я молодим посилають. Всміхаються молоді: він, Омелько, Марусина, вклоняються.</w:t>
      </w:r>
    </w:p>
    <w:p>
      <w:r>
        <w:br/>
        <w:t>— Бері хлеб! — крикнув хтось.</w:t>
      </w:r>
    </w:p>
    <w:p>
      <w:r>
        <w:br/>
        <w:t>"Ага, — сниться Омелькові, — це ділить коровай підстаростий. Так, так. А який рушник широкий через плече он у його!"</w:t>
      </w:r>
    </w:p>
    <w:p>
      <w:r>
        <w:br/>
        <w:t>— Хлєб бері! — знов ще дужче і так по-салдатській противно хтось крикнув.</w:t>
      </w:r>
    </w:p>
    <w:p>
      <w:r>
        <w:br/>
        <w:t>"Так... хіба... що це?" — промайнуло в Омелька. Протирає очі, підводиться. Де це він? Дивиться. Біля дверей стоїть хлібопек Васька у бушлаті, з пайками в руках. На порозі — діжурний з револьвером під боком, червоний, пикатий.</w:t>
      </w:r>
    </w:p>
    <w:p>
      <w:r>
        <w:br/>
        <w:t>"А де ж... де ж підстаростий, весілля? — тьохка в Омелька. Положив ті пайки біля себе на нарах, такі чорні, глевкі; сидить лупа очима... — Так от!.. Це в тюрмі він?.. у тюрмі!.. Так і є. Грати он залізні, товсті; стіни суворі, страшні, попідвожені чорним. Блощиці он червоніють на їх... ху!.. пороздавлювані. Сміття он, цвіль у кутку, — стоніг там, стоніг. А сморід!.. Товариші ось хропуть. Яким же брудом повкривані вони! Заяложеними ряднинками якимись. А сорочки які визирають у їх! Мішки засмальцьовані, вонючі якісь. Скільки в їх кузок! Така ж сама й у його. А он ще бушлат який лежить у головах!.. Так от!.. Тільки вусики чорні, брови й при йому. А де ж чумарка синя, сорочка цяцькована?! Значить... то тільки сон був! Як же це так! Ех! — зітхнув. — І то ж люде! Ні скривдив нікого, ні вкрав нічого нігде, а от... сиди у такому. Що, якби це його так Марусина побачила!.. Марусина... Щебетав соловейко, зорі мигали, вітерець пахучий шарудів вишеньками, і він... так з нею голубивсь тоді. Ще ж так недавно! Збирався до неї старіст засилать, жить, хазяйнувать з нею... Ех, дівчино люба, хороша! Поткнись до тебе тепер. Що тепер твій батько, темний прибічник багатирський, заспіває йому? "Острожник", — скаже. А все багатирі. Що тільки ж і того, що посперечався з ними. Та ні. Позахоплювали землі по півсвіта, позажирали усе і тепер... "Не смєй!"... Зорюють он толоку вони, огороджуються... Нігде і скотини попасти чоловікові бідному. Ех!" — почухавсь. Позирнув на вікно: так уже світло в йому. Це вже там сонечко зійшло, люде це там як вештаються! Стиснув зубами, одсунув свій матрац од стіни трохи, поклав там пайки, — стола нема, — ліг. Тарканів-тарканів поз стіну ту. Далі лежав Максюта Сашко, "фартовий". Такий: у бачках, білявенький, худенький, очі швидкі. Потім циган Кроль, чорний, кучерявий, з борідкою, "блатним" себе зве. І поз другу стіну, обдерту, цвілу, лежав Яків Бровко, блідий собі чоловічок, русявий. Не вспів ще Омелько натягти "одіяло" на себе, як знов забряжчали ключі.</w:t>
      </w:r>
    </w:p>
    <w:p>
      <w:r>
        <w:br/>
        <w:t>— Встать! — десь гукає діжурний.</w:t>
      </w:r>
    </w:p>
    <w:p>
      <w:r>
        <w:br/>
        <w:t>— Здорово! — чуть, хрипить старший.</w:t>
      </w:r>
    </w:p>
    <w:p>
      <w:r>
        <w:br/>
        <w:t>— Здравія желаєм! — гукають йому.</w:t>
      </w:r>
    </w:p>
    <w:p>
      <w:r>
        <w:br/>
        <w:t>Надійшла черга й до наших хлопців, посхоплювались, враз руки "по швам", стоять вряд. Поздоровкалась до їх пика з вусищами, надряпала "4" на дощечці, далі пішла.</w:t>
      </w:r>
    </w:p>
    <w:p>
      <w:r>
        <w:br/>
        <w:t>Згортають матраци, вмиваються над діл з чашечок.</w:t>
      </w:r>
    </w:p>
    <w:p>
      <w:r>
        <w:br/>
        <w:t>— Ну, ето пошла скучіще уже, — позіхає Сашко. — Уночі хоч не так воля кортить. Омелько:</w:t>
      </w:r>
    </w:p>
    <w:p>
      <w:r>
        <w:br/>
        <w:t>— Еге. Або хоч сон який присниться тобі. — Помовчав. — Ех! — чухається. — Ну й снилося ж оце мені!.. От! — Усміхнувсь. — Дівчина снилась.</w:t>
      </w:r>
    </w:p>
    <w:p>
      <w:r>
        <w:br/>
        <w:t>— Да, — оскирнувся Сашко. — Снілась і мнє нонче маруха. Сьо-то ніби мнє, про барахло тощо зразу, — барахольщіца сама, — далі сідім і етак... ех, чорт возьмі, только сном і жівьош!</w:t>
      </w:r>
    </w:p>
    <w:p>
      <w:r>
        <w:br/>
        <w:t>Бровко втирається "одіялом".</w:t>
      </w:r>
    </w:p>
    <w:p>
      <w:r>
        <w:br/>
        <w:t>— А мені воли снились, — обізвався.</w:t>
      </w:r>
    </w:p>
    <w:p>
      <w:r>
        <w:br/>
        <w:t>— Щаслівой... На волю підеш, — Сашко йому.</w:t>
      </w:r>
    </w:p>
    <w:p>
      <w:r>
        <w:br/>
        <w:t>— А воли — воля, — всміхається Бровко. — Повинен би суд оправдать, значить.мене... Бо й справді: пухнемо з голоду я, діти, жінка. Кланяюсь-кланяюсь жлобам: хоч на раз спекти борошенця мені... Ні. Ну, сам... хе-хе!</w:t>
      </w:r>
    </w:p>
    <w:p>
      <w:r>
        <w:br/>
        <w:t>Циган так заздро подививсь на Бровка.</w:t>
      </w:r>
    </w:p>
    <w:p>
      <w:r>
        <w:br/>
        <w:t>— Еге, на волю... а я... — сів на матраці згорнутому, — мені, парінь, клюква снилась. Наллють, знаю. А проте... брешуть вони... до жлобів робіть не піду і сідать на скамейкі не кину.</w:t>
      </w:r>
    </w:p>
    <w:p>
      <w:r>
        <w:br/>
        <w:t>— Молодець, циган, — ляпає Сашко по спині його. — А признайсь, — питає, — багато вже скамейок перетягав за свой вєк?</w:t>
      </w:r>
    </w:p>
    <w:p>
      <w:r>
        <w:br/>
        <w:t>— Ого! — реготить циган. — Дай бог здоров'я стільки.</w:t>
      </w:r>
    </w:p>
    <w:p>
      <w:r>
        <w:br/>
        <w:t>— Ти приставай, брат, у скокарі, как я вот. То лі дєло! Пошевелівай сібє в городу з шпалєром.</w:t>
      </w:r>
    </w:p>
    <w:p>
      <w:r>
        <w:br/>
        <w:t>Дивиться Омелько на Сашка, на цигана. Скамейки... шпалер...</w:t>
      </w:r>
    </w:p>
    <w:p>
      <w:r>
        <w:br/>
        <w:t>— Про віщо це вони? — питає в Бровка.</w:t>
      </w:r>
    </w:p>
    <w:p>
      <w:r>
        <w:br/>
        <w:t>— Хе-хе! — реготить той. — Ти й не знаєш? Що то значить новак. Це по-фартовому так. Навчивсь уже й я так за шість місяців ось... Хе-хе! От слухай: шпалер — лівольвер тобі; скамейка — кінь; клюква — церква.</w:t>
      </w:r>
    </w:p>
    <w:p>
      <w:r>
        <w:br/>
        <w:t>Одчиняється камера. Діжурний:</w:t>
      </w:r>
    </w:p>
    <w:p>
      <w:r>
        <w:br/>
        <w:t>— Ану, виносі матраси, на оправку іді, бері швабру, скорєй!</w:t>
      </w:r>
    </w:p>
    <w:p>
      <w:r>
        <w:br/>
        <w:t>* * *</w:t>
      </w:r>
    </w:p>
    <w:p>
      <w:r>
        <w:br/>
        <w:t>Роз'ялозили хлопці бруд шваброю в камері, — смердить, страх. Набрали окропу, заварили цикорії, сидять над нею на нарах. Сашко й циган то на сахар Омельків, то один на одного так позирають. У їх нема й грудочки, а в Омелька... бере з ворочка, кусає. Кашлянув Сашко, оскирнувсь до цигана, далі:</w:t>
      </w:r>
    </w:p>
    <w:p>
      <w:r>
        <w:br/>
        <w:t>— Сідел з нами как-то мужік одін. От їщо жлоб! Фраїр настоящий. Приїжджають на свіданіє до ніво, пирогів, хліба привозять йому і нікогда он тібє первий не дасть. Ну, і було же йому! Заберьом бувало усьо у ніво, а самого... под нари. — Моргає до цигана, показує йому на сахар Омельків.</w:t>
      </w:r>
    </w:p>
    <w:p>
      <w:r>
        <w:br/>
        <w:t>Дивиться Омелько на їх.</w:t>
      </w:r>
    </w:p>
    <w:p>
      <w:r>
        <w:br/>
        <w:t>"Так от напасть, — думає. — Сахарю в ворочку з півхунта всього, сидіть хто його зна поки, а не дай їм — і мені те, чого доброго, буде. От аріяки такі..." Розгортає ворочок. — Беріть, братця, — всміхається.</w:t>
      </w:r>
    </w:p>
    <w:p>
      <w:r>
        <w:br/>
        <w:t>Ламають хліб, "чаюють". Чаює й Бровко: солі дрібочок кусає.</w:t>
      </w:r>
    </w:p>
    <w:p>
      <w:r>
        <w:br/>
        <w:t>— Вот і бачу, что человєк, — оскиряється Сашко до Омелька. — Єсть — бері. Верно. Так і нада. А то... Жалко, что я тоді зовсім не пришив того гада. Сідел он, сказують, за то, що вора побив. Ну, не знав я цього. Мало сидів, сука, і дуріл всьо.</w:t>
      </w:r>
    </w:p>
    <w:p>
      <w:r>
        <w:br/>
        <w:t>Попили "чай".</w:t>
      </w:r>
    </w:p>
    <w:p>
      <w:r>
        <w:br/>
        <w:t>— Що ж тепер? — потягається Сашко. — Покуріть би.</w:t>
      </w:r>
    </w:p>
    <w:p>
      <w:r>
        <w:br/>
        <w:t>— Егє, — тре долоні циган. — Якби сєно оце.</w:t>
      </w:r>
    </w:p>
    <w:p>
      <w:r>
        <w:br/>
        <w:t>— Да-а, — чвиркнув Сашко. — На прогулку підем, вистрєліть у політікі нада. — Пройшовсь сюди-туди, од нар до дверей, постояв, далі: — А тепер... що ж... Ложісь, брат, — до хлопців. Простилає бушлат на нарах, лягає.</w:t>
      </w:r>
    </w:p>
    <w:p>
      <w:r>
        <w:br/>
        <w:t>— Чі ложісь, то й ложісь, — оскирнувсь циган. Кинув бушлат, ліг і собі. Омелько з Яковом походили трохи по камері, тісно, покрутились тільки, теж полягали. Тихо.</w:t>
      </w:r>
    </w:p>
    <w:p>
      <w:r>
        <w:br/>
        <w:t>— Оце, якби хоч казки якої... — обізвавсь згодом Омелько.</w:t>
      </w:r>
    </w:p>
    <w:p>
      <w:r>
        <w:br/>
        <w:t>— Куріть хочеться, брат, — чвиркнув Сашко. Помовчав. — Полуціган, може, в тебе хоч потерть є яка?</w:t>
      </w:r>
    </w:p>
    <w:p>
      <w:r>
        <w:br/>
        <w:t>— Чудак, батя. Ось у самого котиться слина.</w:t>
      </w:r>
    </w:p>
    <w:p>
      <w:r>
        <w:br/>
        <w:t>— Ан-ан що павук виробляєі — показує на стелю Бровко. Мовчать.</w:t>
      </w:r>
    </w:p>
    <w:p>
      <w:r>
        <w:br/>
        <w:t>— Ну, такі ж і барішня ота політічіська гарна! — оскиряється циган. — Гуляєш, а вона так дивиться на тебе в вікно, так дивиться... Очі... ах! — цмокнув, погладжує вуси.</w:t>
      </w:r>
    </w:p>
    <w:p>
      <w:r>
        <w:br/>
        <w:t>— Ех, — чухається Омелько. — Хоч би заснуть, та ще щоб приснилось таке! Знов тихо. Сашко:</w:t>
      </w:r>
    </w:p>
    <w:p>
      <w:r>
        <w:br/>
        <w:t>— А встань, Бровко, подивись: яка камера гуляє. Скоро черга до нас? Підвівсь той до вікна.</w:t>
      </w:r>
    </w:p>
    <w:p>
      <w:r>
        <w:br/>
        <w:t>— У... ще тільки друга.</w:t>
      </w:r>
    </w:p>
    <w:p>
      <w:r>
        <w:br/>
        <w:t>— Ху ти... в закон, вєру!.. — вилаявсь Сашко. Повертається на другий бік. — Та хоч би, суки, матраців не одбирали на день.</w:t>
      </w:r>
    </w:p>
    <w:p>
      <w:r>
        <w:br/>
        <w:t>* * *</w:t>
      </w:r>
    </w:p>
    <w:p>
      <w:r>
        <w:br/>
        <w:t>Увіходять хлопці з прогулки сумні такі, особливо Сашко. Замкнув діжурний камеру, і він:</w:t>
      </w:r>
    </w:p>
    <w:p>
      <w:r>
        <w:br/>
        <w:t>— Покурім чорта з два, — до цигана почав. — І то ж... а їщо блатной он, скамєєчнік. Кінулі тібє, ну і хапай.</w:t>
      </w:r>
    </w:p>
    <w:p>
      <w:r>
        <w:br/>
        <w:t>— Еге, хапай, — виміряється циган, — як я: хіп!.. а тут: "што? подай сюди", — масалка.</w:t>
      </w:r>
    </w:p>
    <w:p>
      <w:r>
        <w:br/>
        <w:t>— По-о-дяй сюди! — кривить Сашко цигана. — От їщо... бароха. Тобі було б... е... — махнув рукою, — шмари беззубої не стоїш.</w:t>
      </w:r>
    </w:p>
    <w:p>
      <w:r>
        <w:br/>
        <w:t>Сопе, ходить по камері. Циган стоїть, усміхається.</w:t>
      </w:r>
    </w:p>
    <w:p>
      <w:r>
        <w:br/>
        <w:t>— Не журісь, брат, батя, — почав. — Буде черв'ячка заморіть.</w:t>
      </w:r>
    </w:p>
    <w:p>
      <w:r>
        <w:br/>
        <w:t>Зупинився Сашко.</w:t>
      </w:r>
    </w:p>
    <w:p>
      <w:r>
        <w:br/>
        <w:t>— А хіба... такі єсть сєно?</w:t>
      </w:r>
    </w:p>
    <w:p>
      <w:r>
        <w:br/>
        <w:t>— Парінь, бичків наполов за сортіром. — Витягає аж цілих три з пазухи. — А щьо, дивись, які повні. Повеселішав Сашко.</w:t>
      </w:r>
    </w:p>
    <w:p>
      <w:r>
        <w:br/>
        <w:t>— Давай огню, — усміхнувсь. — Де пувичка? Сейчас викрешем. — Кинувсь до вікна. — А ви бері книжку... де книжка?.. робі папіросу.</w:t>
      </w:r>
    </w:p>
    <w:p>
      <w:r>
        <w:br/>
        <w:t>Ухопив Бровко якесь житіє на нарах в кутку, одриває на цигарку з його.</w:t>
      </w:r>
    </w:p>
    <w:p>
      <w:r>
        <w:br/>
        <w:t>Циган: "Мі, цігани, добрі люде: щьо побачим, наше буде, гоп, ту ля-ля!" — підстрибнув, давай танцювать.</w:t>
      </w:r>
    </w:p>
    <w:p>
      <w:r>
        <w:br/>
        <w:t>— Ти, хурделе-бателе! — Сашко до його. — Почують, то... знов закурім. — Довбеться під шибкою в рямцях. — Што за чорт? де пувичка? Я сюди її клав.</w:t>
      </w:r>
    </w:p>
    <w:p>
      <w:r>
        <w:br/>
        <w:t>В коридорі щось кашлянуло, затупало. Зскочив Сашко од вікна.</w:t>
      </w:r>
    </w:p>
    <w:p>
      <w:r>
        <w:br/>
        <w:t>— А ви зачєм табак уголовним з окон бросаєте? — почувся голос старшого од політичної камери. — Вам. самім по болєзні куріть разрєшено, а ви... Смотрітє: у нас ні гдє-нібудь... Запретім і вам куреніє, жалєйсь тог-да на нас. — Іде коридором, — А ви, діжурний... Смотрєть лучше нада за німі. А то... пошлі вось тє на прогулку, я туда, і... пувічка стальная у ніх. Чья ето пувічка? — захрипів у прозурку до хлопців. — Сказивай!.. А ти, морда циганська, зачем у тєх под окнамі лазіш?.. Смотрі... ти нарвешся у меня... — Повернувсь до діжурного:—Смотрітє мне: без прогулкі і без кіп'ятку до завтра ету камеру й ту.</w:t>
      </w:r>
    </w:p>
    <w:p>
      <w:r>
        <w:br/>
        <w:t>Дивляться хлопці. Сашко побілів-побілів.</w:t>
      </w:r>
    </w:p>
    <w:p>
      <w:r>
        <w:br/>
        <w:t>— Так от, гади! — прошепотів.</w:t>
      </w:r>
    </w:p>
    <w:p>
      <w:r>
        <w:br/>
        <w:t>Пообідали. Брудне щось, брудне їли: з напівгнилою картопелькою щось, з бур'яном якимсь, з комахами, крильцями; чи юшка, чи борщ — і самі не знають. Була й каша: таке мутне, гливке, слизяве щось. Виставили в коридор бачок жерстяний, на "оправку" сходили. Що ж тепер? Дехто по камері плутається, дехто сидить. Омелько стоїть, нюхає бур'янинку якусь, надворі під мурами вирвав.</w:t>
      </w:r>
    </w:p>
    <w:p>
      <w:r>
        <w:br/>
        <w:t>— А что єслі б заснуть, — починає Сашко, — чи не скорєй би день прошол. — Простилає бушлат. — Ех ти, лежня панська, жість меркотанська. — Ліг, за ним і інші.</w:t>
      </w:r>
    </w:p>
    <w:p>
      <w:r>
        <w:br/>
        <w:t>— Чорта з два заснеш, — перекидається циган, — як тільки те й робим, щьо лежімо.</w:t>
      </w:r>
    </w:p>
    <w:p>
      <w:r>
        <w:br/>
        <w:t>— Еге, — чухається Бровко, — ось, єй-бо, так уже пооблежував боки.</w:t>
      </w:r>
    </w:p>
    <w:p>
      <w:r>
        <w:br/>
        <w:t>Припікає сонце в мури і в одчинене вікно так, уже паше. Вітерець ні подихне в камеру. Камера манюсюсінька, колись була одиночкою. Страх парко. Розігрівся бруд і ще дужче смердить.</w:t>
      </w:r>
    </w:p>
    <w:p>
      <w:r>
        <w:br/>
        <w:t>Циган:</w:t>
      </w:r>
    </w:p>
    <w:p>
      <w:r>
        <w:br/>
        <w:t>— Та й скупалося б оце, матері його ковінька!</w:t>
      </w:r>
    </w:p>
    <w:p>
      <w:r>
        <w:br/>
        <w:t>— Еге, — позіхає Бровко. — Лежу й бачу неначе: вода чиста-чиста... Латаття... рибка на дні.</w:t>
      </w:r>
    </w:p>
    <w:p>
      <w:r>
        <w:br/>
        <w:t>— Ех, — обізвався Омелько. — Це в селі у нас... рай. Річка, верби, лука... Підеш було... от!.. — тулить бур'янинку до пики. Помовчав. — А що, як, бува, і довго сидіть отак прийдеться? Подать би прошеніє куди.</w:t>
      </w:r>
    </w:p>
    <w:p>
      <w:r>
        <w:br/>
        <w:t>Бровко:</w:t>
      </w:r>
    </w:p>
    <w:p>
      <w:r>
        <w:br/>
        <w:t>— До прокурора якби: судить швидче нехай.</w:t>
      </w:r>
    </w:p>
    <w:p>
      <w:r>
        <w:br/>
        <w:t>— П-і-ішли вони!.. — огризнувся Сашко. — Подавав я уже, і ось... півтора годи суда жду.</w:t>
      </w:r>
    </w:p>
    <w:p>
      <w:r>
        <w:br/>
        <w:t>— Півтора годи! — здивувався Омелько. — Оце так у тюрмі?.. Ой-йо-йо!.. — Подививсь на Сашка так злякано. — Та це й мені... так?!</w:t>
      </w:r>
    </w:p>
    <w:p>
      <w:r>
        <w:br/>
        <w:t>Мовчать усі.</w:t>
      </w:r>
    </w:p>
    <w:p>
      <w:r>
        <w:br/>
        <w:t>Омелько:</w:t>
      </w:r>
    </w:p>
    <w:p>
      <w:r>
        <w:br/>
        <w:t>— А там ще як суд прижарить.. от!.. ех!.. — повернувсь на другий бік, нічого.</w:t>
      </w:r>
    </w:p>
    <w:p>
      <w:r>
        <w:br/>
        <w:t>— Ху ти... в вєру, жість!.. — лається Сашко. — Аж дух запирає. — Взяв бушлат, перейшов додолу. Омелько:</w:t>
      </w:r>
    </w:p>
    <w:p>
      <w:r>
        <w:br/>
        <w:t>— А як це там на волі людім?</w:t>
      </w:r>
    </w:p>
    <w:p>
      <w:r>
        <w:br/>
        <w:t>— Пішли вони, гади! — прошипів Сашко.</w:t>
      </w:r>
    </w:p>
    <w:p>
      <w:r>
        <w:br/>
        <w:t>— Добре срочним, — позіхає циган. — Пускають на роботу їх... побуде на волі він... покурить... Добро! А вже нам, слєдственним...</w:t>
      </w:r>
    </w:p>
    <w:p>
      <w:r>
        <w:br/>
        <w:t>Тихо.</w:t>
      </w:r>
    </w:p>
    <w:p>
      <w:r>
        <w:br/>
        <w:t>Бровко:</w:t>
      </w:r>
    </w:p>
    <w:p>
      <w:r>
        <w:br/>
        <w:t>— Ху, обід як зригується!.. А печія пече!.. Хоч водою запить. — Встав, зачепив з "кадушки" багнюки, п'є. — Ху, на зубах як тріщить, та тепла яка!.. — Постояв. — Чого ще ця голова хоч болить! — За бушлат, та й собі до Сашка.</w:t>
      </w:r>
    </w:p>
    <w:p>
      <w:r>
        <w:br/>
        <w:t>Знов ніхто нічого.</w:t>
      </w:r>
    </w:p>
    <w:p>
      <w:r>
        <w:br/>
        <w:t>— Трінді-рінді! — починає циган на нарах.</w:t>
      </w:r>
    </w:p>
    <w:p>
      <w:r>
        <w:br/>
        <w:t>— Ну, ти, слиш!.. — Сашко до його. — Годі. Циган:</w:t>
      </w:r>
    </w:p>
    <w:p>
      <w:r>
        <w:br/>
        <w:t>— Щьо?</w:t>
      </w:r>
    </w:p>
    <w:p>
      <w:r>
        <w:br/>
        <w:t>— Спать не мєшай.</w:t>
      </w:r>
    </w:p>
    <w:p>
      <w:r>
        <w:br/>
        <w:t>— А хіба щьо?</w:t>
      </w:r>
    </w:p>
    <w:p>
      <w:r>
        <w:br/>
        <w:t>— Чорт кучерявий!</w:t>
      </w:r>
    </w:p>
    <w:p>
      <w:r>
        <w:br/>
        <w:t>— А ти щьо?</w:t>
      </w:r>
    </w:p>
    <w:p>
      <w:r>
        <w:br/>
        <w:t>— Пішов ти... в закон, вєру!.. Замовк циган. Сашко:</w:t>
      </w:r>
    </w:p>
    <w:p>
      <w:r>
        <w:br/>
        <w:t>— Е, чорт дав еті мухі їщо! — Перекидається. Тихо, сумно в тюрмі. Самих мух тільки й чуть. Захріп дехто, захріп і Сашко. Сплять хлопці, здригуються тільки, як яка вкусить котрого.</w:t>
      </w:r>
    </w:p>
    <w:p>
      <w:r>
        <w:br/>
        <w:t>— Ти, сволоч чортова! — залунало десь в коридорі. — Я дам тє песні пєть. Лупнув очима Сашко.</w:t>
      </w:r>
    </w:p>
    <w:p>
      <w:r>
        <w:br/>
        <w:t>— Ху! — тре долонею лоба. — В головє шум какой. — Потягся, сів, чухається. — Ану, де сонце уже? — Зліз до вікна. — Так от... в распро... закон, жість!.. Як високо ще. — Стрибнув з нар, ходить давай. Ходить, переступає Бровка.</w:t>
      </w:r>
    </w:p>
    <w:p>
      <w:r>
        <w:br/>
        <w:t>— Отуди клешні свої! — огризається на його. — Вори... Только мєсто в тюрмах займаєте... за клунок мукі... Пху!</w:t>
      </w:r>
    </w:p>
    <w:p>
      <w:r>
        <w:br/>
        <w:t>— Та вже ж... що ж... — бурчить Бровко. Встає, чухається.</w:t>
      </w:r>
    </w:p>
    <w:p>
      <w:r>
        <w:br/>
        <w:t>— Ху! — потягається циган на нарах. — Щьо так погано! На похмілля неначе. Не треба спать, парінь, удень.</w:t>
      </w:r>
    </w:p>
    <w:p>
      <w:r>
        <w:br/>
        <w:t>— Хуі — підводиться Омелько. — Якби ж воно чи заграть було в чого, чи що. — Дивиться. Це в тюрмі він, таки в тюрмі!.. І довго це так буде?</w:t>
      </w:r>
    </w:p>
    <w:p>
      <w:r>
        <w:br/>
        <w:t>Тихо. Бровко розстібає сорочку, дивиться в пазусі кузок.</w:t>
      </w:r>
    </w:p>
    <w:p>
      <w:r>
        <w:br/>
        <w:t>— Ну, таки ж і сорочка в тебе... — Омелько до його. Бровко:</w:t>
      </w:r>
    </w:p>
    <w:p>
      <w:r>
        <w:br/>
        <w:t>— Еге. Воняє тим, що коросту гоять. На коростявому, мабуть, була.</w:t>
      </w:r>
    </w:p>
    <w:p>
      <w:r>
        <w:br/>
        <w:t>— З барохой я спозналсі, на всьо нада рісковать, — заводить Сашко нишком.</w:t>
      </w:r>
    </w:p>
    <w:p>
      <w:r>
        <w:br/>
        <w:t>— Стій! — схоплюється циган. — У мене десь угіль був, зментав під кубом. — Витягає з-під віника. — Січас у шашки заграєм.</w:t>
      </w:r>
    </w:p>
    <w:p>
      <w:r>
        <w:br/>
        <w:t>— Ану, сюди, — Сашко до цигана. Бере вугіль у його, малює чорні п'ятенця на нарах. — А ти, хурделе, — до цигана, — дєлай шашкі із хлєба. Та стань на цинку хто: як ітиме мент до прозурки, —"шоста", скажеш.</w:t>
      </w:r>
    </w:p>
    <w:p>
      <w:r>
        <w:br/>
        <w:t>— Ану, я дам! Што шоста? — загримів у прозурку діжурний. — Што рісуєш? Подай угіль сюди.</w:t>
      </w:r>
    </w:p>
    <w:p>
      <w:r>
        <w:br/>
        <w:t>— Де? Який? — здригнувся Сашко. Пустив у рукав. — Смотрітє: нєту. — Показує долоню йому.</w:t>
      </w:r>
    </w:p>
    <w:p>
      <w:r>
        <w:br/>
        <w:t>— Сволоч чортова! — крикнув діжурний. — Дуріть їщо стаиеть меня. — Одмикав камеру, увіходить. Струснув Сашка за рукав, випав угіль. — А ето што? У, морда! — Виважив кулак та Сашка по пиці. — Сказано, нідзя ігр, ну і нідзя. — Розітер той угіль чоботом. — Черті. Через їх непріятності только. — Пішов.</w:t>
      </w:r>
    </w:p>
    <w:p>
      <w:r>
        <w:br/>
        <w:t>Лежить Сашко, дивиться на двері сердито-сердито. Такі чорні, в залізі. "Здесь сидел"... надряпано на їх крейдою. Циган сидить біля Сашка, шкуру зашкарублу собі на п'яті обдирає. Бровко об поміст нігтем шкрябає. Омелько нічого. Сидить, голову повісив.</w:t>
      </w:r>
    </w:p>
    <w:p>
      <w:r>
        <w:br/>
        <w:t>— Ех, — почухався. — Як яка скотина ми.</w:t>
      </w:r>
    </w:p>
    <w:p>
      <w:r>
        <w:br/>
        <w:t>— Да-а, — обізвався Сашко. Помовчав. — Что ж ето в самом дєлє?.. Как з звєрєм з тобою. Єщо по харє тебя... Ну, ладно. Звєрь, то і звєрь. — Закинув ногу на ногу.</w:t>
      </w:r>
    </w:p>
    <w:p>
      <w:r>
        <w:br/>
        <w:t>— Ну, гади, — погрозив кулаком, — дайте вийти на волю мені!.. Бей, рєж, болш нічіво.</w:t>
      </w:r>
    </w:p>
    <w:p>
      <w:r>
        <w:br/>
        <w:t>— Життя... — позіхнув Омелько. — І то ж... таке... — Чвиркнув на стіну, встав, постояв, ступив далі на нари, у вікно дивиться давай. Так усе йому видно з другого поверху. Огорожа кам'яна ось стоїть унизу. Підгір'ячко он за нею пішло таке кучеряве, зелене. Домок он якийсь стоїть у садочку, одірвався од города, що там десь по той бік тюрми купчиться. Хатки он поміж вишеньками біліють. Долина убік он пішла. Рудочка блищить в очереті, верби зеленіють.</w:t>
      </w:r>
    </w:p>
    <w:p>
      <w:r>
        <w:br/>
        <w:t>— Ех, воля! — зітхає.</w:t>
      </w:r>
    </w:p>
    <w:p>
      <w:r>
        <w:br/>
        <w:t>А он лука. Аж он-он мріє під лісом, де так мигтить щось проти сонця в повітрі. Люде так метушаться на їй. Сіно гребуть, в копиці кладуть... жінки, чоловіки. Чухається Омелько.</w:t>
      </w:r>
    </w:p>
    <w:p>
      <w:r>
        <w:br/>
        <w:t>"Роблять люде, — думає, — дбають собі, а я... ось де... Небагатечко є дома травички, та й та це там, мабуть, не скошена сохне. Що ж бо вдіє там мати... немічна, удова... Як це вона там поживає, сердешна... сама... Плаче, мабуть, голодна, засмучена... А-а!."" Стиснув зубами, сів. Посидів, ліг. Заплющив очі, і ввижається йому: Козолуп Дмитро, клишоногий, високий, в піджаці рипсовому;</w:t>
      </w:r>
    </w:p>
    <w:p>
      <w:r>
        <w:br/>
        <w:t>Сич Яків, очі сірі, рудий, в жильотці синій; стоять перед становим у зборні: "Бунтувавсь, ваше благородіє, пожить землю нашу хот в, — теревенять йому. — Заберіть його, будь ваша милосіь". У, пики! "Бунтувавсь"... "Заберіть"..'. Та й походжають це вони дома напиті, наїдені, дивляться, як люде потіють, роблячи їм. Всміхаються це... всміхаються, що їм розкіш така, а йому, Омелькові, його матусі старенькій таке горе, страждання. А-а!.. Що б і робив. Заскреготів зубами, гуцнувся боком об нари, полежав, устав.</w:t>
      </w:r>
    </w:p>
    <w:p>
      <w:r>
        <w:br/>
        <w:t>— І то ж... — вголос почав. — Мучать тебе. Живим прямо закопують в землю. От, дукарня чортова!.. їм тільки й жить.</w:t>
      </w:r>
    </w:p>
    <w:p>
      <w:r>
        <w:br/>
        <w:t>— Хі-хі! — реготить циган. — Допеклі!</w:t>
      </w:r>
    </w:p>
    <w:p>
      <w:r>
        <w:br/>
        <w:t>— Та ні... Те їм байдуже, що там ти з голоду пухнеш, чи що, а он... "заберіть".</w:t>
      </w:r>
    </w:p>
    <w:p>
      <w:r>
        <w:br/>
        <w:t>— Да-а, — обізвався Сашко. — їм тольки й жить.</w:t>
      </w:r>
    </w:p>
    <w:p>
      <w:r>
        <w:br/>
        <w:t>— Та стану я й дома... Як мені дивиться буде на їх?</w:t>
      </w:r>
    </w:p>
    <w:p>
      <w:r>
        <w:br/>
        <w:t>— Да, — знов обізвався Сашко. Помовчав. — Вот как я. — Підвівся на лікоть, позирнув до прозурки. — Чи там ніхто не слушаєть?.. Да. Чіво ти будеш дивиться на їх? Вот і я... Служіл я раньше. І очі бувало вилазять, робіш так, а їщо і сякой, і такой; і ругають, і штовхають тєбя, і денег не платять, что слєдуєть. А бил тельонок в отца — і того продалі... Так от! — Схитнув головою. — За то, что лошадь іздохла у ніх, как будто я винен тому. Смотрєл я, смотрєл, далі... — знов позирнув до прозурки, — далі взял, да... проваліл голову одному, другому... — Усміхнувсь. — Встрєтілся потом з человєком однім, по-о-шол гулять в городу. — Подививсь на Омель-ка. — А что ж?.. Знущаться надо мной будуть оні! — Плюнув, устав. — Н-нєт. І я же, чорт возьмі, что-нібудь да стою. Ех! — Стиснув кулак, вишкірив зуби, ходить по камері.</w:t>
      </w:r>
    </w:p>
    <w:p>
      <w:r>
        <w:br/>
        <w:t>— Ну я, матері його ніколи, — потягається циган, — щьо-щьо, а в того, щьо оце засипав мене, до цурки заберу скамейки. До-о-брі скамейки у його! Наберу сармаку, парінь. — Помовчав. — А в вас там у селі є добрі скамейки? — почав до Омелька.</w:t>
      </w:r>
    </w:p>
    <w:p>
      <w:r>
        <w:br/>
        <w:t>— О, чому ні! — той йому. — Там і в тих, що оце й я сиджу через їх... до-о-брі, як змії.</w:t>
      </w:r>
    </w:p>
    <w:p>
      <w:r>
        <w:br/>
        <w:t>— От і гаразд, — оскирнувсь циган. — Вийдем на волю, приїду в гості до тебе, раздєлаєм. Ти тябричив скамейки коли?</w:t>
      </w:r>
    </w:p>
    <w:p>
      <w:r>
        <w:br/>
        <w:t>— Ні, — всміхнувся Омелько.</w:t>
      </w:r>
    </w:p>
    <w:p>
      <w:r>
        <w:br/>
        <w:t>— Ну, то тепер дурень будеш, як і дивитимешся на їх. Ха-а-рошоє дєло. Стяпав — ньо!.. Па-а-ньос! Тільки здать треба уміть. Ну, та я ось тобі. Давай тільки.</w:t>
      </w:r>
    </w:p>
    <w:p>
      <w:r>
        <w:br/>
        <w:t>Всміхається Омелько.</w:t>
      </w:r>
    </w:p>
    <w:p>
      <w:r>
        <w:br/>
        <w:t>Циган:</w:t>
      </w:r>
    </w:p>
    <w:p>
      <w:r>
        <w:br/>
        <w:t>— Вєрно. — Підвівся. — А щьо ж! Бери в гадів. Сармак буде у тебе — гроші сармак. Будем кубрячіть. І Бровко ось. Я й його зблатував.</w:t>
      </w:r>
    </w:p>
    <w:p>
      <w:r>
        <w:br/>
        <w:t>— Хе-хе! — реготить Бровко. — Тепер і я, парень, блатний. Понявділо в тюрмі. А то... Хе-хе!.. Ходжу було, кланяюсь жлобам; дудки тепер... Бери, крадь, болш нічіво.</w:t>
      </w:r>
    </w:p>
    <w:p>
      <w:r>
        <w:br/>
        <w:t>Сашко:</w:t>
      </w:r>
    </w:p>
    <w:p>
      <w:r>
        <w:br/>
        <w:t>— Вєрно, хвалю.</w:t>
      </w:r>
    </w:p>
    <w:p>
      <w:r>
        <w:br/>
        <w:t>— Хе-хе!.. Тоді не кажіть, що тільки місце займаю в тюрмі.</w:t>
      </w:r>
    </w:p>
    <w:p>
      <w:r>
        <w:br/>
        <w:t>— Только... скокарь как-то тово. Шпалер у тебя, перо... знаєш, перо что? — до Омелька Сашко. — Нож. Всаділ сукв в бок, как шухар розпочньот, за сармак і до свіданія. А чіво ж!.. Жівут... жіві й ти. Б'ють, бєй і ти. А нєт... не жіві. Свєт уж таков.</w:t>
      </w:r>
    </w:p>
    <w:p>
      <w:r>
        <w:br/>
        <w:t>Омелько:</w:t>
      </w:r>
    </w:p>
    <w:p>
      <w:r>
        <w:br/>
        <w:t>— Ну, вже що-що, — почав, — а натичкою й я провалю комусь голову. —Помовчав. — Не побоюсь і гріха.</w:t>
      </w:r>
    </w:p>
    <w:p>
      <w:r>
        <w:br/>
        <w:t>— Что, что? — Сашко до Омелька. Подививсь на його так грізно, далі: — Пошол ти в свєт!.. От єщо жлоб! В грєх вєруєть он.</w:t>
      </w:r>
    </w:p>
    <w:p>
      <w:r>
        <w:br/>
        <w:t>— Хе-хе! — реготить Бровко. Підводиться. — То все, парень, жлоби повидумували. Нікакого грєха. Хе-хе! Посидь довше в тюрмі, усьо взнаєш.</w:t>
      </w:r>
    </w:p>
    <w:p>
      <w:r>
        <w:br/>
        <w:t>Дивиться Омелько.</w:t>
      </w:r>
    </w:p>
    <w:p>
      <w:r>
        <w:br/>
        <w:t>* * *</w:t>
      </w:r>
    </w:p>
    <w:p>
      <w:r>
        <w:br/>
        <w:t>Червоніють шибки од заходу.</w:t>
      </w:r>
    </w:p>
    <w:p>
      <w:r>
        <w:br/>
        <w:t>— Становісь на повєрку! — гукає в коридорі діжурний. На сей раз з старшим уже всі надзирателі ходять. Стукають в грати, довбуться в матрацах, сіпають хлопців, рубці щупають їм. Кончилась "повєрка". Порозгортали хлопці матраци, до повірки цього не можна робить, сидять на їх, вечеряють. Скоринки з пайок, такі в попелі, з висівками, — гризуть.</w:t>
      </w:r>
    </w:p>
    <w:p>
      <w:r>
        <w:br/>
        <w:t>— І то ж... ковбаса, — Сашко до цигана, — шлі за матрацами, он до політікі заглядав у прозурку, не вистрілив хлєба. Вчерась у ніх на свіданії билі, стало бить єсть.</w:t>
      </w:r>
    </w:p>
    <w:p>
      <w:r>
        <w:br/>
        <w:t>— Вистрілиш чорта, як ось і так по харі заїхав мент. Бровко:</w:t>
      </w:r>
    </w:p>
    <w:p>
      <w:r>
        <w:br/>
        <w:t>— Хай ось у неділю... до нас на свіданіє приїде хто, може.</w:t>
      </w:r>
    </w:p>
    <w:p>
      <w:r>
        <w:br/>
        <w:t>— Какой чорт, — чвиркнув Сашко. — Ось сколько сідім, наезділі?.. — Помовчав. — Та хоть би ко мне хто прієхал, маруха хоть би... Нікто і глаз не покажет. Ну, суки, вийду, покажу, як по свіданіях єздіть.</w:t>
      </w:r>
    </w:p>
    <w:p>
      <w:r>
        <w:br/>
        <w:t>Смеркло. На вікні блимає лампочка, засвітив у прозурку діжурний. Блощиці, що вдень по щілинах сиділи, тепер так і ганяють по матрацах, по стінах, по хлопцях. І яких тільки немає: і малі, й великі; і бурі, й червоні. Пухирів уже, пухирів у кожного, неначе кропивою пожалив хто, і на шиї, і скрізь.</w:t>
      </w:r>
    </w:p>
    <w:p>
      <w:r>
        <w:br/>
        <w:t>А таркани пішли шарудіть! Стоноги теж пішли пастись. Сморід, парко.</w:t>
      </w:r>
    </w:p>
    <w:p>
      <w:r>
        <w:br/>
        <w:t>Ходить Сашко по камері, лається. Омелько закачав рукав, стоїть, чухається. Ті два блощиць давлять. Воняють, страх.</w:t>
      </w:r>
    </w:p>
    <w:p>
      <w:r>
        <w:br/>
        <w:t>— А тсс! — засикав Омелько.</w:t>
      </w:r>
    </w:p>
    <w:p>
      <w:r>
        <w:br/>
        <w:t>Щось десь, на тім світі неначе, не то заграло, не то заспівало. Скочив Омелько на нари, у вікно прислухаться давай. "Садок вишневий коло хати..." — співають десь там між хатками; так гарно: тоненько й товстенько, видно, хлопці й дівчата. Та й гарно ж... Аж чуб угору стає. А ніч!.. така місячна, тиха... Хатки, вишеньки так он бовваніють у сяйві. І пахне сіном, пахне.</w:t>
      </w:r>
    </w:p>
    <w:p>
      <w:r>
        <w:br/>
        <w:t>— Ех, — чухається Омелько. — "Вишневий"... "коло хати".. О, вже: "...розмовляла дівчинонька, з козаченьком стоя"... — співають. Справді... Розмовляла... І він ось ще так недавно розмовляв з... Марусиною... З ким це вона тепер розмовляє?.. Мила, люба дівчина, квіточка чорнобровенька!.. Це там біля неї колодка під лісою, помережані тіні розкидала верба, сидять це там: вона у керсеті, хусточкою білою зап'ята, Олена, Палажка, хлопці... розмовляють... А він... Так щось удавило його, і він: "Нащо мені чорні брови, нащо карі очі..." — почав потихеньку і так дрижаче.</w:t>
      </w:r>
    </w:p>
    <w:p>
      <w:r>
        <w:br/>
        <w:t>— Ти, слиш! — почулось знадвору. — Морда рештанська, чіво у окна? Стрелять буду! Зіскочив Омелько додолу.</w:t>
      </w:r>
    </w:p>
    <w:p>
      <w:r>
        <w:br/>
        <w:t>— У, бий, ріж, вєрно!.. — прошепотів. Щось загрюкотіло в коридорі, затупало.</w:t>
      </w:r>
    </w:p>
    <w:p>
      <w:r>
        <w:br/>
        <w:t>— О, рятуйте! — почулось.</w:t>
      </w:r>
    </w:p>
    <w:p>
      <w:r>
        <w:br/>
        <w:t>— А тсс! — Сашко до хлопців. Підбіг до прозурки. — Когось б'ють уже суки.</w:t>
      </w:r>
    </w:p>
    <w:p>
      <w:r>
        <w:br/>
        <w:t>— О, о!.. — прискав, чуть.</w:t>
      </w:r>
    </w:p>
    <w:p>
      <w:r>
        <w:br/>
        <w:t>— Б'ють, суки, і рот затуляють. — Побілів Сашко, побілів.</w:t>
      </w:r>
    </w:p>
    <w:p>
      <w:r>
        <w:br/>
        <w:t>— Ага, отето тібє до окна, до окна!.. Сперечаться з діжурним... — бух, бух! — чується.</w:t>
      </w:r>
    </w:p>
    <w:p>
      <w:r>
        <w:br/>
        <w:t>— В карцер, в карцер його! — чуть старшого. — До окна нужно ему! Сволоч!.. Да єщо когда "повєрка" прошла!.. Лежи не шевелісь!</w:t>
      </w:r>
    </w:p>
    <w:p>
      <w:r>
        <w:br/>
        <w:t>— Та є бог!.. Де той бог? — тремтить Бровко.</w:t>
      </w:r>
    </w:p>
    <w:p>
      <w:r>
        <w:br/>
        <w:t>— Так от... в закон, вєру, в бога, в Христа!.. — скреготить зубами Сашко.</w:t>
      </w:r>
    </w:p>
    <w:p>
      <w:r>
        <w:br/>
        <w:t>— У, в закон, вєру! — вилаявсь і Омелько вже так. Дрижить увесь, дрижить. — Ну, — скреготить, — коли б на волю, дістаю лів... чи то пак шпалер, перо і... у!.. гадів. Чи пропадать тоді, то й пропадать: арештант, острожник — однаково. — Почервонів.</w:t>
      </w:r>
    </w:p>
    <w:p>
      <w:r>
        <w:br/>
        <w:t>Сашко:</w:t>
      </w:r>
    </w:p>
    <w:p>
      <w:r>
        <w:br/>
        <w:t>— Дай руку, товаріщ.</w:t>
      </w:r>
    </w:p>
    <w:p>
      <w:r>
        <w:br/>
        <w:t>— "Ой летіла горлиця через са-ад!.." — чується звідтіль, з-за вікна.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тюрмі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