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Січ ставай</w:t>
      </w:r>
    </w:p>
    <w:p>
      <w:r>
        <w:br/>
        <w:t xml:space="preserve"> &lt;p&gt;В кого стане сили і охоти,</w:t>
      </w:r>
    </w:p>
    <w:p>
      <w:r>
        <w:br/>
        <w:t>В кого чесним жаром серце бє,</w:t>
      </w:r>
    </w:p>
    <w:p>
      <w:r>
        <w:br/>
        <w:t>До борби за волю, до роботи</w:t>
      </w:r>
    </w:p>
    <w:p>
      <w:r>
        <w:br/>
        <w:t>В Січ новітну з нами хай стає.</w:t>
      </w:r>
    </w:p>
    <w:p>
      <w:r>
        <w:br/>
        <w:t>У здоровім тілі дух могутний птах,</w:t>
      </w:r>
    </w:p>
    <w:p>
      <w:r>
        <w:br/>
        <w:t>Підійме високо волі стяг.</w:t>
      </w:r>
    </w:p>
    <w:p>
      <w:r>
        <w:br/>
        <w:t>А хто рабськи спину вниз хиляє,</w:t>
      </w:r>
    </w:p>
    <w:p>
      <w:r>
        <w:br/>
        <w:t>Хто ворожій силі йде під лад,</w:t>
      </w:r>
    </w:p>
    <w:p>
      <w:r>
        <w:br/>
        <w:t>Для такого місця в нас немає;</w:t>
      </w:r>
    </w:p>
    <w:p>
      <w:r>
        <w:br/>
        <w:t>Трус і зрадник підлий нам не брат.</w:t>
      </w:r>
    </w:p>
    <w:p>
      <w:r>
        <w:br/>
        <w:t>Наше товариство не згинає пліч,</w:t>
      </w:r>
    </w:p>
    <w:p>
      <w:r>
        <w:br/>
        <w:t>Вільна була й буде славна Січ!</w:t>
      </w:r>
    </w:p>
    <w:p>
      <w:r>
        <w:br/>
        <w:t>Сильні тілом, завзятущі духом</w:t>
      </w:r>
    </w:p>
    <w:p>
      <w:r>
        <w:br/>
        <w:t>Викуємо племя молоде,</w:t>
      </w:r>
    </w:p>
    <w:p>
      <w:r>
        <w:br/>
        <w:t>Що не впаде під катів обухом</w:t>
      </w:r>
    </w:p>
    <w:p>
      <w:r>
        <w:br/>
        <w:t>І на службу зраді не піде.</w:t>
      </w:r>
    </w:p>
    <w:p>
      <w:r>
        <w:br/>
        <w:t>Розібє кайдани, підворожить тьму,</w:t>
      </w:r>
    </w:p>
    <w:p>
      <w:r>
        <w:br/>
        <w:t>Верне Україні свободу!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Січ ставай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