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розмріянь болісній годині</w:t>
      </w:r>
    </w:p>
    <w:p>
      <w:r>
        <w:br/>
        <w:t xml:space="preserve"> В розмріянь болісній годині,&lt;br /&gt;</w:t>
        <w:br/>
        <w:t>Як смерк прислонить сонні гори,—&lt;br /&gt;</w:t>
        <w:br/>
        <w:t>Вітер з травою в полонині&lt;br /&gt;</w:t>
        <w:br/>
        <w:t>Веде таємні розговори.&lt;br /&gt;</w:t>
        <w:br/>
        <w:t>В розмріянь болісній годині,&lt;br /&gt;</w:t>
        <w:br/>
        <w:t>Як зашумлять вечірні бори,&lt;br /&gt;</w:t>
        <w:br/>
        <w:t>А небом хмари плинуть сині,—&lt;br /&gt;</w:t>
        <w:br/>
        <w:t>Сум крізь душі іде притвори…&lt;br /&gt;</w:t>
        <w:br/>
        <w:t>Тебе я жду в таку годину…&lt;br /&gt;</w:t>
        <w:br/>
        <w:t>Мені здається, що в вечірній&lt;br /&gt;</w:t>
        <w:br/>
        <w:t>Мелодьї гір твій чую спів…&lt;br /&gt;</w:t>
        <w:br/>
        <w:t>Я жду тебе, моя дівчино!&lt;br /&gt;</w:t>
        <w:br/>
        <w:t>Прилинь! Промов! В тиші безмірній&lt;br /&gt;</w:t>
        <w:br/>
        <w:t>Потоне гомін твоїх слів…&lt;br /&gt;</w:t>
        <w:br/>
        <w:t>В.розмріянь болісній годині&lt;br /&gt;</w:t>
        <w:br/>
        <w:t>Не раз тебе ввижає зір&lt;br /&gt;</w:t>
        <w:br/>
        <w:t>Крізь осіннії мряки сині,&lt;br /&gt;</w:t>
        <w:br/>
        <w:t>Крізь вільних чорних піль простір…&lt;br /&gt;</w:t>
        <w:br/>
        <w:t>Пливеш до мене з шумом гір,&lt;br /&gt;</w:t>
        <w:br/>
        <w:t>Де плесо рік шумить зелене,&lt;br /&gt;</w:t>
        <w:br/>
        <w:t>З дрижанням мерехтячих зір&lt;br /&gt;</w:t>
        <w:br/>
        <w:t>На крилах мрій летиш до мене.&lt;br /&gt;</w:t>
        <w:br/>
        <w:t>І, як сон осінньої ночі,&lt;br /&gt;</w:t>
        <w:br/>
        <w:t>З туманів срібних виринаєш,&lt;br /&gt;</w:t>
        <w:br/>
        <w:t>Смутна стаєш переді мною…&lt;br /&gt;</w:t>
        <w:br/>
        <w:t>Топиш в мені погаслі очі&lt;br /&gt;</w:t>
        <w:br/>
        <w:t>І знов у сірій млі щезаєш,&lt;br /&gt;</w:t>
        <w:br/>
        <w:t>Та спокій мій іде з тобою…</w:t>
      </w:r>
    </w:p>
    <w:p>
      <w:r>
        <w:br/>
        <w:t>***</w:t>
      </w:r>
    </w:p>
    <w:p>
      <w:r>
        <w:br/>
        <w:t>Джерело:Цифрова Українська Бібліотека.</w:t>
      </w:r>
    </w:p>
    <w:p>
      <w:r>
        <w:br/>
        <w:t>--------------------------------------------------------------------------------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розмріянь болісній годині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