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рядку, що полискує сталлю...</w:t>
      </w:r>
    </w:p>
    <w:p>
      <w:r>
        <w:br/>
        <w:t xml:space="preserve"> В рядку, що полискує сталлю,&lt;br /&gt;</w:t>
        <w:br/>
        <w:t>холодна прихована гра.&lt;br /&gt;</w:t>
        <w:br/>
        <w:t>Я вище поезії ставлю&lt;br /&gt;</w:t>
        <w:br/>
        <w:t>незрідненість зла і добра..</w:t>
      </w:r>
    </w:p>
    <w:p>
      <w:r>
        <w:br/>
        <w:t>Поезія враз помирає,&lt;br /&gt;</w:t>
        <w:br/>
        <w:t>коли збайдужілим пером&lt;br /&gt;</w:t>
        <w:br/>
        <w:t>добро вона злом називає,&lt;br /&gt;</w:t>
        <w:br/>
        <w:t>а зло — називає добром.</w:t>
      </w:r>
    </w:p>
    <w:p>
      <w:r>
        <w:br/>
        <w:t>Байдужий — це гірше каліки.&lt;br /&gt;</w:t>
        <w:br/>
        <w:t>Я вірю шерезі рядків,&lt;br /&gt;</w:t>
        <w:br/>
        <w:t>де власні вкарбовують лики&lt;br /&gt;</w:t>
        <w:br/>
        <w:t>і радість, і сором, і гнів.</w:t>
      </w:r>
    </w:p>
    <w:p>
      <w:r>
        <w:br/>
        <w:t>Рятує рядок недомовка,&lt;br /&gt;</w:t>
        <w:br/>
        <w:t>та натяк уб'є боязкий.&lt;br /&gt;</w:t>
        <w:br/>
        <w:t>А кров'ю строфа не намокла,&lt;br /&gt;</w:t>
        <w:br/>
        <w:t>то вийде весь віршик мулький,</w:t>
      </w:r>
    </w:p>
    <w:p>
      <w:r>
        <w:br/>
        <w:t>Я бачив епох потрясіння,&lt;br /&gt;</w:t>
        <w:br/>
        <w:t>руками розламував зло,-&lt;br /&gt;</w:t>
        <w:br/>
        <w:t>у тім було справжнє змужніння,&lt;br /&gt;</w:t>
        <w:br/>
        <w:t>все інше — то вже ремесло.</w:t>
      </w:r>
    </w:p>
    <w:p>
      <w:r>
        <w:br/>
        <w:t>Поезія — вчинок прилюдний,&lt;br /&gt;</w:t>
        <w:br/>
        <w:t>і автор на пласі стоїть:&lt;br /&gt;</w:t>
        <w:br/>
        <w:t>добро замогло — непідсудний,&lt;br /&gt;</w:t>
        <w:br/>
        <w:t>а зло — то й поета судіть.</w:t>
      </w:r>
    </w:p>
    <w:p>
      <w:r>
        <w:br/>
        <w:t>Та часом собі відщепенство&lt;br /&gt;</w:t>
        <w:br/>
        <w:t>маскує мистецьке шатро,&lt;br /&gt;</w:t>
        <w:br/>
        <w:t>і схоже це на двоєженство —&lt;br /&gt;</w:t>
        <w:br/>
        <w:t>засватати зло і добро.</w:t>
      </w:r>
    </w:p>
    <w:p>
      <w:r>
        <w:br/>
        <w:t>Талант не бува непорядним.&lt;br /&gt;</w:t>
        <w:br/>
        <w:t>Ніколи й ніде не була&lt;br /&gt;</w:t>
        <w:br/>
        <w:t>звитяга мистецтва і правди —&lt;br /&gt;</w:t>
        <w:br/>
        <w:t>на крихту! — звитягою зла.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рядку, що полискує сталлю...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