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поті чола</w:t>
      </w:r>
    </w:p>
    <w:p>
      <w:r>
        <w:br/>
        <w:t xml:space="preserve"> Із збірки "В ПОТІ ЧОЛА"&lt;br /&gt;</w:t>
        <w:br/>
        <w:t>(1928-1929)</w:t>
      </w:r>
    </w:p>
    <w:p>
      <w:r>
        <w:br/>
        <w:t>Ветеранові цегли і вапна — людині,&lt;br /&gt;</w:t>
        <w:br/>
        <w:t>що не прочитала навіть свого пашпорта зроду,—&lt;br /&gt;</w:t>
        <w:br/>
        <w:t>цю книгу з любов'ю присвячує с и н.&lt;br /&gt;</w:t>
        <w:br/>
        <w:t>ВСТУП</w:t>
      </w:r>
    </w:p>
    <w:p>
      <w:r>
        <w:br/>
        <w:t>Мале дівча, моя босенька музо!&lt;br /&gt;</w:t>
        <w:br/>
        <w:t>Прийди, як тінь, і васильковий цвіт&lt;br /&gt;</w:t>
        <w:br/>
        <w:t>Твоїх очей на руку заскарузлу&lt;br /&gt;</w:t>
        <w:br/>
        <w:t>Зрони замислено...&lt;br /&gt;</w:t>
        <w:br/>
        <w:t>Привіт Тобі, привіт!&lt;br /&gt;</w:t>
        <w:br/>
        <w:t>Щодня й щовечора, у праці й на дозвіллі,&lt;br /&gt;</w:t>
        <w:br/>
        <w:t>Мов корабель хисткий за радісний маяк&lt;br /&gt;</w:t>
        <w:br/>
        <w:t>Над океанами, отак тримаюсь я&lt;br /&gt;</w:t>
        <w:br/>
        <w:t>За усміх милий у своїм запіллі.</w:t>
      </w:r>
    </w:p>
    <w:p>
      <w:r>
        <w:br/>
        <w:t>От і тепер, перо у піт вмочивши —&lt;br /&gt;</w:t>
        <w:br/>
        <w:t>В живицю людську,— в морі суєти&lt;br /&gt;</w:t>
        <w:br/>
        <w:t>Дивлюсь на Тебе... Хай прибій колише.—&lt;br /&gt;</w:t>
        <w:br/>
        <w:t>Благослови!Даруй усмішку лише,&lt;br /&gt;</w:t>
        <w:br/>
        <w:t>Як промінь золотий.&lt;br /&gt;</w:t>
        <w:br/>
        <w:t>Химерні рими і слова прості,&lt;br /&gt;</w:t>
        <w:br/>
        <w:t>Але з Тобою ми хоч ветхе й не оновим,&lt;br /&gt;</w:t>
        <w:br/>
        <w:t>Зате й нового на старім хресті&lt;br /&gt;</w:t>
        <w:br/>
        <w:t>Не розпнемо. Нам лиш перебрести&lt;br /&gt;</w:t>
        <w:br/>
        <w:t>Ось море це й згадать забутих словом.</w:t>
      </w:r>
    </w:p>
    <w:p>
      <w:r>
        <w:br/>
        <w:t>Ні "Ах", ні "Ох" — ці терміни поетів,&lt;br /&gt;</w:t>
        <w:br/>
        <w:t>Здобутки всі останніх двох епох —&lt;br /&gt;</w:t>
        <w:br/>
        <w:t>Не нам визбирувать — "емоції" підперти...&lt;br /&gt;</w:t>
        <w:br/>
        <w:t>Ба, їм ще не три чисниці до смерти!&lt;br /&gt;</w:t>
        <w:br/>
        <w:t>Пан скепсис?!&lt;br /&gt;</w:t>
        <w:br/>
        <w:t>Прошу!&lt;br /&gt;</w:t>
        <w:br/>
        <w:t>Місця тут на двох.</w:t>
      </w:r>
    </w:p>
    <w:p>
      <w:r>
        <w:br/>
        <w:t>Мале дівча, моя свавільна музо!&lt;br /&gt;</w:t>
        <w:br/>
        <w:t>Коли на п і т ми рим не доберем,&lt;br /&gt;</w:t>
        <w:br/>
        <w:t>То не надінемо і машкари лакузи&lt;br /&gt;</w:t>
        <w:br/>
        <w:t>І козирем, як тим бубновим тузом,&lt;br /&gt;</w:t>
        <w:br/>
        <w:t>Не вдарим "димарем".</w:t>
      </w:r>
    </w:p>
    <w:p>
      <w:r>
        <w:br/>
        <w:t>Димар для нас — то лиш ікс метрів цегли&lt;br /&gt;</w:t>
        <w:br/>
        <w:t>Та ігрек диму — сизий-сизий дим!&lt;br /&gt;</w:t>
        <w:br/>
        <w:t>Ніхто ще молодости, шлункові підлеглий,&lt;br /&gt;</w:t>
        <w:br/>
        <w:t>З охоти власної не заряджав туди.&lt;br /&gt;</w:t>
        <w:br/>
        <w:t>У простім одязі, без вигадки й мінору&lt;br /&gt;</w:t>
        <w:br/>
        <w:t>І без мажору, боса, по землі&lt;br /&gt;</w:t>
        <w:br/>
        <w:t>Неси ж свою задумливу покору,&lt;br /&gt;</w:t>
        <w:br/>
        <w:t>І прапор радости, піднятий просто д'горі,&lt;br /&gt;</w:t>
        <w:br/>
        <w:t>І спокій на чолі...&lt;br /&gt;</w:t>
        <w:br/>
        <w:t>Що? Не "сучасно"?! Може.&lt;br /&gt;</w:t>
        <w:br/>
        <w:t>Припахає&lt;br /&gt;</w:t>
        <w:br/>
        <w:t>Десь пасеїзмом*? Хтось візьме на "го"?&lt;br /&gt;</w:t>
        <w:br/>
        <w:t>Нехай і так. Але для Тебе, знаю,&lt;br /&gt;</w:t>
        <w:br/>
        <w:t>Навіть екструкції* премудрі загинає&lt;br /&gt;</w:t>
        <w:br/>
        <w:t>Пророк Семенко со апостоли його.&lt;br /&gt;</w:t>
        <w:br/>
        <w:t>Мале дівча, моя босенька музо!&lt;br /&gt;</w:t>
        <w:br/>
        <w:t>Мов Суламіт біблійна на жнива,—&lt;br /&gt;</w:t>
        <w:br/>
        <w:t>Замурзана,&lt;br /&gt;</w:t>
        <w:br/>
        <w:t>у сонці,&lt;br /&gt;</w:t>
        <w:br/>
        <w:t>як жива,&lt;br /&gt;</w:t>
        <w:br/>
        <w:t>Йдучи до черги десь, склади в усмішку профіль.</w:t>
      </w:r>
    </w:p>
    <w:p>
      <w:r>
        <w:br/>
        <w:t>МУЛЯРІ&lt;br /&gt;</w:t>
        <w:br/>
        <w:t>І&lt;br /&gt;</w:t>
        <w:br/>
        <w:t>Ридає бас, немов орган в костелі...&lt;br /&gt;</w:t>
        <w:br/>
        <w:t>Над капітелями комахи — мулярі,&lt;br /&gt;</w:t>
        <w:br/>
        <w:t>Аж ген-ге-ен в колисці угорі&lt;br /&gt;</w:t>
        <w:br/>
        <w:t>Розводять письмена щітками в видноколі.</w:t>
      </w:r>
    </w:p>
    <w:p>
      <w:r>
        <w:br/>
        <w:t>Пісок і вапно... Клей... Ультрамарин...&lt;br /&gt;</w:t>
        <w:br/>
        <w:t>І співи, мов псалми на мові Зороастра...&lt;br /&gt;</w:t>
        <w:br/>
        <w:t>А на підлозі краплі алябастру,&lt;br /&gt;</w:t>
        <w:br/>
        <w:t>По стінах — золото цитрин.</w:t>
      </w:r>
    </w:p>
    <w:p>
      <w:r>
        <w:br/>
        <w:t>Могутня арфа струнами гуде.&lt;br /&gt;</w:t>
        <w:br/>
        <w:t>В барвисті шиби вдерлося до храму&lt;br /&gt;</w:t>
        <w:br/>
        <w:t>Сліпуче сонце&lt;br /&gt;</w:t>
        <w:br/>
        <w:t>й в хмарах тиміаму&lt;br /&gt;</w:t>
        <w:br/>
        <w:t>По вівтарях навшпиньки йде.</w:t>
      </w:r>
    </w:p>
    <w:p>
      <w:r>
        <w:br/>
        <w:t>Ридає бас — старий псалми розводить:&lt;br /&gt;</w:t>
        <w:br/>
        <w:t>"...Циганка десь заплакана ішла..."&lt;br /&gt;</w:t>
        <w:br/>
        <w:t>Солоний піт&lt;br /&gt;</w:t>
        <w:br/>
        <w:t>з корявого чола&lt;br /&gt;</w:t>
        <w:br/>
        <w:t>Біжить,&lt;br /&gt;</w:t>
        <w:br/>
        <w:t>спиняється&lt;br /&gt;</w:t>
        <w:br/>
        <w:t>і висиха, як сода,&lt;br /&gt;</w:t>
        <w:br/>
        <w:t>У зморшках-коліях. Важкий солоний піт!&lt;br /&gt;</w:t>
        <w:br/>
        <w:t>Що перед ним людська мізерна мова?!&lt;br /&gt;</w:t>
        <w:br/>
        <w:t>Що перед ним і "материне" слово,&lt;br /&gt;</w:t>
        <w:br/>
        <w:t>Хоч би й у вівтарі обронене до плит&lt;br /&gt;</w:t>
        <w:br/>
        <w:t>Холодних і німих?!.&lt;br /&gt;</w:t>
        <w:br/>
        <w:t>Від вапна плями долі...&lt;br /&gt;</w:t>
        <w:br/>
        <w:t>Над капітелями комахи — мулярі&lt;br /&gt;</w:t>
        <w:br/>
        <w:t>Аж ген-ге-ен в колисці угорі&lt;br /&gt;</w:t>
        <w:br/>
        <w:t>Розводять письмена щітками в видноколі,</w:t>
      </w:r>
    </w:p>
    <w:p>
      <w:r>
        <w:br/>
        <w:t>Дієзи ставлять в соняшні ключі,&lt;br /&gt;</w:t>
        <w:br/>
        <w:t>Торкають сміхом соняшні мечі,—</w:t>
      </w:r>
    </w:p>
    <w:p>
      <w:r>
        <w:br/>
        <w:t>Цибулі з'ївши, курять і піють.&lt;br /&gt;</w:t>
        <w:br/>
        <w:t>У храм чужий прийшли із власним богом&lt;br /&gt;</w:t>
        <w:br/>
        <w:t>Й щітками довгими розводять по чертогах&lt;br /&gt;</w:t>
        <w:br/>
        <w:t>Над вівтарем чужим&lt;br /&gt;</w:t>
        <w:br/>
        <w:t>релігію свою.</w:t>
      </w:r>
    </w:p>
    <w:p>
      <w:r>
        <w:br/>
        <w:t>II</w:t>
      </w:r>
    </w:p>
    <w:p>
      <w:r>
        <w:br/>
        <w:t>Премудрий Ра — Єгипту божество,—&lt;br /&gt;</w:t>
        <w:br/>
        <w:t>Як в африканській спаленій пустелі,&lt;br /&gt;</w:t>
        <w:br/>
        <w:t>В ультрамариновій, аж зсиза-синій стелі&lt;br /&gt;</w:t>
        <w:br/>
        <w:t>З зеніту звис розпеченим єством.</w:t>
      </w:r>
    </w:p>
    <w:p>
      <w:r>
        <w:br/>
        <w:t>Що бачить він — обкрадений чабан?&lt;br /&gt;</w:t>
        <w:br/>
        <w:t>Чого націлився, немов орел на птаху?&lt;br /&gt;</w:t>
        <w:br/>
        <w:t>Може, побачив древнього феллаха?&lt;br /&gt;</w:t>
        <w:br/>
        <w:t>Може,— засипаний пісками караван?..</w:t>
      </w:r>
    </w:p>
    <w:p>
      <w:r>
        <w:br/>
        <w:t>О, ні! В півдні старий премудрий Ра,&lt;br /&gt;</w:t>
        <w:br/>
        <w:t>Щодня забрівши в синь ту неозорну&lt;br /&gt;</w:t>
        <w:br/>
        <w:t>І із землі зробивши лазню, горно,&lt;br /&gt;</w:t>
        <w:br/>
        <w:t>На цятку на маленьку позира:</w:t>
      </w:r>
    </w:p>
    <w:p>
      <w:r>
        <w:br/>
        <w:t>На риштуванні в вапні і піску,&lt;br /&gt;</w:t>
        <w:br/>
        <w:t>З цеглинок кладучи дванадцяту пілястру,&lt;br /&gt;</w:t>
        <w:br/>
        <w:t>Двадцяту тисячу беручи по вершку,&lt;br /&gt;</w:t>
        <w:br/>
        <w:t>Там, вигинаючи "Ліщиноньку" струнку,&lt;br /&gt;</w:t>
        <w:br/>
        <w:t>Комахи мружаться на предка Зороастра.&lt;br /&gt;</w:t>
        <w:br/>
        <w:t>Превражі скептики! І скільки не печи,—&lt;br /&gt;</w:t>
        <w:br/>
        <w:t>Лише співають, цеглу кладучи.</w:t>
      </w:r>
    </w:p>
    <w:p>
      <w:r>
        <w:br/>
        <w:t>* * *</w:t>
      </w:r>
    </w:p>
    <w:p>
      <w:r>
        <w:br/>
        <w:t>Рука, мов ріпа, чорна і шорстка.&lt;br /&gt;</w:t>
        <w:br/>
        <w:t>Лице солоним поливом залите,&lt;br /&gt;</w:t>
        <w:br/>
        <w:t>Перемережане, поїдене, порите&lt;br /&gt;</w:t>
        <w:br/>
        <w:t>Лице в найстаршого робітника.</w:t>
      </w:r>
    </w:p>
    <w:p>
      <w:r>
        <w:br/>
        <w:t>Цигарка на губі і жил вузли на скронях.&lt;br /&gt;</w:t>
        <w:br/>
        <w:t>Аж скаче щебень... Над залізняком,&lt;br /&gt;</w:t>
        <w:br/>
        <w:t>Мов келепом, правує молотком&lt;br /&gt;</w:t>
        <w:br/>
        <w:t>І витирає піт вершком долоні.</w:t>
      </w:r>
    </w:p>
    <w:p>
      <w:r>
        <w:br/>
        <w:t>Цеглина к цеглі. Тисяча к другій...&lt;br /&gt;</w:t>
        <w:br/>
        <w:t>Дзвенить... Гуде... Скрегоче... Дзвонить знову.&lt;br /&gt;</w:t>
        <w:br/>
        <w:t>Аж наче кубики лаштуються самі!</w:t>
      </w:r>
    </w:p>
    <w:p>
      <w:r>
        <w:br/>
        <w:t>І виростає велетень німий,&lt;br /&gt;</w:t>
        <w:br/>
        <w:t>Мов сфінкс задуманий, чіткий і загадковий</w:t>
      </w:r>
    </w:p>
    <w:p>
      <w:r>
        <w:br/>
        <w:t>Простяг пілястри. Рій стрімких колон&lt;br /&gt;</w:t>
        <w:br/>
        <w:t>Наставив в небо. В шумі стан спружинив&lt;br /&gt;</w:t>
        <w:br/>
        <w:t>І вищірився міліоном тонн&lt;br /&gt;</w:t>
        <w:br/>
        <w:t>Рудої цегли...&lt;br /&gt;</w:t>
        <w:br/>
        <w:t>Чим не Вавилон?!? —&lt;br /&gt;</w:t>
        <w:br/>
        <w:t>Колючий, мов їжак, і ладний, як машина.</w:t>
      </w:r>
    </w:p>
    <w:p>
      <w:r>
        <w:br/>
        <w:t>У кожній лінії проглядує душа,&lt;br /&gt;</w:t>
        <w:br/>
        <w:t>Чуття і мисль. Деталь — то ж епопея!&lt;br /&gt;</w:t>
        <w:br/>
        <w:t>Коли б отак поети у віршах...&lt;br /&gt;</w:t>
        <w:br/>
        <w:t>Коли б хоч трішки у моїх віршах&lt;br /&gt;</w:t>
        <w:br/>
        <w:t>Того вогню й майстерності тієї!</w:t>
      </w:r>
    </w:p>
    <w:p>
      <w:r>
        <w:br/>
        <w:t>Рука, як ріпа, чорна і шорстка.&lt;br /&gt;</w:t>
        <w:br/>
        <w:t>І піт шорсткий склепить, мурує очі.&lt;br /&gt;</w:t>
        <w:br/>
        <w:t>Сердечний стукіт — стукіт молотка,&lt;br /&gt;</w:t>
        <w:br/>
        <w:t>А лиця — ніби тесані з кілка:&lt;br /&gt;</w:t>
        <w:br/>
        <w:t>Нічого не пече, не мучить і не смокче.&lt;br /&gt;</w:t>
        <w:br/>
        <w:t>Стікає час... Що день — то далі в ход.&lt;br /&gt;</w:t>
        <w:br/>
        <w:t>Що мить — то ближче до якоїсь цілі.&lt;br /&gt;</w:t>
        <w:br/>
        <w:t>Якої?..&lt;br /&gt;</w:t>
        <w:br/>
        <w:t>Гей, верстай там! Примодлуй!!&lt;br /&gt;</w:t>
        <w:br/>
        <w:t>Розводь!!&lt;br /&gt;</w:t>
        <w:br/>
        <w:t>Тягни!!! —&lt;br /&gt;</w:t>
        <w:br/>
        <w:t>Й зовсім байдуже, що до тіла&lt;br /&gt;</w:t>
        <w:br/>
        <w:t>Прилипло рам'я*. Думи не для них,&lt;br /&gt;</w:t>
        <w:br/>
        <w:t>Як не для них цей дім. Для кого?..&lt;br /&gt;</w:t>
        <w:br/>
        <w:t>Для "народу",&lt;br /&gt;</w:t>
        <w:br/>
        <w:t>А може,— для негідника, для ката нагорода,&lt;br /&gt;</w:t>
        <w:br/>
        <w:t>А може,— храм для "геніїв",&lt;br /&gt;</w:t>
        <w:br/>
        <w:t>А може,— дім "святих"...</w:t>
      </w:r>
    </w:p>
    <w:p>
      <w:r>
        <w:br/>
        <w:t>...Феллах в пустелі?&lt;br /&gt;</w:t>
        <w:br/>
        <w:t>Чи вітрило на морях?!&lt;br /&gt;</w:t>
        <w:br/>
        <w:t>Та то ж вони, що десь ще з Атлаг&lt;br /&gt;</w:t>
        <w:br/>
        <w:t>Споконвіків складають піраміди&lt;br /&gt;</w:t>
        <w:br/>
        <w:t>Й хороми&lt;br /&gt;</w:t>
        <w:br/>
        <w:t>Фараонам і царям!</w:t>
      </w:r>
    </w:p>
    <w:p>
      <w:r>
        <w:br/>
        <w:t>* * *</w:t>
      </w:r>
    </w:p>
    <w:p>
      <w:r>
        <w:br/>
        <w:t>На риштуванні&lt;br /&gt;</w:t>
        <w:br/>
        <w:t>в вапні і піску,&lt;br /&gt;</w:t>
        <w:br/>
        <w:t>З цеглинок кладучи стонадцяту пілястру,&lt;br /&gt;</w:t>
        <w:br/>
        <w:t>Трисоту тисячу беручи по вершку,&lt;br /&gt;</w:t>
        <w:br/>
        <w:t>Там вигинаючи "Ліщиноньку" струнку,&lt;br /&gt;</w:t>
        <w:br/>
        <w:t>Комахи мружаться на предка Зороастра.</w:t>
      </w:r>
    </w:p>
    <w:p>
      <w:r>
        <w:br/>
        <w:t>Рожевий вечір зорю протрубив.&lt;br /&gt;</w:t>
        <w:br/>
        <w:t>На риштування злізли сиві тіні,&lt;br /&gt;</w:t>
        <w:br/>
        <w:t>І в ніжнім, в золотому павутинні&lt;br /&gt;</w:t>
        <w:br/>
        <w:t>Забився втоми птах...&lt;br /&gt;</w:t>
        <w:br/>
        <w:t>І молоток одбив,&lt;br /&gt;</w:t>
        <w:br/>
        <w:t>Одстукав шабаш малиновим дзвоном.&lt;br /&gt;</w:t>
        <w:br/>
        <w:t>Затихли скреготи. Струснулись фартухи.</w:t>
      </w:r>
    </w:p>
    <w:p>
      <w:r>
        <w:br/>
        <w:t>Опорки від рудавої трухи&lt;br /&gt;</w:t>
        <w:br/>
        <w:t>Геть розвантажились.&lt;br /&gt;</w:t>
        <w:br/>
        <w:t>І вщух весь шум з розгону.</w:t>
      </w:r>
    </w:p>
    <w:p>
      <w:r>
        <w:br/>
        <w:t>Пекло їх сонце, і періщив град,&lt;br /&gt;</w:t>
        <w:br/>
        <w:t>Тріпав норд-ост, сліпили хмари пилу...&lt;br /&gt;</w:t>
        <w:br/>
        <w:t>І, не зломивши комашину силу,&lt;br /&gt;</w:t>
        <w:br/>
        <w:t>Премудрий Ра за мур містичних гряд&lt;br /&gt;</w:t>
        <w:br/>
        <w:t>Склонив чоло.&lt;br /&gt;</w:t>
        <w:br/>
        <w:t>Прочах і жар спроквола.</w:t>
      </w:r>
    </w:p>
    <w:p>
      <w:r>
        <w:br/>
        <w:t>Тоді,&lt;br /&gt;</w:t>
        <w:br/>
        <w:t>Обтерши фартухом незграбні клешні-руки,&lt;br /&gt;</w:t>
        <w:br/>
        <w:t>В маруднім одягу, з лицем, як у марюки,&lt;br /&gt;</w:t>
        <w:br/>
        <w:t>По шабаші&lt;br /&gt;</w:t>
        <w:br/>
        <w:t>Незламні злазять долі.</w:t>
      </w:r>
    </w:p>
    <w:p>
      <w:r>
        <w:br/>
        <w:t>І, знизу глянувши на діло рук своїх,&lt;br /&gt;</w:t>
        <w:br/>
        <w:t>Десь ту чи ту навівши корективу&lt;br /&gt;</w:t>
        <w:br/>
        <w:t>І не дивуючись на витворене диво,&lt;br /&gt;</w:t>
        <w:br/>
        <w:t>В спокійній гордості рушають...&lt;br /&gt;</w:t>
        <w:br/>
        <w:t>Слід по них&lt;br /&gt;</w:t>
        <w:br/>
        <w:t>Розквітнув піснею. Гайнули звуки низом&lt;br /&gt;</w:t>
        <w:br/>
        <w:t>Ген-ген до обрію...&lt;br /&gt;</w:t>
        <w:br/>
        <w:t>А вже аж на мосту,&lt;br /&gt;</w:t>
        <w:br/>
        <w:t>Урвавши пісню посередині просту,&lt;br /&gt;</w:t>
        <w:br/>
        <w:t>Зняли розмову про фактуру, про карнизи...</w:t>
      </w:r>
    </w:p>
    <w:p>
      <w:r>
        <w:br/>
        <w:t>Рожева сутінь... Сміх... І дотепи, й резони..,&lt;br /&gt;</w:t>
        <w:br/>
        <w:t>А з-за лісів, з-за золотої зони&lt;br /&gt;</w:t>
        <w:br/>
        <w:t>Ступає ніч.</w:t>
      </w:r>
    </w:p>
    <w:p>
      <w:r>
        <w:br/>
        <w:t>III</w:t>
      </w:r>
    </w:p>
    <w:p>
      <w:r>
        <w:br/>
        <w:t>Мале дівча,&lt;br /&gt;</w:t>
        <w:br/>
        <w:t>вже й Ти з черги додому!&lt;br /&gt;</w:t>
        <w:br/>
        <w:t>Несеш фунт солі? Музо ж Ти моя!&lt;br /&gt;</w:t>
        <w:br/>
        <w:t>Де ж Ти була? А тут без Тебе я&lt;br /&gt;</w:t>
        <w:br/>
        <w:t>Воюю з римами, нудними, як солома.</w:t>
      </w:r>
    </w:p>
    <w:p>
      <w:r>
        <w:br/>
        <w:t>До кого вдатися і в кого попросить?&lt;br /&gt;</w:t>
        <w:br/>
        <w:t>Слова оті — то не слова, полова,&lt;br /&gt;</w:t>
        <w:br/>
        <w:t>Мовляв мудрець,— й вогонь в одежі слова&lt;br /&gt;</w:t>
        <w:br/>
        <w:t>Не вартий шеляга. І це в такі часи!!</w:t>
      </w:r>
    </w:p>
    <w:p>
      <w:r>
        <w:br/>
        <w:t>Що гнеш отак, а гнеться не туди.&lt;br /&gt;</w:t>
        <w:br/>
        <w:t>Чи так й тобі у черзі таланило?&lt;br /&gt;</w:t>
        <w:br/>
        <w:t>Немає блиску, і немає сили,&lt;br /&gt;</w:t>
        <w:br/>
        <w:t>Одна нудьга... Ти більше не ходи!</w:t>
      </w:r>
    </w:p>
    <w:p>
      <w:r>
        <w:br/>
        <w:t>Може, удвох не так тяжка робота.&lt;br /&gt;</w:t>
        <w:br/>
        <w:t>Ми їх і цеглою, й піском, оті слова!..&lt;br /&gt;</w:t>
        <w:br/>
        <w:t>І, бреше,— заблищить фактура, мов жива!&lt;br /&gt;</w:t>
        <w:br/>
        <w:t>Уже ж підгоним ми той блиск до блиску поту.</w:t>
      </w:r>
    </w:p>
    <w:p>
      <w:r>
        <w:br/>
        <w:t>Іди ж — спочинь. Глянь — місяць сріблить чоло.&lt;br /&gt;</w:t>
        <w:br/>
        <w:t>Поплив сосновий дим і пахне, як смола...&lt;br /&gt;</w:t>
        <w:br/>
        <w:t>То мати вже з поденщини прийшла.&lt;br /&gt;</w:t>
        <w:br/>
        <w:t>Неси ж&lt;br /&gt;</w:t>
        <w:br/>
        <w:t>фунт&lt;br /&gt;</w:t>
        <w:br/>
        <w:t>солі.</w:t>
      </w:r>
    </w:p>
    <w:p>
      <w:r>
        <w:br/>
        <w:t>IV</w:t>
      </w:r>
    </w:p>
    <w:p>
      <w:r>
        <w:br/>
        <w:t>Всю ніч листав я душі мудреців,&lt;br /&gt;</w:t>
        <w:br/>
        <w:t>Натомлений за день, шукаючи розради&lt;br /&gt;</w:t>
        <w:br/>
        <w:t>В анналах вічності.&lt;br /&gt;</w:t>
        <w:br/>
        <w:t>У стосах папірців,&lt;br /&gt;</w:t>
        <w:br/>
        <w:t>В томах важких шукав я манівців&lt;br /&gt;</w:t>
        <w:br/>
        <w:t>До тої істини, до зачарованого саду.</w:t>
      </w:r>
    </w:p>
    <w:p>
      <w:r>
        <w:br/>
        <w:t>Постала в чергу сумнівів орда,&lt;br /&gt;</w:t>
        <w:br/>
        <w:t>Мов знаків запитання безконечна рота...&lt;br /&gt;</w:t>
        <w:br/>
        <w:t>Шукаю... Нишпорю... Та ні маленького ж сліда!&lt;br /&gt;</w:t>
        <w:br/>
        <w:t>Хоч би манюнька істина! Хоч тінь її бліда.&lt;br /&gt;</w:t>
        <w:br/>
        <w:t>Воістину —&lt;br /&gt;</w:t>
        <w:br/>
        <w:t>Тяжка робота!</w:t>
      </w:r>
    </w:p>
    <w:p>
      <w:r>
        <w:br/>
        <w:t>А думка б'ється...&lt;br /&gt;</w:t>
        <w:br/>
        <w:t>Вчора в суєті,&lt;br /&gt;</w:t>
        <w:br/>
        <w:t>"Плебей", з "плебеями" ступивши за арену&lt;br /&gt;</w:t>
        <w:br/>
        <w:t>По шабаші, я ж обіцяв знайти&lt;br /&gt;</w:t>
        <w:br/>
        <w:t>І взавтра істину велику проректи&lt;br /&gt;</w:t>
        <w:br/>
        <w:t>Бодай з наближенням до правди хоч на частку енну.</w:t>
      </w:r>
    </w:p>
    <w:p>
      <w:r>
        <w:br/>
        <w:t>Вібрує думка. Кліпа каганець.&lt;br /&gt;</w:t>
        <w:br/>
        <w:t>Його поставив я, щоб не показно людям,—&lt;br /&gt;</w:t>
        <w:br/>
        <w:t>Щоб не спитали, що я тут сную?&lt;br /&gt;</w:t>
        <w:br/>
        <w:t>Чого "чинам" десь спати не даю?</w:t>
      </w:r>
    </w:p>
    <w:p>
      <w:r>
        <w:br/>
        <w:t>Порядок нехтую?.. І "голову на блюді"&lt;br /&gt;</w:t>
        <w:br/>
        <w:t>До ніг закону, щоб не понесли&lt;br /&gt;</w:t>
        <w:br/>
        <w:t>Жерці його...&lt;br /&gt;</w:t>
        <w:br/>
        <w:t>Гей, істино крилата!&lt;br /&gt;</w:t>
        <w:br/>
        <w:t>У безконечних і чітких трактатах&lt;br /&gt;</w:t>
        <w:br/>
        <w:t>Лише кінці, лише вузли...</w:t>
      </w:r>
    </w:p>
    <w:p>
      <w:r>
        <w:br/>
        <w:t>А ніч, як вічність,— темна і невірна.&lt;br /&gt;</w:t>
        <w:br/>
        <w:t>Настане день — і знову... Й знаю я:&lt;br /&gt;</w:t>
        <w:br/>
        <w:t>Лиш смерть загатить цю бездонну прірву!..&lt;br /&gt;</w:t>
        <w:br/>
        <w:t>Чого ж ти нудишся, м'ятежна, непокірна&lt;br /&gt;</w:t>
        <w:br/>
        <w:t>Душе моя!?</w:t>
      </w:r>
    </w:p>
    <w:p>
      <w:r>
        <w:br/>
        <w:t>Гниють пергамени, і тліють в них слова.&lt;br /&gt;</w:t>
        <w:br/>
        <w:t>Застиглий розум опада, як порох,&lt;br /&gt;</w:t>
        <w:br/>
        <w:t>Від дотику...&lt;br /&gt;</w:t>
        <w:br/>
        <w:t>Смішний, смішний дивак!&lt;br /&gt;</w:t>
        <w:br/>
        <w:t>Таж ось де істина:&lt;br /&gt;</w:t>
        <w:br/>
        <w:t>Премудрість найнова,</w:t>
      </w:r>
    </w:p>
    <w:p>
      <w:r>
        <w:br/>
        <w:t>То — сто раз&lt;br /&gt;</w:t>
        <w:br/>
        <w:t>Стоптаний опорок.</w:t>
      </w:r>
    </w:p>
    <w:p>
      <w:r>
        <w:br/>
        <w:t>Дійшовши висновку, свій каганець задуй,&lt;br /&gt;</w:t>
        <w:br/>
        <w:t>Порозганяй питання і томи розкидай...</w:t>
      </w:r>
    </w:p>
    <w:p>
      <w:r>
        <w:br/>
        <w:t>В ранковім присмерку хтось ходить вже сновидий,&lt;br /&gt;</w:t>
        <w:br/>
        <w:t>Хтось брязкає і тупає... Когось ведуть...&lt;br /&gt;</w:t>
        <w:br/>
        <w:t>Та ні ж,&lt;br /&gt;</w:t>
        <w:br/>
        <w:t>то на роботу йдуть!&lt;br /&gt;</w:t>
        <w:br/>
        <w:t>Пора&lt;br /&gt;</w:t>
        <w:br/>
        <w:t>й мені.</w:t>
      </w:r>
    </w:p>
    <w:p>
      <w:r>
        <w:br/>
        <w:t>БОНДАР</w:t>
      </w:r>
    </w:p>
    <w:p>
      <w:r>
        <w:br/>
        <w:t>Усеньку ніч дражнив фуганок пилку.&lt;br /&gt;</w:t>
        <w:br/>
        <w:t>Усеньку ніч вовтузивсь і шумів,&lt;br /&gt;</w:t>
        <w:br/>
        <w:t>Серед глухої тишини гримів&lt;br /&gt;</w:t>
        <w:br/>
        <w:t>І стукав бондар.&lt;br /&gt;</w:t>
        <w:br/>
        <w:t>А в кущах сопілку&lt;br /&gt;</w:t>
        <w:br/>
        <w:t>Цвіркун приладжував — пілікав і німів.</w:t>
      </w:r>
    </w:p>
    <w:p>
      <w:r>
        <w:br/>
        <w:t>Старезний бондар над старим варстатом.&lt;br /&gt;</w:t>
        <w:br/>
        <w:t>Коли він спить? —&lt;br /&gt;</w:t>
        <w:br/>
        <w:t>і вдень, і уночі&lt;br /&gt;</w:t>
        <w:br/>
        <w:t>На діжку набиває обручі,&lt;br /&gt;</w:t>
        <w:br/>
        <w:t>І стугонить луна розгонисто з розкатом.</w:t>
      </w:r>
    </w:p>
    <w:p>
      <w:r>
        <w:br/>
        <w:t>Немов тарган, ворожить гасничок...&lt;br /&gt;</w:t>
        <w:br/>
        <w:t>Пуката крапля просто в окуляри&lt;br /&gt;</w:t>
        <w:br/>
        <w:t>З брови націлилась... Та тільки рух пучок —&lt;br /&gt;</w:t>
        <w:br/>
        <w:t>І вже на лобі пара шкляночок,&lt;br /&gt;</w:t>
        <w:br/>
        <w:t>І знов удар пристукує удари.</w:t>
      </w:r>
    </w:p>
    <w:p>
      <w:r>
        <w:br/>
        <w:t>В бондарні тирса, клепка й обручі,&lt;br /&gt;</w:t>
        <w:br/>
        <w:t>Струмент на стінах — долота й фуганки,&lt;br /&gt;</w:t>
        <w:br/>
        <w:t>Тут і пилки, і свердла, і киянки,&lt;br /&gt;</w:t>
        <w:br/>
        <w:t>Сокира й струг... Ще й олівець стирчить,&lt;br /&gt;</w:t>
        <w:br/>
        <w:t>Мов спис, за вухом...&lt;br /&gt;</w:t>
        <w:br/>
        <w:t>Серед цього всього —&lt;br /&gt;</w:t>
        <w:br/>
        <w:t>Він сам, а з ним — крім старости, нікого.</w:t>
      </w:r>
    </w:p>
    <w:p>
      <w:r>
        <w:br/>
        <w:t>Настане день — фуганок дражнить пилку...&lt;br /&gt;</w:t>
        <w:br/>
        <w:t>В зубах рогіз, на лисині стружки,&lt;br /&gt;</w:t>
        <w:br/>
        <w:t>І "х-хе!" за кожним розмахом руки,&lt;br /&gt;</w:t>
        <w:br/>
        <w:t>І стрекіт ластівки... І тільки.</w:t>
      </w:r>
    </w:p>
    <w:p>
      <w:r>
        <w:br/>
        <w:t>В десятку восьмому достукує кінці.&lt;br /&gt;</w:t>
        <w:br/>
        <w:t>Чоло круте блищить, як мармурове,&lt;br /&gt;</w:t>
        <w:br/>
        <w:t>Роздума лагідна ворушить сиві брови&lt;br /&gt;</w:t>
        <w:br/>
        <w:t>І квітне спокій на лиці.</w:t>
      </w:r>
    </w:p>
    <w:p>
      <w:r>
        <w:br/>
        <w:t>До клепки клепку, день до дня пригонить.&lt;br /&gt;</w:t>
        <w:br/>
        <w:t>Рука мозоляста щілини затика,&lt;br /&gt;</w:t>
        <w:br/>
        <w:t>Ще й обручем збива під висвист молотка,&lt;br /&gt;</w:t>
        <w:br/>
        <w:t>Ще й вичистить, потіючи, неначе ту ікону.</w:t>
      </w:r>
    </w:p>
    <w:p>
      <w:r>
        <w:br/>
        <w:t>Кінчить і знову...&lt;br /&gt;</w:t>
        <w:br/>
        <w:t>Теше мовчки дід.&lt;br /&gt;</w:t>
        <w:br/>
        <w:t>Рогіз вправляє. Струже. Крутить. Стука...&lt;br /&gt;</w:t>
        <w:br/>
        <w:t>Тужити ніколи, як ніколи й радіть.&lt;br /&gt;</w:t>
        <w:br/>
        <w:t>І тільки інколи у сивій бороді&lt;br /&gt;</w:t>
        <w:br/>
        <w:t>Заграє усмішка,&lt;br /&gt;</w:t>
        <w:br/>
        <w:t>як прибіжить онука.</w:t>
      </w:r>
    </w:p>
    <w:p>
      <w:r>
        <w:br/>
        <w:t>РАТАЙ</w:t>
      </w:r>
    </w:p>
    <w:p>
      <w:r>
        <w:br/>
        <w:t>Блискітки, блискітки перламутрові&lt;br /&gt;</w:t>
        <w:br/>
        <w:t>На мусянжовім і на чорнім рельєфах ріль.&lt;br /&gt;</w:t>
        <w:br/>
        <w:t>Перевертаються скиби важкі, одкраяні,&lt;br /&gt;</w:t>
        <w:br/>
        <w:t>Перевертаються брили на безліч миль.</w:t>
      </w:r>
    </w:p>
    <w:p>
      <w:r>
        <w:br/>
        <w:t>Монументальний і покарбований,&lt;br /&gt;</w:t>
        <w:br/>
        <w:t>Вростаючи ходою в глибінь землі,&lt;br /&gt;</w:t>
        <w:br/>
        <w:t>Налягає він на чепіги на ковані —&lt;br /&gt;</w:t>
        <w:br/>
        <w:t>Перевертає навзнак нашаровання літ.</w:t>
      </w:r>
    </w:p>
    <w:p>
      <w:r>
        <w:br/>
        <w:t>І блищать вони потом, масні, миготять&lt;br /&gt;</w:t>
        <w:br/>
        <w:t>І дихають в небо хвилюючим маривом;&lt;br /&gt;</w:t>
        <w:br/>
        <w:t>Оази легенд повстають з небуття,&lt;br /&gt;</w:t>
        <w:br/>
        <w:t>І думи ідуть голубими отарами.</w:t>
      </w:r>
    </w:p>
    <w:p>
      <w:r>
        <w:br/>
        <w:t>Потом живим і солоним покроплені,&lt;br /&gt;</w:t>
        <w:br/>
        <w:t>Здивовані очі тисячоліть&lt;br /&gt;</w:t>
        <w:br/>
        <w:t>Відкрились і дивляться у мерехтливий зеніт –&lt;br /&gt;</w:t>
        <w:br/>
        <w:t>Дивляться: звідки ті краплі розтоплені?&lt;br /&gt;</w:t>
        <w:br/>
        <w:t>Кроком тяжким, мозолясті і бронзові —&lt;br /&gt;</w:t>
        <w:br/>
        <w:t>(Ось вони, ті, що прийшли розбудить!) —&lt;br /&gt;</w:t>
        <w:br/>
        <w:t>Сурганяться цугом сюди і туди,&lt;br /&gt;</w:t>
        <w:br/>
        <w:t>З'єднані однією занозою.</w:t>
      </w:r>
    </w:p>
    <w:p>
      <w:r>
        <w:br/>
        <w:t>І парує земля під зливою соняшною,&lt;br /&gt;</w:t>
        <w:br/>
        <w:t>Парують воли, і парує хребет,&lt;br /&gt;</w:t>
        <w:br/>
        <w:t>А хтось піснею, ще й розгонистою,&lt;br /&gt;</w:t>
        <w:br/>
        <w:t>Заливається "соб" і "сабе".</w:t>
      </w:r>
    </w:p>
    <w:p>
      <w:r>
        <w:br/>
        <w:t>А хтось піснею променистою&lt;br /&gt;</w:t>
        <w:br/>
        <w:t>Вже мерщій засіває поля...&lt;br /&gt;</w:t>
        <w:br/>
        <w:t>У зеніті сонце, як сокіл, кружля,&lt;br /&gt;</w:t>
        <w:br/>
        <w:t>У зеніті гуготить золота юла,&lt;br /&gt;</w:t>
        <w:br/>
        <w:t>Гуготить над земною колискою.</w:t>
      </w:r>
    </w:p>
    <w:p>
      <w:r>
        <w:br/>
        <w:t>Блискітки, блискітки — мерехтіння радості,&lt;br /&gt;</w:t>
        <w:br/>
        <w:t>Перламутровий сміх замурзаних дитинчат,—&lt;br /&gt;</w:t>
        <w:br/>
        <w:t>Ген дріботять вони маривом і кричать,&lt;br /&gt;</w:t>
        <w:br/>
        <w:t>Щоб воду й потіху швиденько і влад нести.</w:t>
      </w:r>
    </w:p>
    <w:p>
      <w:r>
        <w:br/>
        <w:t>Ходять тополі-дівчата оазами,&lt;br /&gt;</w:t>
        <w:br/>
        <w:t>Щастя прийдешнього замріяні матері...&lt;br /&gt;</w:t>
        <w:br/>
        <w:t>Їм це! Для них це і сонце вгорі,&lt;br /&gt;</w:t>
        <w:br/>
        <w:t>І потом заходяться зморшки старі,&lt;br /&gt;</w:t>
        <w:br/>
        <w:t>І риплять круторогі ярмом і в'язами.</w:t>
      </w:r>
    </w:p>
    <w:p>
      <w:r>
        <w:br/>
        <w:t>Частки від цілого, мокрі і бронзові,&lt;br /&gt;</w:t>
        <w:br/>
        <w:t>Змінювані вічно й ті самі завжди,—&lt;br /&gt;</w:t>
        <w:br/>
        <w:t>Сурганяться цугом сюди і туди,&lt;br /&gt;</w:t>
        <w:br/>
        <w:t>З'єднані однією занозою.</w:t>
      </w:r>
    </w:p>
    <w:p>
      <w:r>
        <w:br/>
        <w:t>М'язами, в'язами, руками, як клешнями,&lt;br /&gt;</w:t>
        <w:br/>
        <w:t>Хребтом і грудима викрапуючи піт,&lt;br /&gt;</w:t>
        <w:br/>
        <w:t>Перевертають рештки тисячоліть,&lt;br /&gt;</w:t>
        <w:br/>
        <w:t>Щоб в минуле засіяти зерна прийдешнього.</w:t>
      </w:r>
    </w:p>
    <w:p>
      <w:r>
        <w:br/>
        <w:t>Тисячі тонн на мільйони обернуть,&lt;br /&gt;</w:t>
        <w:br/>
        <w:t>Вкриють простори скибами ріль&lt;br /&gt;</w:t>
        <w:br/>
        <w:t>І поспіль засіють у чорну купіль&lt;br /&gt;</w:t>
        <w:br/>
        <w:t>Блискітки поту і зерна.</w:t>
      </w:r>
    </w:p>
    <w:p>
      <w:r>
        <w:br/>
        <w:t>В творчому патосі вічних запліднень,&lt;br /&gt;</w:t>
        <w:br/>
        <w:t>Народження, розквіту і умирань&lt;br /&gt;</w:t>
        <w:br/>
        <w:t>Засіють вони і потужну рань,&lt;br /&gt;</w:t>
        <w:br/>
        <w:t>І старість спокійну, і дужий південь.</w:t>
      </w:r>
    </w:p>
    <w:p>
      <w:r>
        <w:br/>
        <w:t>Щоб цвіли поля, щоб пишались сади.&lt;br /&gt;</w:t>
        <w:br/>
        <w:t>Щоб радість дзвеніла містами і селами.&lt;br /&gt;</w:t>
        <w:br/>
        <w:t>Щоб котилися щедро навантажені поїзди.&lt;br /&gt;</w:t>
        <w:br/>
        <w:t>Щоб пишалась, як мати, Земля завжди&lt;br /&gt;</w:t>
        <w:br/>
        <w:t>Квітами й дітьми веселими.</w:t>
      </w:r>
    </w:p>
    <w:p>
      <w:r>
        <w:br/>
        <w:t>Частки від цілого, мокрі і бронзові,&lt;br /&gt;</w:t>
        <w:br/>
        <w:t>Кільця злютованого* ланцюга!..&lt;br /&gt;</w:t>
        <w:br/>
        <w:t>А над ними сонце, як сокіл, шуга,&lt;br /&gt;</w:t>
        <w:br/>
        <w:t>З'єднуючи дні золотою занозою.</w:t>
      </w:r>
    </w:p>
    <w:p>
      <w:r>
        <w:br/>
        <w:t>Блискітки, блискітки — мерехтіння радості&lt;br /&gt;</w:t>
        <w:br/>
        <w:t>На бронзовім і на чорнім рельєфах ріль.&lt;br /&gt;</w:t>
        <w:br/>
        <w:t>Перевертаються скиби важкі, одкраяні,&lt;br /&gt;</w:t>
        <w:br/>
        <w:t>Перевертаються брили на безліч миль.</w:t>
      </w:r>
    </w:p>
    <w:p>
      <w:r>
        <w:br/>
        <w:t>Монументальний і покарбований,&lt;br /&gt;</w:t>
        <w:br/>
        <w:t>Вростаючи ходою в глибінь землі,&lt;br /&gt;</w:t>
        <w:br/>
        <w:t>Налягає В і н&lt;br /&gt;</w:t>
        <w:br/>
        <w:t>на чепіги&lt;br /&gt;</w:t>
        <w:br/>
        <w:t>на ковані,&lt;br /&gt;</w:t>
        <w:br/>
        <w:t>Налягає грудима,&lt;br /&gt;</w:t>
        <w:br/>
        <w:t>Налягає воловими —&lt;br /&gt;</w:t>
        <w:br/>
        <w:t>Перевертає навзнак нашаровання літ.</w:t>
      </w:r>
    </w:p>
    <w:p>
      <w:r>
        <w:br/>
        <w:t>1929</w:t>
      </w:r>
    </w:p>
    <w:p>
      <w:r>
        <w:br/>
        <w:t>ГОДИННИКАР</w:t>
      </w:r>
    </w:p>
    <w:p>
      <w:r>
        <w:br/>
        <w:t>І</w:t>
      </w:r>
    </w:p>
    <w:p>
      <w:r>
        <w:br/>
        <w:t>На циферблаті чорний вус&lt;br /&gt;</w:t>
        <w:br/>
        <w:t>Пасе і лічить древні цифри,&lt;br /&gt;</w:t>
        <w:br/>
        <w:t>Повзе розмірено по шифру,&lt;br /&gt;</w:t>
        <w:br/>
        <w:t>Чита шифр вічности комусь.&lt;br /&gt;</w:t>
        <w:br/>
        <w:t>На циферблаті чорний вус...</w:t>
      </w:r>
    </w:p>
    <w:p>
      <w:r>
        <w:br/>
        <w:t>Хвилини-дні, години-роки,&lt;br /&gt;</w:t>
        <w:br/>
        <w:t>Узявши спокій за девіз,&lt;br /&gt;</w:t>
        <w:br/>
        <w:t>Стальний і строгий механізм&lt;br /&gt;</w:t>
        <w:br/>
        <w:t>Невтомно мірить рівним кроком.</w:t>
      </w:r>
    </w:p>
    <w:p>
      <w:r>
        <w:br/>
        <w:t>Хвилини-дні! Хвилини-дні!..&lt;br /&gt;</w:t>
        <w:br/>
        <w:t>Стальний і строгий механізм.</w:t>
      </w:r>
    </w:p>
    <w:p>
      <w:r>
        <w:br/>
        <w:t>То ж неминучість над стіною&lt;br /&gt;</w:t>
        <w:br/>
        <w:t>Ворушить чорною бровою,&lt;br /&gt;</w:t>
        <w:br/>
        <w:t>І рух її — то клич з тобою,&lt;br /&gt;</w:t>
        <w:br/>
        <w:t>І спокій — то її девіз.</w:t>
      </w:r>
    </w:p>
    <w:p>
      <w:r>
        <w:br/>
        <w:t>Хвилини-дні... Хвилини-дні...&lt;br /&gt;</w:t>
        <w:br/>
        <w:t>Не квапсь й на йоту, ані-ні!..</w:t>
      </w:r>
    </w:p>
    <w:p>
      <w:r>
        <w:br/>
        <w:t>II</w:t>
      </w:r>
    </w:p>
    <w:p>
      <w:r>
        <w:br/>
        <w:t>Монокль у цинковій оправі,&lt;br /&gt;</w:t>
        <w:br/>
        <w:t>Брова підперта під чоло.&lt;br /&gt;</w:t>
        <w:br/>
        <w:t>Чоло спітніле над столом,&lt;br /&gt;</w:t>
        <w:br/>
        <w:t>І в камінцях дрібні заграви —</w:t>
      </w:r>
    </w:p>
    <w:p>
      <w:r>
        <w:br/>
        <w:t>Мініатюрний відблиск сонця...&lt;br /&gt;</w:t>
        <w:br/>
        <w:t>В чотирикутнику віконця&lt;br /&gt;</w:t>
        <w:br/>
        <w:t>Над алюмінієм дошки&lt;br /&gt;</w:t>
        <w:br/>
        <w:t>Чаклують порухи руки.</w:t>
      </w:r>
    </w:p>
    <w:p>
      <w:r>
        <w:br/>
        <w:t>Там шруби, шрубики і шайби,&lt;br /&gt;</w:t>
        <w:br/>
        <w:t>Пружини, скельця, циферблят,&lt;br /&gt;</w:t>
        <w:br/>
        <w:t>Складна система коліщат —&lt;br /&gt;</w:t>
        <w:br/>
        <w:t>Такі малі, що "Пф-ф!" — й шукай би.</w:t>
      </w:r>
    </w:p>
    <w:p>
      <w:r>
        <w:br/>
        <w:t>А під моноклем штука ця:&lt;br /&gt;</w:t>
        <w:br/>
        <w:t>Під пильним поглядом мистця&lt;br /&gt;</w:t>
        <w:br/>
        <w:t>Рушій, не товщий павутини,—&lt;br /&gt;</w:t>
        <w:br/>
        <w:t>Душа майбутньої машини.</w:t>
      </w:r>
    </w:p>
    <w:p>
      <w:r>
        <w:br/>
        <w:t>Над алюмінієм дошки&lt;br /&gt;</w:t>
        <w:br/>
        <w:t>Чаклують порухи руки.</w:t>
      </w:r>
    </w:p>
    <w:p>
      <w:r>
        <w:br/>
        <w:t>...До шайби — шайбу, шруб до шруба,&lt;br /&gt;</w:t>
        <w:br/>
        <w:t>Деталь к деталю, зуб — до зуба&lt;br /&gt;</w:t>
        <w:br/>
        <w:t>Пригонять, правлять день у день,&lt;br /&gt;</w:t>
        <w:br/>
        <w:t>Аж поки зрушить і піде,&lt;br /&gt;</w:t>
        <w:br/>
        <w:t>Аж поки зрушить, ставши руба.</w:t>
      </w:r>
    </w:p>
    <w:p>
      <w:r>
        <w:br/>
        <w:t>І буде бити в тишині&lt;br /&gt;</w:t>
        <w:br/>
        <w:t>Напроти серця на стіні.</w:t>
      </w:r>
    </w:p>
    <w:p>
      <w:r>
        <w:br/>
        <w:t>Він буде бити без упину&lt;br /&gt;</w:t>
        <w:br/>
        <w:t>Із серцем майстра візаві,&lt;br /&gt;</w:t>
        <w:br/>
        <w:t>Як пульс, як думка в голові,&lt;br /&gt;</w:t>
        <w:br/>
        <w:t>І десь йому ж, злічивши вік,&lt;br /&gt;</w:t>
        <w:br/>
        <w:t>Проб'є "дванадцяту годину".</w:t>
      </w:r>
    </w:p>
    <w:p>
      <w:r>
        <w:br/>
        <w:t>Хвилини-дні, хвилини-дні...&lt;br /&gt;</w:t>
        <w:br/>
        <w:t>Стальний і строгий механізм...&lt;br /&gt;</w:t>
        <w:br/>
        <w:t>То ж неминучість над стіною&lt;br /&gt;</w:t>
        <w:br/>
        <w:t>Ворушить чорною бровою.&lt;br /&gt;</w:t>
        <w:br/>
        <w:t>І рух її —&lt;br /&gt;</w:t>
        <w:br/>
        <w:t>то клич з собою.&lt;br /&gt;</w:t>
        <w:br/>
        <w:t>І спокій —&lt;br /&gt;</w:t>
        <w:br/>
        <w:t>то її девіз.&lt;br /&gt;</w:t>
        <w:br/>
        <w:t>1928</w:t>
      </w:r>
    </w:p>
    <w:p>
      <w:r>
        <w:br/>
        <w:t>МАЛЯР</w:t>
      </w:r>
    </w:p>
    <w:p>
      <w:r>
        <w:br/>
        <w:t>Охра, синь і зелень,&lt;br /&gt;</w:t>
        <w:br/>
        <w:t>умбра* і білило,&lt;br /&gt;</w:t>
        <w:br/>
        <w:t>А в крайках лисніє, як єдваб, кармін...&lt;br /&gt;</w:t>
        <w:br/>
        <w:t>Майстер, як альхемік, мрійний і похилий,&lt;br /&gt;</w:t>
        <w:br/>
        <w:t>Гейби з Чинквеченто**, ніби з Риму він.</w:t>
      </w:r>
    </w:p>
    <w:p>
      <w:r>
        <w:br/>
        <w:t>До простих віконниць додає охоти,—&lt;br /&gt;</w:t>
        <w:br/>
        <w:t>Ожива соснина від його руки.&lt;br /&gt;</w:t>
        <w:br/>
        <w:t>Чим він не да Вінчі? не Буонарроті?&lt;br /&gt;</w:t>
        <w:br/>
        <w:t>Майстер з Чинквеченто, з глибини віків?</w:t>
      </w:r>
    </w:p>
    <w:p>
      <w:r>
        <w:br/>
        <w:t>Може, й не палітра, може, то цеберка,&lt;br /&gt;</w:t>
        <w:br/>
        <w:t>Може, і не пензель — щітка то проста,&lt;br /&gt;</w:t>
        <w:br/>
        <w:t>Але й за об'єкта ж хата, а не церква!&lt;br /&gt;</w:t>
        <w:br/>
        <w:t>Але ж і епоха — не така, як та.</w:t>
      </w:r>
    </w:p>
    <w:p>
      <w:r>
        <w:br/>
        <w:t>Мрійників-естетів — це ж їх покоробить.&lt;br /&gt;</w:t>
        <w:br/>
        <w:t>Тільки й Ми естети, Ми — "раби малі"!&lt;br /&gt;</w:t>
        <w:br/>
        <w:t>А чи наше серце не тієї проби?&lt;br /&gt;</w:t>
        <w:br/>
        <w:t>А чи наші фарби не з тії землі?</w:t>
      </w:r>
    </w:p>
    <w:p>
      <w:r>
        <w:br/>
        <w:t>Відбирають очі, потішають серце&lt;br /&gt;</w:t>
        <w:br/>
        <w:t>Ромби і квадрати, квіти й голуби,&lt;br /&gt;</w:t>
        <w:br/>
        <w:t>Півники тональні,&lt;br /&gt;</w:t>
        <w:br/>
        <w:t>лінії спектральні,&lt;br /&gt;</w:t>
        <w:br/>
        <w:t>Мрійно-пасторальні,&lt;br /&gt;</w:t>
        <w:br/>
        <w:t>ніжно-голубі.</w:t>
      </w:r>
    </w:p>
    <w:p>
      <w:r>
        <w:br/>
        <w:t>Ходять перехожі, сходяться юрбою:&lt;br /&gt;</w:t>
        <w:br/>
        <w:t>Угорі мигають пензлі, як мечі.&lt;br /&gt;</w:t>
        <w:br/>
        <w:t>Майстре!&lt;br /&gt;</w:t>
        <w:br/>
        <w:t>Феб з Тобою!&lt;br /&gt;</w:t>
        <w:br/>
        <w:t>Сонце над тобою!&lt;br /&gt;</w:t>
        <w:br/>
        <w:t>Подих під тобою&lt;br /&gt;</w:t>
        <w:br/>
        <w:t>сотень глядачів!..</w:t>
      </w:r>
    </w:p>
    <w:p>
      <w:r>
        <w:br/>
        <w:t>Охра, синь і зелень, умбра і білило,&lt;br /&gt;</w:t>
        <w:br/>
        <w:t>А в крайках лисніє, як єдваб, кармін...&lt;br /&gt;</w:t>
        <w:br/>
        <w:t>Майстер, як альхемік, мрійний і похилий,&lt;br /&gt;</w:t>
        <w:br/>
        <w:t>Гей би з Чинквеченто,&lt;br /&gt;</w:t>
        <w:br/>
        <w:t>ніби з Риму він.</w:t>
      </w:r>
    </w:p>
    <w:p>
      <w:r>
        <w:br/>
        <w:t>ШВАЧКА</w:t>
      </w:r>
    </w:p>
    <w:p>
      <w:r>
        <w:br/>
        <w:t>Проснувалось сонечко крізь ігольне вушко&lt;br /&gt;</w:t>
        <w:br/>
        <w:t>І лягає лиштвою в хрестики й хрести...&lt;br /&gt;</w:t>
        <w:br/>
        <w:t>Дівчина замріяна, дівчина-манушка***&lt;br /&gt;</w:t>
        <w:br/>
        <w:t>Умудрилась в вушко всесвіт протягти.</w:t>
      </w:r>
    </w:p>
    <w:p>
      <w:r>
        <w:br/>
        <w:t>Синіми спіралями, барвами-кольорами&lt;br /&gt;</w:t>
        <w:br/>
        <w:t>Ходить-ходить хвилями втіха, як вино.&lt;br /&gt;</w:t>
        <w:br/>
        <w:t>Перстень і наперсток чіткими переборами&lt;br /&gt;</w:t>
        <w:br/>
        <w:t>Промінь пересріблює крізь мале вікно.</w:t>
      </w:r>
    </w:p>
    <w:p>
      <w:r>
        <w:br/>
        <w:t>Над дивною ношею золотою прошвою,&lt;br /&gt;</w:t>
        <w:br/>
        <w:t>Срібною порошею квітнуть пелюстки.&lt;br /&gt;</w:t>
        <w:br/>
        <w:t>Усмішкою дальньою, згадкою хорошою&lt;br /&gt;</w:t>
        <w:br/>
        <w:t>Поснувались втомлені помахи руки.</w:t>
      </w:r>
    </w:p>
    <w:p>
      <w:r>
        <w:br/>
        <w:t>Ой, летять два соколи з зорями високими,&lt;br /&gt;</w:t>
        <w:br/>
        <w:t>Ой, летять закохані через дивний сад,—&lt;br /&gt;</w:t>
        <w:br/>
        <w:t>Зачепили крильцями гей налитий соками,&lt;br /&gt;</w:t>
        <w:br/>
        <w:t>Як уста закохані, спілий виноград...</w:t>
      </w:r>
    </w:p>
    <w:p>
      <w:r>
        <w:br/>
        <w:t>Опадають промені золотою прошвою...&lt;br /&gt;</w:t>
        <w:br/>
        <w:t>Срібною порошею квітнуть пелюстки...</w:t>
      </w:r>
    </w:p>
    <w:p>
      <w:r>
        <w:br/>
        <w:t>Усмішкою дальньою, згадкою хорошою&lt;br /&gt;</w:t>
        <w:br/>
        <w:t>Поснувались втомлені помахи руки.</w:t>
      </w:r>
    </w:p>
    <w:p>
      <w:r>
        <w:br/>
        <w:t>А навшпиньки легінь десь — і тріпоче листом, —&lt;br /&gt;</w:t>
        <w:br/>
        <w:t>Ніби гість здивований, дивиться здаля&lt;br /&gt;</w:t>
        <w:br/>
        <w:t>На підкову чорну,&lt;br /&gt;</w:t>
        <w:br/>
        <w:t>і на разок намиста,&lt;br /&gt;</w:t>
        <w:br/>
        <w:t>На дівча убоге, як на доньку короля.</w:t>
      </w:r>
    </w:p>
    <w:p>
      <w:r>
        <w:br/>
        <w:t>З ранку і до вечора... і доки буде сила...&lt;br /&gt;</w:t>
        <w:br/>
        <w:t>На чужому-людському — то ж моя печать!&lt;br /&gt;</w:t>
        <w:br/>
        <w:t>Дум безкраїх нитку утома одкусила,—&lt;br /&gt;</w:t>
        <w:br/>
        <w:t>Не впіймати кінчики, нитку не стачать.</w:t>
      </w:r>
    </w:p>
    <w:p>
      <w:r>
        <w:br/>
        <w:t>1928</w:t>
      </w:r>
    </w:p>
    <w:p>
      <w:r>
        <w:br/>
        <w:t>полільниці</w:t>
      </w:r>
    </w:p>
    <w:p>
      <w:r>
        <w:br/>
        <w:t>І. ДЕНЬ</w:t>
      </w:r>
    </w:p>
    <w:p>
      <w:r>
        <w:br/>
        <w:t>Над економією дим і дзвін кувадла.&lt;br /&gt;</w:t>
        <w:br/>
        <w:t>Кавчить десь звід (підмазали б хоч би!).&lt;br /&gt;</w:t>
        <w:br/>
        <w:t>У синім мариві лелека й голуби.&lt;br /&gt;</w:t>
        <w:br/>
        <w:t>Та на гноїщі десь гризуться пси над падлом.&lt;br /&gt;</w:t>
        <w:br/>
        <w:t>Нудьга розпучлива...&lt;br /&gt;</w:t>
        <w:br/>
        <w:t>Ах, хто ж там зачина?!&lt;br /&gt;</w:t>
        <w:br/>
        <w:t>У кого ще на спів стає снаги і мочі?!&lt;br /&gt;</w:t>
        <w:br/>
        <w:t>То десь з плантації дзвенять пісні дівочі,&lt;br /&gt;</w:t>
        <w:br/>
        <w:t>І котиться,&lt;br /&gt;</w:t>
        <w:br/>
        <w:t>і губиться луна.</w:t>
      </w:r>
    </w:p>
    <w:p>
      <w:r>
        <w:br/>
        <w:t>***</w:t>
      </w:r>
    </w:p>
    <w:p>
      <w:r>
        <w:br/>
        <w:t>Утома... Спрага...&lt;br /&gt;</w:t>
        <w:br/>
        <w:t>В сяйві феєричнім&lt;br /&gt;</w:t>
        <w:br/>
        <w:t>Скородять тишину розпечені ножі...&lt;br /&gt;</w:t>
        <w:br/>
        <w:t>Понад плантацією марево біжить&lt;br /&gt;</w:t>
        <w:br/>
        <w:t>Химерне, як фантазія, хистке, пасеїстичне.</w:t>
      </w:r>
    </w:p>
    <w:p>
      <w:r>
        <w:br/>
        <w:t>Серед плантації,&lt;br /&gt;</w:t>
        <w:br/>
        <w:t>Схилившись на сапу,&lt;br /&gt;</w:t>
        <w:br/>
        <w:t>Зломившись надвоє, пучками землю мірять...&lt;br /&gt;</w:t>
        <w:br/>
        <w:t>То ж журавлі — ключами десь у вирій!&lt;br /&gt;</w:t>
        <w:br/>
        <w:t>То ж білі птахи — в безконечну путь!</w:t>
      </w:r>
    </w:p>
    <w:p>
      <w:r>
        <w:br/>
        <w:t>Крилом вимахують... Курличуть... Жебонять.&lt;br /&gt;</w:t>
        <w:br/>
        <w:t>Й ніяк не здіймуться. Занурюються ноги&lt;br /&gt;</w:t>
        <w:br/>
        <w:t>В гарячу землю. У тенетах дня&lt;br /&gt;</w:t>
        <w:br/>
        <w:t>Гарячим оливом наллялись і дзвенять&lt;br /&gt;</w:t>
        <w:br/>
        <w:t>Чоло і скроні, й лізуть "очі рогом".</w:t>
      </w:r>
    </w:p>
    <w:p>
      <w:r>
        <w:br/>
        <w:t>Зломившись надвоє, шарують* буряки —&lt;br /&gt;</w:t>
        <w:br/>
        <w:t>Пучками в бур'янах воюють за культуру...&lt;br /&gt;</w:t>
        <w:br/>
        <w:t>А хтось розпечені їм сипле копійки.&lt;br /&gt;</w:t>
        <w:br/>
        <w:t>Набряклі губи, репані такі,&lt;br /&gt;</w:t>
        <w:br/>
        <w:t>Зовсім про інше мріють-мріють здуру.</w:t>
      </w:r>
    </w:p>
    <w:p>
      <w:r>
        <w:br/>
        <w:t>Свавільне серце, гей би чайка та,&lt;br /&gt;</w:t>
        <w:br/>
        <w:t>Зривається на крила й десь замчати хоче...&lt;br /&gt;</w:t>
        <w:br/>
        <w:t>Жагучий вітерець торкає стан дівочий,&lt;br /&gt;</w:t>
        <w:br/>
        <w:t>Цілує неціловані уста.</w:t>
      </w:r>
    </w:p>
    <w:p>
      <w:r>
        <w:br/>
        <w:t>І ходить-ходить марево-омана,&lt;br /&gt;</w:t>
        <w:br/>
        <w:t>Немов дівоче щастя по землі,&lt;br /&gt;</w:t>
        <w:br/>
        <w:t>І ходить-ходить десь фата-моргана,—&lt;br /&gt;</w:t>
        <w:br/>
        <w:t>Замріяна дівчина синім ланом,—&lt;br /&gt;</w:t>
        <w:br/>
        <w:t>І кане у розпеченій імлі...</w:t>
      </w:r>
    </w:p>
    <w:p>
      <w:r>
        <w:br/>
        <w:t>Утома...&lt;br /&gt;</w:t>
        <w:br/>
        <w:t>Спражище...&lt;br /&gt;</w:t>
        <w:br/>
        <w:t>Ах, хто ж там зачина!?&lt;br /&gt;</w:t>
        <w:br/>
        <w:t>У кого ще на спів стає снаги і мочі!?!&lt;br /&gt;</w:t>
        <w:br/>
        <w:t>То десь з плянтації дзвенять пісні дівочі,&lt;br /&gt;</w:t>
        <w:br/>
        <w:t>І котиться&lt;br /&gt;</w:t>
        <w:br/>
        <w:t>і губиться луна.</w:t>
      </w:r>
    </w:p>
    <w:p>
      <w:r>
        <w:br/>
        <w:t>II. ВЕЧІР</w:t>
      </w:r>
    </w:p>
    <w:p>
      <w:r>
        <w:br/>
        <w:t>Чорні коси, сірі очі,&lt;br /&gt;</w:t>
        <w:br/>
        <w:t>Синя хустка на плече...&lt;br /&gt;</w:t>
        <w:br/>
        <w:t>В смаглі лиця, скільки мочі,&lt;br /&gt;</w:t>
        <w:br/>
        <w:t>Вітер крилами січе.</w:t>
      </w:r>
    </w:p>
    <w:p>
      <w:r>
        <w:br/>
        <w:t>Вітер скаче. Вітер пада.&lt;br /&gt;</w:t>
        <w:br/>
        <w:t>Вітер свище — завмира,&lt;br /&gt;</w:t>
        <w:br/>
        <w:t>Закаблуком в землю садить&lt;br /&gt;</w:t>
        <w:br/>
        <w:t>Посередині двора,—</w:t>
      </w:r>
    </w:p>
    <w:p>
      <w:r>
        <w:br/>
        <w:t>Посередині. По краю.&lt;br /&gt;</w:t>
        <w:br/>
        <w:t>Скісно! Навхрест... Гех! — на зло.&lt;br /&gt;</w:t>
        <w:br/>
        <w:t>Бинда** в'ється, залітає,&lt;br /&gt;</w:t>
        <w:br/>
        <w:t>Бинда пада на чоло.</w:t>
      </w:r>
    </w:p>
    <w:p>
      <w:r>
        <w:br/>
        <w:t>Ех, ти, бинда! Ех, ти, вечір!&lt;br /&gt;</w:t>
        <w:br/>
        <w:t>Хто перечить?! — Це моє!</w:t>
      </w:r>
    </w:p>
    <w:p>
      <w:r>
        <w:br/>
        <w:t>Бас виводить — не перечить,&lt;br /&gt;</w:t>
        <w:br/>
        <w:t>Альт шаліє — додає.</w:t>
      </w:r>
    </w:p>
    <w:p>
      <w:r>
        <w:br/>
        <w:t>Розгулялася голота.&lt;br /&gt;</w:t>
        <w:br/>
        <w:t>День батрачила як стій,&lt;br /&gt;</w:t>
        <w:br/>
        <w:t>Заливало море поту&lt;br /&gt;</w:t>
        <w:br/>
        <w:t>День розтрачений, пустий.</w:t>
      </w:r>
    </w:p>
    <w:p>
      <w:r>
        <w:br/>
        <w:t>Але вечір, але вечір...&lt;br /&gt;</w:t>
        <w:br/>
        <w:t>Хто перечить? — Постривай!&lt;br /&gt;</w:t>
        <w:br/>
        <w:t>Не зломила втома плечі.&lt;br /&gt;</w:t>
        <w:br/>
        <w:t>Не присікуйся ж давай.</w:t>
      </w:r>
    </w:p>
    <w:p>
      <w:r>
        <w:br/>
        <w:t>Попереду цвіт-дівчина,&lt;br /&gt;</w:t>
        <w:br/>
        <w:t>Цвіт-дівчина майорить,&lt;br /&gt;</w:t>
        <w:br/>
        <w:t>Цвіт-дівчина, як пружина,&lt;br /&gt;</w:t>
        <w:br/>
        <w:t>Верховодить і дзвенить.</w:t>
      </w:r>
    </w:p>
    <w:p>
      <w:r>
        <w:br/>
        <w:t>День стриміли по обніжках —&lt;br /&gt;</w:t>
        <w:br/>
        <w:t>Присихав к спині живіт.&lt;br /&gt;</w:t>
        <w:br/>
        <w:t>Гех, дівчата — сироїжки —&lt;br /&gt;</w:t>
        <w:br/>
        <w:t>Босоніжки — маків цвіт!</w:t>
      </w:r>
    </w:p>
    <w:p>
      <w:r>
        <w:br/>
        <w:t>А чи нам тужить і скніти?&lt;br /&gt;</w:t>
        <w:br/>
        <w:t>А чи нам у гріб пора?!&lt;br /&gt;</w:t>
        <w:br/>
        <w:t>Умліває вітер-вітер&lt;br /&gt;</w:t>
        <w:br/>
        <w:t>Посередині двора.</w:t>
      </w:r>
    </w:p>
    <w:p>
      <w:r>
        <w:br/>
        <w:t>Двір завихрило до краю,&lt;br /&gt;</w:t>
        <w:br/>
        <w:t>Пелюстками замело.&lt;br /&gt;</w:t>
        <w:br/>
        <w:t>Бинда в'ється — залітає —&lt;br /&gt;</w:t>
        <w:br/>
        <w:t>Бинда пада на чоло.&lt;br /&gt;</w:t>
        <w:br/>
        <w:t>Ех, ти, бинда! Ех, ти, вечір!&lt;br /&gt;</w:t>
        <w:br/>
        <w:t>Хто перечить?! — Це м о є!..&lt;br /&gt;</w:t>
        <w:br/>
        <w:t>Бас виводить — не перечить,&lt;br /&gt;</w:t>
        <w:br/>
        <w:t>Альт шаліє — додає.</w:t>
      </w:r>
    </w:p>
    <w:p>
      <w:r>
        <w:br/>
        <w:t>Ні, не нам тужить і скніти,&lt;br /&gt;</w:t>
        <w:br/>
        <w:t>І не нам у гріб пора!</w:t>
      </w:r>
    </w:p>
    <w:p>
      <w:r>
        <w:br/>
        <w:t>Крутить вихор сміх і квіти&lt;br /&gt;</w:t>
        <w:br/>
        <w:t>Посередині двора.</w:t>
      </w:r>
    </w:p>
    <w:p>
      <w:r>
        <w:br/>
        <w:t>Верховодить цвіт-дівчина,&lt;br /&gt;</w:t>
        <w:br/>
        <w:t>Цвіт-дівчина голуба,&lt;br /&gt;</w:t>
        <w:br/>
        <w:t>І тримає намистину&lt;br /&gt;</w:t>
        <w:br/>
        <w:t>В нецілованих губах.</w:t>
      </w:r>
    </w:p>
    <w:p>
      <w:r>
        <w:br/>
        <w:t>Бубон садить в землю лихом.&lt;br /&gt;</w:t>
        <w:br/>
        <w:t>Скрипка ріже — витина!..&lt;br /&gt;</w:t>
        <w:br/>
        <w:t>Наглядач позбувся пихи,&lt;br /&gt;</w:t>
        <w:br/>
        <w:t>Практикант позбувся сна.</w:t>
      </w:r>
    </w:p>
    <w:p>
      <w:r>
        <w:br/>
        <w:t>А дівчина, як пружина,&lt;br /&gt;</w:t>
        <w:br/>
        <w:t>Манить помахом руки...&lt;br /&gt;</w:t>
        <w:br/>
        <w:t>Вечір мрійний,&lt;br /&gt;</w:t>
        <w:br/>
        <w:t>вечір синій,&lt;br /&gt;</w:t>
        <w:br/>
        <w:t>Вечір чортовий такий!..&lt;br /&gt;</w:t>
        <w:br/>
        <w:t>.....................&lt;br /&gt;</w:t>
        <w:br/>
        <w:t>У музик совіють очі.&lt;br /&gt;</w:t>
        <w:br/>
        <w:t>Ніч пройшла далеку путь.&lt;br /&gt;</w:t>
        <w:br/>
        <w:t>"Грай, юначе, рештку ночі!&lt;br /&gt;</w:t>
        <w:br/>
        <w:t>Нам часиночку б заснуть.</w:t>
      </w:r>
    </w:p>
    <w:p>
      <w:r>
        <w:br/>
        <w:t>Грай, юначе! прийде ранок —&lt;br /&gt;</w:t>
        <w:br/>
        <w:t>Прийде... Грай же, сатана!" —&lt;br /&gt;</w:t>
        <w:br/>
        <w:t>Та доходить краю танок...&lt;br /&gt;</w:t>
        <w:br/>
        <w:t>І втомилася луна.</w:t>
      </w:r>
    </w:p>
    <w:p>
      <w:r>
        <w:br/>
        <w:t>Блідне бинда пурпурова.&lt;br /&gt;</w:t>
        <w:br/>
        <w:t>Ніч роняє пелюстки.&lt;br /&gt;</w:t>
        <w:br/>
        <w:t>Впала місяця підкова.&lt;br /&gt;</w:t>
        <w:br/>
        <w:t>Щезла зірка — будь здорова! —&lt;br /&gt;</w:t>
        <w:br/>
        <w:t>Лиш дівчина чорноброва&lt;br /&gt;</w:t>
        <w:br/>
        <w:t>Ще трима її таки.</w:t>
      </w:r>
    </w:p>
    <w:p>
      <w:r>
        <w:br/>
        <w:t>І затих охриплий бубон.&lt;br /&gt;</w:t>
        <w:br/>
        <w:t>Галас нехотя завмер.&lt;br /&gt;</w:t>
        <w:br/>
        <w:t>Відголоском квітнуть губи&lt;br /&gt;</w:t>
        <w:br/>
        <w:t>В морі тіней і химер.</w:t>
      </w:r>
    </w:p>
    <w:p>
      <w:r>
        <w:br/>
        <w:t>Зупинилась цвіт-дівчина;&lt;br /&gt;</w:t>
        <w:br/>
        <w:t>Зупинилась як була.&lt;br /&gt;</w:t>
        <w:br/>
        <w:t>Синім помахом хустини&lt;br /&gt;</w:t>
        <w:br/>
        <w:t>Розвіталася... Пішла...</w:t>
      </w:r>
    </w:p>
    <w:p>
      <w:r>
        <w:br/>
        <w:t>І киває, і сміється,&lt;br /&gt;</w:t>
        <w:br/>
        <w:t>Мріє помахом руки.&lt;br /&gt;</w:t>
        <w:br/>
        <w:t>За спиною бинда в'ється&lt;br /&gt;</w:t>
        <w:br/>
        <w:t>На бараки, на ставки.</w:t>
      </w:r>
    </w:p>
    <w:p>
      <w:r>
        <w:br/>
        <w:t>Там коротка мить спочину,&lt;br /&gt;</w:t>
        <w:br/>
        <w:t>Там праматінка верба&lt;br /&gt;</w:t>
        <w:br/>
        <w:t>Берегтиме намистину&lt;br /&gt;</w:t>
        <w:br/>
        <w:t>В нецілованих губах.</w:t>
      </w:r>
    </w:p>
    <w:p>
      <w:r>
        <w:br/>
        <w:t>Зникла бинда пурпурова.&lt;br /&gt;</w:t>
        <w:br/>
        <w:t>Не поверне,— не кивай...&lt;br /&gt;</w:t>
        <w:br/>
        <w:t>Будь здорова...&lt;br /&gt;</w:t>
        <w:br/>
        <w:t>Будь здорова...&lt;br /&gt;</w:t>
        <w:br/>
        <w:t>Будь здорова,— прощавай!&lt;br /&gt;</w:t>
        <w:br/>
        <w:t>Будь здорова,&lt;br /&gt;</w:t>
        <w:br/>
        <w:t>чорноброва!&lt;br /&gt;</w:t>
        <w:br/>
        <w:t>Будь здорова —&lt;br /&gt;</w:t>
        <w:br/>
        <w:t>Прощавай.</w:t>
      </w:r>
    </w:p>
    <w:p>
      <w:r>
        <w:br/>
        <w:t>1928</w:t>
      </w:r>
    </w:p>
    <w:p>
      <w:r>
        <w:br/>
        <w:t>САНДРО БОТТІЧЕЛЛІ</w:t>
      </w:r>
    </w:p>
    <w:p>
      <w:r>
        <w:br/>
        <w:t>Розписуючи семафор,—&lt;br /&gt;</w:t>
        <w:br/>
        <w:t>Не "Комункультівський", а просто так, в пустелі,&lt;br /&gt;</w:t>
        <w:br/>
        <w:t>І не в пустелі, а між небом і піском,—&lt;br /&gt;</w:t>
        <w:br/>
        <w:t>На стовбур нагвинтивши пару ком,&lt;br /&gt;</w:t>
        <w:br/>
        <w:t>Висить кирпатий Сандро Боттічеллі&lt;br /&gt;</w:t>
        <w:br/>
        <w:t>З квачем в зубах...&lt;br /&gt;</w:t>
        <w:br/>
        <w:t>Не Боттічеллі, ні!&lt;br /&gt;</w:t>
        <w:br/>
        <w:t>Експрес часу завіз десь флорентійця&lt;br /&gt;</w:t>
        <w:br/>
        <w:t>Ген-ген далеко! Пензель бородою&lt;br /&gt;</w:t>
        <w:br/>
        <w:t>Заріс давно,— згрубів, та не заскнів! —&lt;br /&gt;</w:t>
        <w:br/>
        <w:t>Карміном розчиняючи пісні,&lt;br /&gt;</w:t>
        <w:br/>
        <w:t>В новім порядку ниже їх на німб новий цей.</w:t>
      </w:r>
    </w:p>
    <w:p>
      <w:r>
        <w:br/>
        <w:t>Надхненний майстер піт стира з лиця.&lt;br /&gt;</w:t>
        <w:br/>
        <w:t>У спектрі соняшнім, як хмарка у етері,&lt;br /&gt;</w:t>
        <w:br/>
        <w:t>Задуманий пливе на манівцях&lt;br /&gt;</w:t>
        <w:br/>
        <w:t>І про босеньку музу мріє без кінця,&lt;br /&gt;</w:t>
        <w:br/>
        <w:t>Немов про Беатріче той Алігієрі.</w:t>
      </w:r>
    </w:p>
    <w:p>
      <w:r>
        <w:br/>
        <w:t>Примружив око — щось у спектрі зорить&lt;br /&gt;</w:t>
        <w:br/>
        <w:t>І посміхається... І мріє... І свистить...&lt;br /&gt;</w:t>
        <w:br/>
        <w:t>Пливе до н е ї через всі світи,&lt;br /&gt;</w:t>
        <w:br/>
        <w:t>Як та хмаринка ген у синє море.</w:t>
      </w:r>
    </w:p>
    <w:p>
      <w:r>
        <w:br/>
        <w:t>На німб новий старі пісні снує&lt;br /&gt;</w:t>
        <w:br/>
        <w:t>І на експрес згори час од часу плює.&lt;br /&gt;</w:t>
        <w:br/>
        <w:t>Вібрує спектр. Мандрує блік по виду,&lt;br /&gt;</w:t>
        <w:br/>
        <w:t>Торкає за мозоль на жилавій руці...&lt;br /&gt;</w:t>
        <w:br/>
        <w:t>І оживає семафор на перехресті манівців,&lt;br /&gt;</w:t>
        <w:br/>
        <w:t>Немов рука&lt;br /&gt;</w:t>
        <w:br/>
        <w:t>богині Немезіди.&lt;br /&gt;</w:t>
        <w:br/>
        <w:t>Летить експрес десь. Поспішає. Кличе.&lt;br /&gt;</w:t>
        <w:br/>
        <w:t>Діставши дозволу, жене крізь всенький світ...&lt;br /&gt;</w:t>
        <w:br/>
        <w:t>Кирпатий Сандро, взявши твір у вічі,&lt;br /&gt;</w:t>
        <w:br/>
        <w:t>Складає гімн босенькій Беатріче,—&lt;br /&gt;</w:t>
        <w:br/>
        <w:t>З експресом шле&lt;br /&gt;</w:t>
        <w:br/>
        <w:t>надхненниці привіт.&lt;br /&gt;</w:t>
        <w:br/>
        <w:t>1928</w:t>
      </w:r>
    </w:p>
    <w:p>
      <w:r>
        <w:br/>
        <w:t>ШАХТАР</w:t>
      </w:r>
    </w:p>
    <w:p>
      <w:r>
        <w:br/>
        <w:t>З скульптур Меньє, а чи з полотен Крена,—&lt;br /&gt;</w:t>
        <w:br/>
        <w:t>В квадратах м'яз і з ліхтарем в руці,—&lt;br /&gt;</w:t>
        <w:br/>
        <w:t>Ходою вікінгіа підземних манівців&lt;br /&gt;</w:t>
        <w:br/>
        <w:t>Ступає В І Н...&lt;br /&gt;</w:t>
        <w:br/>
        <w:t>Не гладіатор на арену,&lt;br /&gt;</w:t>
        <w:br/>
        <w:t>Не боксобор і не фігляр юрби,—&lt;br /&gt;</w:t>
        <w:br/>
        <w:t>Він — так собі,&lt;br /&gt;</w:t>
        <w:br/>
        <w:t>Король землі з тризубом кайла в жмені.&lt;br /&gt;</w:t>
        <w:br/>
        <w:t>Король. І все...&lt;br /&gt;</w:t>
        <w:br/>
        <w:t>В квадратах м'яз і сірий.&lt;br /&gt;</w:t>
        <w:br/>
        <w:t>Без блазнів, і вельмож, і без громохких слів,&lt;br /&gt;</w:t>
        <w:br/>
        <w:t>У лабіринтах, в нетрищах Землі&lt;br /&gt;</w:t>
        <w:br/>
        <w:t>Під брилами епох десь гасить люльку миру.</w:t>
      </w:r>
    </w:p>
    <w:p>
      <w:r>
        <w:br/>
        <w:t>І слухає, як вічність з сталактитів&lt;br /&gt;</w:t>
        <w:br/>
        <w:t>Поволі скапує і сталагмитами стає —&lt;br /&gt;</w:t>
        <w:br/>
        <w:t>Невпинне перевтілення своє&lt;br /&gt;</w:t>
        <w:br/>
        <w:t>Поволі здійснює&lt;br /&gt;</w:t>
        <w:br/>
        <w:t>і творить дивні міти.</w:t>
      </w:r>
    </w:p>
    <w:p>
      <w:r>
        <w:br/>
        <w:t>Гей слухає... В химерний смерті храм&lt;br /&gt;</w:t>
        <w:br/>
        <w:t>Прийшов непроханий, в мільйоноліть нірвану,-&lt;br /&gt;</w:t>
        <w:br/>
        <w:t>І серце буряне, життям і сонцем п'яне,&lt;br /&gt;</w:t>
        <w:br/>
        <w:t>Товчеться в тишині зі смертю сам на сам.</w:t>
      </w:r>
    </w:p>
    <w:p>
      <w:r>
        <w:br/>
        <w:t>Іде, як маятник, у нетрищах Землі,&lt;br /&gt;</w:t>
        <w:br/>
        <w:t>Що мчить десь, мов юла, піщинкою малою...&lt;br /&gt;</w:t>
        <w:br/>
        <w:t>І обертається разом з тію юлою,&lt;br /&gt;</w:t>
        <w:br/>
        <w:t>І іскри соняшні розбризкує в імлі.</w:t>
      </w:r>
    </w:p>
    <w:p>
      <w:r>
        <w:br/>
        <w:t>Мовчання чорне. Пантеон віків.&lt;br /&gt;</w:t>
        <w:br/>
        <w:t>Огонь, і кров, і цвіт, і м'язи, й силу&lt;br /&gt;</w:t>
        <w:br/>
        <w:t>Мільйонів поколінь — в суцільні брили&lt;br /&gt;</w:t>
        <w:br/>
        <w:t>Часом спресовано, і кожен з них, як шків&lt;br /&gt;</w:t>
        <w:br/>
        <w:t>Під пасом вічности, лисніє потом з пилу.</w:t>
      </w:r>
    </w:p>
    <w:p>
      <w:r>
        <w:br/>
        <w:t>Все, що жило,— уже не зацвіте.&lt;br /&gt;</w:t>
        <w:br/>
        <w:t>Все, що цвіло,— старі не верне шати.&lt;br /&gt;</w:t>
        <w:br/>
        <w:t>У чорних брилах полиском печати&lt;br /&gt;</w:t>
        <w:br/>
        <w:t>Мигтить без відблиску сузір'я золоте.</w:t>
      </w:r>
    </w:p>
    <w:p>
      <w:r>
        <w:br/>
        <w:t>Лежать віки закуті і німі.&lt;br /&gt;</w:t>
        <w:br/>
        <w:t>І тільки серце стукає в пітьмі.</w:t>
      </w:r>
    </w:p>
    <w:p>
      <w:r>
        <w:br/>
        <w:t>Похмурий маг зідхає і встає,—&lt;br /&gt;</w:t>
        <w:br/>
        <w:t>Квадрати біцепсів напнув, нап'яв сталеві жили,&lt;br /&gt;</w:t>
        <w:br/>
        <w:t>Тризубом кайла розмахнув і з усієї сили&lt;br /&gt;</w:t>
        <w:br/>
        <w:t>В тисячоліття&lt;br /&gt;</w:t>
        <w:br/>
        <w:t>Б'є!&lt;br /&gt;</w:t>
        <w:br/>
        <w:t>І громи лун. І іскр метеорити&lt;br /&gt;</w:t>
        <w:br/>
        <w:t>Зі свистом бризкають. І порох шелестить,&lt;br /&gt;</w:t>
        <w:br/>
        <w:t>Паде до ніг.&lt;br /&gt;</w:t>
        <w:br/>
        <w:t>Встають зі сну світи.&lt;br /&gt;</w:t>
        <w:br/>
        <w:t>І хтось гука з доби палеоліту.</w:t>
      </w:r>
    </w:p>
    <w:p>
      <w:r>
        <w:br/>
        <w:t>Скалки епох, шматки мільйоноліть,&lt;br /&gt;</w:t>
        <w:br/>
        <w:t>Огонь і кров вклякнули ниць під ноги,&lt;br /&gt;</w:t>
        <w:br/>
        <w:t>І капле піт на них, щоби могли ожить,&lt;br /&gt;</w:t>
        <w:br/>
        <w:t>Щоби могли цвісти, щоби могли дзвеніть,&lt;br /&gt;</w:t>
        <w:br/>
        <w:t>Надхнені духом генія людського.</w:t>
      </w:r>
    </w:p>
    <w:p>
      <w:r>
        <w:br/>
        <w:t>Щоби з'єднать часи, щоб збудувать мости,&lt;br /&gt;</w:t>
        <w:br/>
        <w:t>Щоби переступити смерті чорний кратер&lt;br /&gt;</w:t>
        <w:br/>
        <w:t>І вічно в перевтіленнях цвісти,—&lt;br /&gt;</w:t>
        <w:br/>
        <w:t>Прийшов сюди він, сірий і простий,&lt;br /&gt;</w:t>
        <w:br/>
        <w:t>В квадратах біцепсів відважний реформатор.</w:t>
      </w:r>
    </w:p>
    <w:p>
      <w:r>
        <w:br/>
        <w:t>У вічній зміні руху і матерій&lt;br /&gt;</w:t>
        <w:br/>
        <w:t>Підніс тризуб і, мов жезлом, махнув,&lt;br /&gt;</w:t>
        <w:br/>
        <w:t>І іскру серця в вічність увімкнув,&lt;br /&gt;</w:t>
        <w:br/>
        <w:t>І зрушив з місця кров земних артерій.</w:t>
      </w:r>
    </w:p>
    <w:p>
      <w:r>
        <w:br/>
        <w:t>Нехай гримлять громи. Хай плинуть кораблі.&lt;br /&gt;</w:t>
        <w:br/>
        <w:t>Хай свищуть поїзди. Нехай цвітуть пустелі.&lt;br /&gt;</w:t>
        <w:br/>
        <w:t>Нехай летить експрес уздовж всії Землі.&lt;br /&gt;</w:t>
        <w:br/>
        <w:t>Хай крила мерехтять на зоряному тлі.&lt;br /&gt;</w:t>
        <w:br/>
        <w:t>Нехай летить до милої, як хмарка в синій млі,&lt;br /&gt;</w:t>
        <w:br/>
        <w:t>Творець і Друг — той мрійник Боттічеллі!</w:t>
      </w:r>
    </w:p>
    <w:p>
      <w:r>
        <w:br/>
        <w:t>Хай у віки росте! Хай любить і цвіте!&lt;br /&gt;</w:t>
        <w:br/>
        <w:t>І хай запише те&lt;br /&gt;</w:t>
        <w:br/>
        <w:t>смішний той Боттічеллі!&lt;br /&gt;</w:t>
        <w:br/>
        <w:t>1929</w:t>
      </w:r>
    </w:p>
    <w:p>
      <w:r>
        <w:br/>
        <w:t>ТРІУМФ</w:t>
      </w:r>
    </w:p>
    <w:p>
      <w:r>
        <w:br/>
        <w:t>Романтики!&lt;br /&gt;</w:t>
        <w:br/>
        <w:t>Друзі!!&lt;br /&gt;</w:t>
        <w:br/>
        <w:t>Велет и!!!&lt;br /&gt;</w:t>
        <w:br/>
        <w:t>Черкнули ми сонця киркою!..</w:t>
      </w:r>
    </w:p>
    <w:p>
      <w:r>
        <w:br/>
        <w:t>Над нами холонуть чужі світи...&lt;br /&gt;</w:t>
        <w:br/>
        <w:t>Під нами — безодня рокованості...&lt;br /&gt;</w:t>
        <w:br/>
        <w:t>Дзвеніть! Не втрачайте ж мужності&lt;br /&gt;</w:t>
        <w:br/>
        <w:t>Над страшною, над космічною діркою!&lt;br /&gt;</w:t>
        <w:br/>
        <w:t>Ми в крицю оправили серце своє.&lt;br /&gt;</w:t>
        <w:br/>
        <w:t>В бетон і в залізо — свої п'ястуки! —&lt;br /&gt;</w:t>
        <w:br/>
        <w:t>Піднесли в зеніт!&lt;br /&gt;</w:t>
        <w:br/>
        <w:t>Вони всюди є—&lt;br /&gt;</w:t>
        <w:br/>
        <w:t>І піт наш, і думи, і наші м'язки,—&lt;br /&gt;</w:t>
        <w:br/>
        <w:t>Нехай так стоять віки!&lt;br /&gt;</w:t>
        <w:br/>
        <w:t>Пливтимуть світи мимо серця твого...&lt;br /&gt;</w:t>
        <w:br/>
        <w:t>Густиме над брилами соняшний го н г,—&lt;br /&gt;</w:t>
        <w:br/>
        <w:t>То вдарив у нього киркою ТИ —&lt;br /&gt;</w:t>
        <w:br/>
        <w:t>Романтику простоти!</w:t>
      </w:r>
    </w:p>
    <w:p>
      <w:r>
        <w:br/>
        <w:t>Записаний всіми в "раби малі".&lt;br /&gt;</w:t>
        <w:br/>
        <w:t>Єдиний з усіх на землі.</w:t>
      </w:r>
    </w:p>
    <w:p>
      <w:r>
        <w:br/>
        <w:t>1929&lt;br /&gt;</w:t>
        <w:br/>
        <w:t>НАД ХРАМОМ</w:t>
      </w:r>
    </w:p>
    <w:p>
      <w:r>
        <w:br/>
        <w:t>Храм залітає шпилями в зеніт і гримить.&lt;br /&gt;</w:t>
        <w:br/>
        <w:t>Там наше серце б'ється і в небо ораторить.&lt;br /&gt;</w:t>
        <w:br/>
        <w:t>Акумулятори сонця Ми! І сміху акумулятори!</w:t>
      </w:r>
    </w:p>
    <w:p>
      <w:r>
        <w:br/>
        <w:t>Вибрали ми між "згоріти" і "вигнити",&lt;br /&gt;</w:t>
        <w:br/>
        <w:t>Вдар же мозолем у гонг, найбільший Естете!</w:t>
      </w:r>
    </w:p>
    <w:p>
      <w:r>
        <w:br/>
        <w:t>Мечеться, умліває гниль на хвості мети&lt;br /&gt;</w:t>
        <w:br/>
        <w:t>Між Конфуцієм і Магометом.</w:t>
      </w:r>
    </w:p>
    <w:p>
      <w:r>
        <w:br/>
        <w:t>Вдар мозолем. Вдар!.. Вдар!..&lt;br /&gt;</w:t>
        <w:br/>
        <w:t>Сипони сміх золотистим гравієм.&lt;br /&gt;</w:t>
        <w:br/>
        <w:t>Царство наше — не годен обнять жаден цар.&lt;br /&gt;</w:t>
        <w:br/>
        <w:t>Сила наша — незчислена й вічна, як пісок Аравії.</w:t>
      </w:r>
    </w:p>
    <w:p>
      <w:r>
        <w:br/>
        <w:t>Стліють "посланці богів" (все обертається в прах),&lt;br /&gt;</w:t>
        <w:br/>
        <w:t>Стліємо й ми — і порох наш поруч лежатиме,&lt;br /&gt;</w:t>
        <w:br/>
        <w:t>Тільки ж найдовше той залишиться в віках,&lt;br /&gt;</w:t>
        <w:br/>
        <w:t>Хто, як Помпея, з-під них виринатиме —</w:t>
      </w:r>
    </w:p>
    <w:p>
      <w:r>
        <w:br/>
        <w:t>Серцем своїм, втіленим в творів дива,&lt;br /&gt;</w:t>
        <w:br/>
        <w:t>Мозком, оправленим в мармур і брили гранітові...&lt;br /&gt;</w:t>
        <w:br/>
        <w:t>Ми оживатимем там, де зітруться слова.&lt;br /&gt;</w:t>
        <w:br/>
        <w:t>Навіть з череп'я відтворить нас сила нова,&lt;br /&gt;</w:t>
        <w:br/>
        <w:t>І, перевтілені, знову і знову ми з'явимось світові.</w:t>
      </w:r>
    </w:p>
    <w:p>
      <w:r>
        <w:br/>
        <w:t>Стій же над прірвою! Мужньо спинайся грудьми!&lt;br /&gt;</w:t>
        <w:br/>
        <w:t>Серця тримай смолоскип —&lt;br /&gt;</w:t>
        <w:br/>
        <w:t>слухай, як камінь ораторить!&lt;br /&gt;</w:t>
        <w:br/>
        <w:t>Акумулятори сонця ми&lt;br /&gt;</w:t>
        <w:br/>
        <w:t>І вічності акумулятори</w:t>
      </w:r>
    </w:p>
    <w:p>
      <w:r>
        <w:br/>
        <w:t>ВЕЧОРИ</w:t>
      </w:r>
    </w:p>
    <w:p>
      <w:r>
        <w:br/>
        <w:t>І</w:t>
      </w:r>
    </w:p>
    <w:p>
      <w:r>
        <w:br/>
        <w:t>Рожеві вечори — час тихого смеркання,&lt;br /&gt;</w:t>
        <w:br/>
        <w:t>Пора роздуми над безоднею ночей,&lt;br /&gt;</w:t>
        <w:br/>
        <w:t>Глибокий світ притомлених очей,&lt;br /&gt;</w:t>
        <w:br/>
        <w:t>В диму махорки усмішка прощання.</w:t>
      </w:r>
    </w:p>
    <w:p>
      <w:r>
        <w:br/>
        <w:t>Настане мить — і в море тишини&lt;br /&gt;</w:t>
        <w:br/>
        <w:t>Пірне вселюдський лемент і клопоти.&lt;br /&gt;</w:t>
        <w:br/>
        <w:t>І завихрять світи... Тоді, брудний від поту,&lt;br /&gt;</w:t>
        <w:br/>
        <w:t>Ходою тихою приходить Він к мені —</w:t>
      </w:r>
    </w:p>
    <w:p>
      <w:r>
        <w:br/>
        <w:t>Моєї юности навчитель і товариш,&lt;br /&gt;</w:t>
        <w:br/>
        <w:t>Як камінь, мовчазний і тихий, як трава,&lt;br /&gt;</w:t>
        <w:br/>
        <w:t>І, в люльці палячи несказані слова,&lt;br /&gt;</w:t>
        <w:br/>
        <w:t>Дивитиметься десь на блиск Волосожару.</w:t>
      </w:r>
    </w:p>
    <w:p>
      <w:r>
        <w:br/>
        <w:t>Сидітиме, як друг, як брат і як отець,&lt;br /&gt;</w:t>
        <w:br/>
        <w:t>Плечем плеча торкнувшись, мов підпори;&lt;br /&gt;</w:t>
        <w:br/>
        <w:t>В мовчанні витре піт і витрусить опорок,&lt;br /&gt;</w:t>
        <w:br/>
        <w:t>Та не покличе й слова з двох сердець.&lt;br /&gt;</w:t>
        <w:br/>
        <w:t>Пливтиме вічність в віхолі сузір —&lt;br /&gt;</w:t>
        <w:br/>
        <w:t>Найбільший твір найбільшого Растреллі.&lt;br /&gt;</w:t>
        <w:br/>
        <w:t>Пливтиме дим й стинатиметься зір&lt;br /&gt;</w:t>
        <w:br/>
        <w:t>Над таємницею Великої Пустелі.</w:t>
      </w:r>
    </w:p>
    <w:p>
      <w:r>
        <w:br/>
        <w:t>Які ще книжники?.. Й які ще богослови?&lt;br /&gt;</w:t>
        <w:br/>
        <w:t>Який Талмуд?.. І пощо звук пустий?&lt;br /&gt;</w:t>
        <w:br/>
        <w:t>Привіт Тобі, мовчальнику простий,&lt;br /&gt;</w:t>
        <w:br/>
        <w:t>Що ще й не роджене спалив у люльці слово.</w:t>
      </w:r>
    </w:p>
    <w:p>
      <w:r>
        <w:br/>
        <w:t>Мовчи і думай. Дихай і кури.</w:t>
      </w:r>
    </w:p>
    <w:p>
      <w:r>
        <w:br/>
        <w:t>О вечори, глибокі вечори.</w:t>
      </w:r>
    </w:p>
    <w:p>
      <w:r>
        <w:br/>
        <w:t>Розрада зустрічі і усмішка прощання.&lt;br /&gt;</w:t>
        <w:br/>
        <w:t>Рожеві вечори — час тихого смеркання.</w:t>
      </w:r>
    </w:p>
    <w:p>
      <w:r>
        <w:br/>
        <w:t>II</w:t>
      </w:r>
    </w:p>
    <w:p>
      <w:r>
        <w:br/>
        <w:t>Рожеві вечори — час тихого смеркання...&lt;br /&gt;</w:t>
        <w:br/>
        <w:t>Відіб'ють мрійно зорю мулярі.&lt;br /&gt;</w:t>
        <w:br/>
        <w:t>Останній згасне звук по тій зорі.&lt;br /&gt;</w:t>
        <w:br/>
        <w:t>І геній творчости зійде, як у нірвану,&lt;br /&gt;</w:t>
        <w:br/>
        <w:t>В блакитний сон...&lt;br /&gt;</w:t>
        <w:br/>
        <w:t>Тоді, у тій порі&lt;br /&gt;</w:t>
        <w:br/>
        <w:t>Заб'ють умовні гасла дзиґарі,&lt;br /&gt;</w:t>
        <w:br/>
        <w:t>І оживають марива, немов сильвети на екрані:</w:t>
      </w:r>
    </w:p>
    <w:p>
      <w:r>
        <w:br/>
        <w:t>...По ринвах вулиць,&lt;br /&gt;</w:t>
        <w:br/>
        <w:t>по долонях площ,&lt;br /&gt;</w:t>
        <w:br/>
        <w:t>По лабіринтах зал, кімнат і коридорів —&lt;br /&gt;</w:t>
        <w:br/>
        <w:t>Елегія парфум...&lt;br /&gt;</w:t>
        <w:br/>
        <w:t>Атракціон уборів...&lt;br /&gt;</w:t>
        <w:br/>
        <w:t>Чад поту&lt;br /&gt;</w:t>
        <w:br/>
        <w:t>і дотепів дощ...</w:t>
      </w:r>
    </w:p>
    <w:p>
      <w:r>
        <w:br/>
        <w:t>Межи колон, і статуй, і дріад,&lt;br /&gt;</w:t>
        <w:br/>
        <w:t>Між фресок геніальних. дивних колонад,&lt;br /&gt;</w:t>
        <w:br/>
        <w:t>Над духом Генія, що знітився, як зеро,—&lt;br /&gt;</w:t>
        <w:br/>
        <w:t>Заб'є каскадом горда Суєта,&lt;br /&gt;</w:t>
        <w:br/>
        <w:t>Завіхолить над всім царівна та —</w:t>
      </w:r>
    </w:p>
    <w:p>
      <w:r>
        <w:br/>
        <w:t>Всевладна, всенехтуюча гетера...&lt;br /&gt;</w:t>
        <w:br/>
        <w:t>Й, немов перед отрутою, геть зайвий тут тепера,&lt;br /&gt;</w:t>
        <w:br/>
        <w:t>Дух генія замкнув свої уста.</w:t>
      </w:r>
    </w:p>
    <w:p>
      <w:r>
        <w:br/>
        <w:t>У панцер смутку й гордости закутий,&lt;br /&gt;</w:t>
        <w:br/>
        <w:t>Принишклий за шедеврами творінь,&lt;br /&gt;</w:t>
        <w:br/>
        <w:t>Припав коліном перед Зевсом і, мов тінь,&lt;br /&gt;</w:t>
        <w:br/>
        <w:t>Стоїть,&lt;br /&gt;</w:t>
        <w:br/>
        <w:t>всіма гордуючи, всіма забутий.</w:t>
      </w:r>
    </w:p>
    <w:p>
      <w:r>
        <w:br/>
        <w:t>Безглузді марева вечірньої пори.&lt;br /&gt;</w:t>
        <w:br/>
        <w:t>О вечори, бентежні вечори.</w:t>
      </w:r>
    </w:p>
    <w:p>
      <w:r>
        <w:br/>
        <w:t>Жадоба зустрічі. Утіха розставання.—&lt;br /&gt;</w:t>
        <w:br/>
        <w:t>Рожеві вечори — час тихого смеркання.</w:t>
      </w:r>
    </w:p>
    <w:p>
      <w:r>
        <w:br/>
        <w:t>НАД ПІРАМІДАМИ</w:t>
      </w:r>
    </w:p>
    <w:p>
      <w:r>
        <w:br/>
        <w:t>Над голубими пірамідами гуляє вітер...&lt;br /&gt;</w:t>
        <w:br/>
        <w:t>Над голубими пірамідами — с о н...&lt;br /&gt;</w:t>
        <w:br/>
        <w:t>Фата-моргана, фата-моргана&lt;br /&gt;</w:t>
        <w:br/>
        <w:t>Мигтить і манить, мигтить і квітне.&lt;br /&gt;</w:t>
        <w:br/>
        <w:t>Сон...&lt;br /&gt;</w:t>
        <w:br/>
        <w:t>Сон.&lt;br /&gt;</w:t>
        <w:br/>
        <w:t>Над пісками Єгипту, над сухою Сахарою,&lt;br /&gt;</w:t>
        <w:br/>
        <w:t>Над німою Сахарою — сонливий газ.&lt;br /&gt;</w:t>
        <w:br/>
        <w:t>На тирло злізлися вітри отарою,&lt;br /&gt;</w:t>
        <w:br/>
        <w:t>Вітри потомлені сопуть розпарені&lt;br /&gt;</w:t>
        <w:br/>
        <w:t>Біля оаз.</w:t>
      </w:r>
    </w:p>
    <w:p>
      <w:r>
        <w:br/>
        <w:t>Ієрогліфами клиноподібними&lt;br /&gt;</w:t>
        <w:br/>
        <w:t>Під обрій списана руда скрижаль.&lt;br /&gt;</w:t>
        <w:br/>
        <w:t>Над пірамідами, від сонця срібними,&lt;br /&gt;</w:t>
        <w:br/>
        <w:t>Над безподібними — то ж міт, не жаль.</w:t>
      </w:r>
    </w:p>
    <w:p>
      <w:r>
        <w:br/>
        <w:t>Іржею з'їджені, фата-морганою&lt;br /&gt;</w:t>
        <w:br/>
        <w:t>Встають пригадані, встають! Встають!&lt;br /&gt;</w:t>
        <w:br/>
        <w:t>Над колосальною, над бездоганною,&lt;br /&gt;</w:t>
        <w:br/>
        <w:t>Над чіткогранною спорудою...</w:t>
      </w:r>
    </w:p>
    <w:p>
      <w:r>
        <w:br/>
        <w:t>Між риштуваннями із рана-раннього&lt;br /&gt;</w:t>
        <w:br/>
        <w:t>В чаду і гряканні, у грюкоті</w:t>
      </w:r>
    </w:p>
    <w:p>
      <w:r>
        <w:br/>
        <w:t>Повзуть — згинаються... М'язка останнього,&lt;br /&gt;</w:t>
        <w:br/>
        <w:t>М'язка найменшого між риштуваннями&lt;br /&gt;</w:t>
        <w:br/>
        <w:t>Геть рвуть у хаосі і рук, і тіл.</w:t>
      </w:r>
    </w:p>
    <w:p>
      <w:r>
        <w:br/>
        <w:t>І рвуть у хаосі... А очі "рогом" їм!&lt;br /&gt;</w:t>
        <w:br/>
        <w:t>А сонце шкварить їх! А вир скрипить!!.&lt;br /&gt;</w:t>
        <w:br/>
        <w:t>Понад небесною понад дорогою,&lt;br /&gt;</w:t>
        <w:br/>
        <w:t>Аж понад хмарами!.. Аж очі "рогом" їм!!.—&lt;br /&gt;</w:t>
        <w:br/>
        <w:t>В сто тисяч стогоном:&lt;br /&gt;</w:t>
        <w:br/>
        <w:t>"А-ах-х... П и т ь!!!"</w:t>
      </w:r>
    </w:p>
    <w:p>
      <w:r>
        <w:br/>
        <w:t>Пісками сизими, немов дочка тая,—&lt;br /&gt;</w:t>
        <w:br/>
        <w:t>(Ясніє усмішка, лиснить вода...)&lt;br /&gt;</w:t>
        <w:br/>
        <w:t>Та то ж єгиптянка! Та то ж окатая! —&lt;br /&gt;</w:t>
        <w:br/>
        <w:t>Кохана, матінка, а чи дочка тая —&lt;br /&gt;</w:t>
        <w:br/>
        <w:t>Стебелькуватая і молода:</w:t>
      </w:r>
    </w:p>
    <w:p>
      <w:r>
        <w:br/>
        <w:t>Іде — гойдається... Іде несказана&lt;br /&gt;</w:t>
        <w:br/>
        <w:t>(Маячить мариво і мерехтить)&lt;br /&gt;</w:t>
        <w:br/>
        <w:t>Туди, де в хаосі мільйоноразовім...&lt;br /&gt;</w:t>
        <w:br/>
        <w:t>Туди, де згарища... Де піт проказою...&lt;br /&gt;</w:t>
        <w:br/>
        <w:t>Де серце в казані:&lt;br /&gt;</w:t>
        <w:br/>
        <w:t>"А-ах-х... п и т ь!!."&lt;br /&gt;</w:t>
        <w:br/>
        <w:t>Затихли грюкоти.&lt;br /&gt;</w:t>
        <w:br/>
        <w:t>Затихли стогони.&lt;br /&gt;</w:t>
        <w:br/>
        <w:t>Пісні і згарища замів самум.</w:t>
      </w:r>
    </w:p>
    <w:p>
      <w:r>
        <w:br/>
        <w:t>І над халупами, і над чертогами,&lt;br /&gt;</w:t>
        <w:br/>
        <w:t>І понад юрбами мільйонноногими —&lt;br /&gt;</w:t>
        <w:br/>
        <w:t>Піски, як хартії безкраїх дум...&lt;br /&gt;</w:t>
        <w:br/>
        <w:t>Безкраї хартії безкраїх дум...</w:t>
      </w:r>
    </w:p>
    <w:p>
      <w:r>
        <w:br/>
        <w:t>Фата-морганова фата над мітами.&lt;br /&gt;</w:t>
        <w:br/>
        <w:t>Іржа і синява. Піски мовчать.&lt;br /&gt;</w:t>
        <w:br/>
        <w:t>І тільки велетні стоять гранітові,&lt;br /&gt;</w:t>
        <w:br/>
        <w:t>Стоять монбланища геліонітові&lt;br /&gt;</w:t>
        <w:br/>
        <w:t>Над пережитими,&lt;br /&gt;</w:t>
        <w:br/>
        <w:t>немов печать.&lt;br /&gt;</w:t>
        <w:br/>
        <w:t>Гей, стоять... Гуляє вітер,&lt;br /&gt;</w:t>
        <w:br/>
        <w:t>Квітне усмішка сузір.&lt;br /&gt;</w:t>
        <w:br/>
        <w:t>Видно велетнів гранітних&lt;br /&gt;</w:t>
        <w:br/>
        <w:t>Від Нубії по Каїр.</w:t>
      </w:r>
    </w:p>
    <w:p>
      <w:r>
        <w:br/>
        <w:t>Ані струс, ні час, ні лихо,—&lt;br /&gt;</w:t>
        <w:br/>
        <w:t>Не бере ні згар, ні тлінь!..&lt;br /&gt;</w:t>
        <w:br/>
        <w:t>І стоять вони в утіху&lt;br /&gt;</w:t>
        <w:br/>
        <w:t>Для майбутніх поколінь.</w:t>
      </w:r>
    </w:p>
    <w:p>
      <w:r>
        <w:br/>
        <w:t>Там — снага. Там — гордість світу.&lt;br /&gt;</w:t>
        <w:br/>
        <w:t>Там —&lt;br /&gt;</w:t>
        <w:br/>
        <w:t>і р а б,&lt;br /&gt;</w:t>
        <w:br/>
        <w:t>і ф а р а о н...</w:t>
      </w:r>
    </w:p>
    <w:p>
      <w:r>
        <w:br/>
        <w:t>Над голубими пірамідами гуляє вітер.&lt;br /&gt;</w:t>
        <w:br/>
        <w:t>Над голубими пірамідами — сон.&lt;br /&gt;</w:t>
        <w:br/>
        <w:t>Сон.&lt;br /&gt;</w:t>
        <w:br/>
        <w:t>1928</w:t>
      </w:r>
    </w:p>
    <w:p>
      <w:r>
        <w:br/>
        <w:t>З КІНЦЕВОГО РОЗДІЛУ</w:t>
      </w:r>
    </w:p>
    <w:p>
      <w:r>
        <w:br/>
        <w:t>Догорів в і н полум'ям тихим і ясним,&lt;br /&gt;</w:t>
        <w:br/>
        <w:t>Догорів, як сади зацвіли в дев'яностий раз, —&lt;br /&gt;</w:t>
        <w:br/>
        <w:t>Зійшов з кону... І не пізно й не вчасно,—&lt;br /&gt;</w:t>
        <w:br/>
        <w:t>Саме тоді, коли вогнище згасло,—&lt;br /&gt;</w:t>
        <w:br/>
        <w:t>Зійшов, сказавши — "пора".</w:t>
      </w:r>
    </w:p>
    <w:p>
      <w:r>
        <w:br/>
        <w:t>Прифуганив до клепки рештку сили.&lt;br /&gt;</w:t>
        <w:br/>
        <w:t>Настукав останній обруч, як шов.&lt;br /&gt;</w:t>
        <w:br/>
        <w:t>Взяв серце своє обіруч —&lt;br /&gt;</w:t>
        <w:br/>
        <w:t>й одійшов,&lt;br /&gt;</w:t>
        <w:br/>
        <w:t>Прибравшись в сорочку білу.</w:t>
      </w:r>
    </w:p>
    <w:p>
      <w:r>
        <w:br/>
        <w:t>Чоло мармурове...&lt;br /&gt;</w:t>
        <w:br/>
        <w:t>Стружки...&lt;br /&gt;</w:t>
        <w:br/>
        <w:t>Тишина...&lt;br /&gt;</w:t>
        <w:br/>
        <w:t>На варті почесній — киянка й весна.</w:t>
      </w:r>
    </w:p>
    <w:p>
      <w:r>
        <w:br/>
        <w:t>На варті почесній над печаттю руки —&lt;br /&gt;</w:t>
        <w:br/>
        <w:t>Спокій безмежний-безмежний такий...</w:t>
      </w:r>
    </w:p>
    <w:p>
      <w:r>
        <w:br/>
        <w:t>Летіли ключами весь день журавлі,—&lt;br /&gt;</w:t>
        <w:br/>
        <w:t>Курликали день весь в ясній глибині.</w:t>
      </w:r>
    </w:p>
    <w:p>
      <w:r>
        <w:br/>
        <w:t>І гордість на шерхлих губах тремтить:&lt;br /&gt;</w:t>
        <w:br/>
        <w:t>Шаг у руках! А за ним — а цить! —&lt;br /&gt;</w:t>
        <w:br/>
        <w:t>Сміх&lt;br /&gt;</w:t>
        <w:br/>
        <w:t>і замурзані діти.&lt;br /&gt;</w:t>
        <w:br/>
        <w:t>Хліба окраєць... Вода... Агей,—&lt;br /&gt;</w:t>
        <w:br/>
        <w:t>Чи йому ж не радіти з того? —&lt;br /&gt;</w:t>
        <w:br/>
        <w:t>Будуть вони, як і він, людей&lt;br /&gt;</w:t>
        <w:br/>
        <w:t>Проводжати в далеку дорогу.—&lt;br /&gt;</w:t>
        <w:br/>
        <w:t>В дорогу далеку —&lt;br /&gt;</w:t>
        <w:br/>
        <w:t>назад —&lt;br /&gt;</w:t>
        <w:br/>
        <w:t>в поворіт —&lt;br /&gt;</w:t>
        <w:br/>
        <w:t>В дорогу ясну, д о д о м у...</w:t>
      </w:r>
    </w:p>
    <w:p>
      <w:r>
        <w:br/>
        <w:t>На родючій землі та і буйний цвіт!&lt;br /&gt;</w:t>
        <w:br/>
        <w:t>Гей, і буйний цвіт — то гостям привіт&lt;br /&gt;</w:t>
        <w:br/>
        <w:t>І прощай&lt;br /&gt;</w:t>
        <w:br/>
        <w:t>В чебреці золотому.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поті чола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