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півсвітлі</w:t>
      </w:r>
    </w:p>
    <w:p>
      <w:r>
        <w:br/>
        <w:t xml:space="preserve"> Тиха, сумна, як мрії тінь повіяна,&lt;br /&gt;</w:t>
        <w:br/>
        <w:t>Ти крізь душі моєї йшла кімнати,&lt;br /&gt;</w:t>
        <w:br/>
        <w:t>Світи, де була пустка безнадійна,&lt;br /&gt;</w:t>
        <w:br/>
        <w:t>Ти стала цвітом устеляти.</w:t>
      </w:r>
    </w:p>
    <w:p>
      <w:r>
        <w:br/>
        <w:t>Тиха, сумна, як сонця блиск вечірній,&lt;br /&gt;</w:t>
        <w:br/>
        <w:t>Шо в срібній млі осінній потопає,&lt;br /&gt;</w:t>
        <w:br/>
        <w:t>Ти щезла. В душі простір став безмірний,&lt;br /&gt;</w:t>
        <w:br/>
        <w:t>На ньому туга панахиду грає.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півсвітлі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