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останні хвилини</w:t>
      </w:r>
    </w:p>
    <w:p>
      <w:r>
        <w:br/>
        <w:t xml:space="preserve"> &lt;p&gt;ПОЗА ЗБІРКАМИ</w:t>
      </w:r>
    </w:p>
    <w:p>
      <w:r>
        <w:br/>
        <w:t>В ОСТАННІ ХВИЛИНИ</w:t>
      </w:r>
    </w:p>
    <w:p>
      <w:r>
        <w:br/>
        <w:t>На всі домагання родини професор Сичавицький рішуче хитав головою. Далі зачинився в себе в кабінеті і дуже рідко виходив звідти. А родина мовчки скорилась.</w:t>
      </w:r>
    </w:p>
    <w:p>
      <w:r>
        <w:br/>
        <w:t>Щовечора всі виходили на балкон і з тугою вдивлялися в вечірні сутіні. Там коли-не-коли ще вчувалася поодинока стрілянина. Далекими зорями згасали маленькі вогники. Пробігали злякані темні постаті. Тріщали десь останки парканів. Нетерпляче іржали коні, одірвані од стійла.</w:t>
      </w:r>
    </w:p>
    <w:p>
      <w:r>
        <w:br/>
        <w:t>І до півночі реготіли в небі довгі язики пожежі.</w:t>
      </w:r>
    </w:p>
    <w:p>
      <w:r>
        <w:br/>
        <w:t>З часом усе завмерло. Довгі холодні пустелі слалися навкруги.</w:t>
      </w:r>
    </w:p>
    <w:p>
      <w:r>
        <w:br/>
        <w:t>Ліси були вирубані, лани голі. Кудись зникли звірі й птахи. З тужливим скавучанням останніми одійшли худі, кудлаті собаки. І тоді запанувала глибока тиша.</w:t>
      </w:r>
    </w:p>
    <w:p>
      <w:r>
        <w:br/>
        <w:t>Надіходила осінь. Ставали зимними вечори. Кутались усі в теплу одіж і мовчки дрімали під тихий шелест парку.</w:t>
      </w:r>
    </w:p>
    <w:p>
      <w:r>
        <w:br/>
        <w:t>Вслухалися в просторінь — і жодного звуку не було чути нізвідки. Глибока темінь пустель слалась навкруги.</w:t>
      </w:r>
    </w:p>
    <w:p>
      <w:r>
        <w:br/>
        <w:t>Пані професорша хвилювалась.</w:t>
      </w:r>
    </w:p>
    <w:p>
      <w:r>
        <w:br/>
        <w:t>— Я не знаю, що взяв собі в голову старий. Ми тут помремо.</w:t>
      </w:r>
    </w:p>
    <w:p>
      <w:r>
        <w:br/>
        <w:t>— Се, справді!.. Так не можна далі! — з запалом говорив старший син Василь.</w:t>
      </w:r>
    </w:p>
    <w:p>
      <w:r>
        <w:br/>
        <w:t>Починали радитись, протестувати. Врешті вирішили послати Василя до професора.</w:t>
      </w:r>
    </w:p>
    <w:p>
      <w:r>
        <w:br/>
        <w:t>Василь мовчки слухав. Курив люльку, повільно спльовував і вдивлявся кудись далеко гострими чорними очима. На постанову згодився, мовчки хитнув головою.</w:t>
      </w:r>
    </w:p>
    <w:p>
      <w:r>
        <w:br/>
        <w:t>Рішуче підійшов до кабінету, постукав у двері.</w:t>
      </w:r>
    </w:p>
    <w:p>
      <w:r>
        <w:br/>
        <w:t>— Тату, я прийшов від усіх.</w:t>
      </w:r>
    </w:p>
    <w:p>
      <w:r>
        <w:br/>
        <w:t>Професор підняв окуляри, по-дитячи ласкаво дивився.</w:t>
      </w:r>
    </w:p>
    <w:p>
      <w:r>
        <w:br/>
        <w:t>— Ми не розуміємо тебе. Чому ми тут повинні залишатись?..</w:t>
      </w:r>
    </w:p>
    <w:p>
      <w:r>
        <w:br/>
        <w:t>— А куди ж ми підемо?</w:t>
      </w:r>
    </w:p>
    <w:p>
      <w:r>
        <w:br/>
        <w:t>— То хіба мало місця на землі?</w:t>
      </w:r>
    </w:p>
    <w:p>
      <w:r>
        <w:br/>
        <w:t>— То й тут простір зараз. Бери скільки хочеш.</w:t>
      </w:r>
    </w:p>
    <w:p>
      <w:r>
        <w:br/>
        <w:t>— Ти жартуєш, тату. Ти не хочеш бачити, що навколо все зруйноване, одні лиш пустелі.</w:t>
      </w:r>
    </w:p>
    <w:p>
      <w:r>
        <w:br/>
        <w:t>— Ну, куди ж ти хочеш?</w:t>
      </w:r>
    </w:p>
    <w:p>
      <w:r>
        <w:br/>
        <w:t>— Туди, де збереглося життя, де є люди, творча праця!</w:t>
      </w:r>
    </w:p>
    <w:p>
      <w:r>
        <w:br/>
        <w:t>— Чудний ти, сину! Ти не хочеш і досі збагнути, що туди пішла осатаніла юрба. Вона, як пошесть, понесла туди отруту руїн. Ти мало напився її?</w:t>
      </w:r>
    </w:p>
    <w:p>
      <w:r>
        <w:br/>
        <w:t>— Але що ж тут робити, тату? Ми ж помремо!</w:t>
      </w:r>
    </w:p>
    <w:p>
      <w:r>
        <w:br/>
        <w:t>— Я не бачу причин. Запасів у нас вдосталь. До весни вистачить. А там...</w:t>
      </w:r>
    </w:p>
    <w:p>
      <w:r>
        <w:br/>
        <w:t>— Ти помиляєшся. З нашими запасами за зиму не перетягнемо. Серед зими помремо з голоду.</w:t>
      </w:r>
    </w:p>
    <w:p>
      <w:r>
        <w:br/>
        <w:t>— Ти забуваєш,— ми не дикуни. Будь хоч найпростіші органічні речі,— ми здобудемо собі харчі.</w:t>
      </w:r>
    </w:p>
    <w:p>
      <w:r>
        <w:br/>
        <w:t>— Ах, твоя хемія, хемія!</w:t>
      </w:r>
    </w:p>
    <w:p>
      <w:r>
        <w:br/>
        <w:t>— Ти не віриш цьому?</w:t>
      </w:r>
    </w:p>
    <w:p>
      <w:r>
        <w:br/>
        <w:t>— Так. Я вважаю їх не більш як химерні видумки. Твої одвічні мрії.</w:t>
      </w:r>
    </w:p>
    <w:p>
      <w:r>
        <w:br/>
        <w:t>— Але я берусь усіх вас прохарчувати.</w:t>
      </w:r>
    </w:p>
    <w:p>
      <w:r>
        <w:br/>
        <w:t>Професор підсунув окуляри й лукаво-весело подивився на Василя.</w:t>
      </w:r>
    </w:p>
    <w:p>
      <w:r>
        <w:br/>
        <w:t>— В такому разі провина за все падає на тебе, тату!</w:t>
      </w:r>
    </w:p>
    <w:p>
      <w:r>
        <w:br/>
        <w:t>— Я приймаю!</w:t>
      </w:r>
    </w:p>
    <w:p>
      <w:r>
        <w:br/>
        <w:t>Василь сердито зиркнув і хутко вийшов, грюкнувши дверима.</w:t>
      </w:r>
    </w:p>
    <w:p>
      <w:r>
        <w:br/>
        <w:t>Червоним золотом помережився парк. Тільки знизу визирали темно-зелені плями.</w:t>
      </w:r>
    </w:p>
    <w:p>
      <w:r>
        <w:br/>
        <w:t>Густим павутинням заснувалось бліде небо.</w:t>
      </w:r>
    </w:p>
    <w:p>
      <w:r>
        <w:br/>
        <w:t>Пані професорша сиділа на балконі, грілася на сонці. Осінні промені ласкають старечу кров, лоскочуть серце спомини. А вони роїлись в голові.</w:t>
      </w:r>
    </w:p>
    <w:p>
      <w:r>
        <w:br/>
        <w:t>— Ти знаєш, Льолю,— говорила меншій доньці,— я люблю життя, впиваюсь соками... Знаєш, просте життя. От сонце, зелень, бали, радість. Я не розумію, як твій тато може сидіти над колбами, ретортами. Возитись з усякими реактивами. Це просто якісь химери. Задля чого?</w:t>
      </w:r>
    </w:p>
    <w:p>
      <w:r>
        <w:br/>
        <w:t>Льоля, красива виплекана панна, мовчки вслухалась, і сині очі їй горіли таємною пристрасною радістю. Тихою загадковою усмішкою відповідала.</w:t>
      </w:r>
    </w:p>
    <w:p>
      <w:r>
        <w:br/>
        <w:t>Пані професорша говорила далі:</w:t>
      </w:r>
    </w:p>
    <w:p>
      <w:r>
        <w:br/>
        <w:t>— Мої рідні з давніх-давен графи. Любили веселе життя. І в цій самій віллі скільки було балів!.. Приїздили сусіди і з міста. Все співало, кружляло, як табун метеликів. І як одружились, те ж саме. Твій тато в кабінеті,— а я з гостями. І тобі, Льолю, раджу так. Треба просто дивитись. Ми не знаємо, що "там" буде. А тут, раз живеш,— повинна дощенту використати життя!</w:t>
      </w:r>
    </w:p>
    <w:p>
      <w:r>
        <w:br/>
        <w:t>Льоля млосно потягувалась, загадково посміхаючись.</w:t>
      </w:r>
    </w:p>
    <w:p>
      <w:r>
        <w:br/>
        <w:t>— Я знаю, мамуню.</w:t>
      </w:r>
    </w:p>
    <w:p>
      <w:r>
        <w:br/>
        <w:t>Стара мрійливо дивилась у далечінь.</w:t>
      </w:r>
    </w:p>
    <w:p>
      <w:r>
        <w:br/>
        <w:t>— І ось тепер... Якийсь острах, голод, злидні, смерть. Ай, ай!.. Я з такою брудною огидою цього сподіваюсь. І коли подумаю, що се станеться,— я, стара, втекла б куди вгодно. Тільки не знаю, куди і як се зробити.</w:t>
      </w:r>
    </w:p>
    <w:p>
      <w:r>
        <w:br/>
        <w:t>— Сього не буде, мамуню.</w:t>
      </w:r>
    </w:p>
    <w:p>
      <w:r>
        <w:br/>
        <w:t>— Ти думаєш?..</w:t>
      </w:r>
    </w:p>
    <w:p>
      <w:r>
        <w:br/>
        <w:t>— Я вам кажу напевне.</w:t>
      </w:r>
    </w:p>
    <w:p>
      <w:r>
        <w:br/>
        <w:t>— А чому так? Віктор?</w:t>
      </w:r>
    </w:p>
    <w:p>
      <w:r>
        <w:br/>
        <w:t>— Ні, ні. Але взагалі сього не буде. Ми врятуємось. Пані професорша недовірливо подивилася.</w:t>
      </w:r>
    </w:p>
    <w:p>
      <w:r>
        <w:br/>
        <w:t>— Хто зна... Мо й так.</w:t>
      </w:r>
    </w:p>
    <w:p>
      <w:r>
        <w:br/>
        <w:t>Льоля м'якою, граціозною ходою пішла в кімнату.</w:t>
      </w:r>
    </w:p>
    <w:p>
      <w:r>
        <w:br/>
        <w:t>Одного разу вранці служниця сповістила, що склепи 1 хтось обікрав. Кинулися всі, побігли на місце. Двері відімкнені. Свіжі сліди ніг помітні на помості. Всі харчові запаси були винесені. Одночасно помітили, що й коней не стало. На конях, певне, й вивезли. Повертались мовчки, похнюпившись, тихо зітхаючи. Але ніхто не сказав жодного слова. У вітальні сіли, незрозуміло дивлячись одне на одного.</w:t>
      </w:r>
    </w:p>
    <w:p>
      <w:r>
        <w:br/>
        <w:t>— Отже, зостається тільки те, що в коморі. Тільки й запасів,— тихо зауважила Віра, старша дочка.</w:t>
      </w:r>
    </w:p>
    <w:p>
      <w:r>
        <w:br/>
        <w:t>— Але сього вже ніхто не потягне,— палко зауважив Микола,— я сам буду вартувати.</w:t>
      </w:r>
    </w:p>
    <w:p>
      <w:r>
        <w:br/>
        <w:t>Але і йому ніхто не відповів.</w:t>
      </w:r>
    </w:p>
    <w:p>
      <w:r>
        <w:br/>
        <w:t>З панією професоршею, коли довідалась про крадіжку, стався нервовий припадок. її поклали в ліжко й увесь час ходили коло неї з компресами. А вона тихо, як маленька дитина, стогнала й скаржилась.</w:t>
      </w:r>
    </w:p>
    <w:p>
      <w:r>
        <w:br/>
        <w:t>Поодинцю повтікали слуги. Кожен з них при нагоді забрав з собою найбільш цінні речі. Довгий час перед ґанком лежали собаки. Тужними голодними очима прохали їсти. Але їм ніхто нічого не давав, і вони кудись втекли. Зостався лиш молодий</w:t>
      </w:r>
    </w:p>
    <w:p>
      <w:r>
        <w:br/>
        <w:t>1 Тут: комори.</w:t>
      </w:r>
    </w:p>
    <w:p>
      <w:r>
        <w:br/>
        <w:t>сенбернар Дідро, найбільш закоханий у Миколу, меншого сина, мрійного, з білим пушистим чубом юнака.</w:t>
      </w:r>
    </w:p>
    <w:p>
      <w:r>
        <w:br/>
        <w:t>— Ну що, Дідро, ти не покинеш мене?</w:t>
      </w:r>
    </w:p>
    <w:p>
      <w:r>
        <w:br/>
        <w:t>— Ур-р! — гарчав той.</w:t>
      </w:r>
    </w:p>
    <w:p>
      <w:r>
        <w:br/>
        <w:t>— Будемо разом, голубчику, голодати.</w:t>
      </w:r>
    </w:p>
    <w:p>
      <w:r>
        <w:br/>
        <w:t>Дідро захоплено махав хвостом, кліпав великими ласкавими очима й привітно скавучав.</w:t>
      </w:r>
    </w:p>
    <w:p>
      <w:r>
        <w:br/>
        <w:t>Господарство перейшло до Віри. Вона заклопотано-стомлено ходила з низкою ключів. І дві сухі, гострі зморшки лягли коло рота. А очі дивилися холодно, глибоко. Наче шукали зайвих харчів, розкиданих по покоях вілли.</w:t>
      </w:r>
    </w:p>
    <w:p>
      <w:r>
        <w:br/>
        <w:t>Пані професорша незабаром померла. Ясна усмішка лягла в неї на обличчі. Наче збиралась кудись на врочистий бал.</w:t>
      </w:r>
    </w:p>
    <w:p>
      <w:r>
        <w:br/>
        <w:t>Хоронили її в тихий сонячний день. Обережно спустили в яму труну. Поволі насипали могилу.</w:t>
      </w:r>
    </w:p>
    <w:p>
      <w:r>
        <w:br/>
        <w:t>Професор підняв на лоба окуляри, тихо-жалібно плакав. Протирав очі рукавом. І тоді було схоже, що він з захопленням сміється. А сльози плутались у сірій бороді. Опускав руки і довго шморгав носом.</w:t>
      </w:r>
    </w:p>
    <w:p>
      <w:r>
        <w:br/>
        <w:t>Василь стояв з піднятою головою, дивився холодно, насуплено. Час від часу запускав руку в кишеню, наче хотів запалити люльку.</w:t>
      </w:r>
    </w:p>
    <w:p>
      <w:r>
        <w:br/>
        <w:t>Віра нахилялась над могилою, губила сльози. Заклопотано, уважно слідкувала, як засипають труну,— не порушити б тіла мамуні.</w:t>
      </w:r>
    </w:p>
    <w:p>
      <w:r>
        <w:br/>
        <w:t>Микола втопив мрійні теплі очі кудись далеко. А вони купались у великих прозорих краплинках.</w:t>
      </w:r>
    </w:p>
    <w:p>
      <w:r>
        <w:br/>
        <w:t>Лише Льоля дивилась спокійно, задумливо, загадково. І, співчуваючи, нудно скавучав Дідро.</w:t>
      </w:r>
    </w:p>
    <w:p>
      <w:r>
        <w:br/>
        <w:t>Сього вечора професор не пішов до себе в кабінет, зостався в гурті. Сидів і байдуже стукав пальцями об стіл. Гадали всі, над чим думає старий? Чи жалкує, що присвятив себе цілком хемії? Чи боляче стало, що хемія не врятувала життя мамуні?</w:t>
      </w:r>
    </w:p>
    <w:p>
      <w:r>
        <w:br/>
        <w:t>А професор задумливо хитав головою, механічно постукуючи пальцями. Якось самі собою почалися балачки. Професор підсунув окуляри, м'яко посміхався:</w:t>
      </w:r>
    </w:p>
    <w:p>
      <w:r>
        <w:br/>
        <w:t>— Да, мама була цікава людина. Любила тонке, шляхетне Життя. І сама була в ліпшім розумінні аристократкою. А проте і вас усіх любила. Особливо Колю. Пригадую, один раз на пікніку забули Колю. Згадали тільки вже дома. Що тоді стара перехвилювалася! Підняла всіх на ноги,— цілу ніч шукали.</w:t>
      </w:r>
    </w:p>
    <w:p>
      <w:r>
        <w:br/>
        <w:t>А він собі любісінько спить, як карапуз, під копицею. Тільки вранці знайшли.</w:t>
      </w:r>
    </w:p>
    <w:p>
      <w:r>
        <w:br/>
        <w:t>— Так, я ледве пригадую, як сон, цю пригоду,— мрійно говорив Микола.</w:t>
      </w:r>
    </w:p>
    <w:p>
      <w:r>
        <w:br/>
        <w:t>— Да, багато цікавого було. Але я якось осторонь стояв. Все ніколи було.</w:t>
      </w:r>
    </w:p>
    <w:p>
      <w:r>
        <w:br/>
        <w:t>— А шкода, тату,— говорив Микола,— Ти рідко з нами бував. І тоді ти такий хороший. І нам тепло, радісно — наче свято. Власне, ти наш тільки гість.</w:t>
      </w:r>
    </w:p>
    <w:p>
      <w:r>
        <w:br/>
        <w:t>— Се звичайна річ, Колю. Хто вступив у той таємний храм,— не зможе повернутись звідти. Там глибокі містерії, а тут будні, порожнеча.</w:t>
      </w:r>
    </w:p>
    <w:p>
      <w:r>
        <w:br/>
        <w:t>— Але нам-то як тяжко від того.</w:t>
      </w:r>
    </w:p>
    <w:p>
      <w:r>
        <w:br/>
        <w:t>— Не знаю, Колю, не знаю. І не розумію. Розійшлися пізно, з тихим сумом на серці.</w:t>
      </w:r>
    </w:p>
    <w:p>
      <w:r>
        <w:br/>
        <w:t>Один раз на тиждень приїздив до Льолі Віктор, син колишнього фабриканта. З усіх маєтків збереглись у нього лиш садиба з будинком.</w:t>
      </w:r>
    </w:p>
    <w:p>
      <w:r>
        <w:br/>
        <w:t>— А ви залишилися тут? Нікуди не збираєтесь тікати? — питала Віра.</w:t>
      </w:r>
    </w:p>
    <w:p>
      <w:r>
        <w:br/>
        <w:t>— Ні,— холодно відповів той.</w:t>
      </w:r>
    </w:p>
    <w:p>
      <w:r>
        <w:br/>
        <w:t>— Отже, будемо разом зимувати. Тато теж рішуче запротестував. І ми вирішили залишитись, що б не було.</w:t>
      </w:r>
    </w:p>
    <w:p>
      <w:r>
        <w:br/>
        <w:t>Віктор мовчав. З тонким, різко окресленим обличчям, дивився холодно, спокійно. Але поводився чемно й витримдно. Уникав гурту і ввесь час проводив у товаристві Льолі.</w:t>
      </w:r>
    </w:p>
    <w:p>
      <w:r>
        <w:br/>
        <w:t>Привіз одного разу осінніх троянд. Коротко пояснив:</w:t>
      </w:r>
    </w:p>
    <w:p>
      <w:r>
        <w:br/>
        <w:t>— Останні. Так пишно розквітли. Льоля розхвилювалась.</w:t>
      </w:r>
    </w:p>
    <w:p>
      <w:r>
        <w:br/>
        <w:t>— Яка розкіш! Що може бути ліпшого останньої квітки? Що може бути яскравіш і тонше радості в часі вмирання?!</w:t>
      </w:r>
    </w:p>
    <w:p>
      <w:r>
        <w:br/>
        <w:t>Жадібно вдихала пахощі. Тиснула до обличчя і тихо цілувала.</w:t>
      </w:r>
    </w:p>
    <w:p>
      <w:r>
        <w:br/>
        <w:t>І була цілий день тепла, розчулено-схвильована.</w:t>
      </w:r>
    </w:p>
    <w:p>
      <w:r>
        <w:br/>
        <w:t>Грудним стриманим голосом стиха гомонів Віктор.</w:t>
      </w:r>
    </w:p>
    <w:p>
      <w:r>
        <w:br/>
        <w:t>Гуляли по парку. Ходили довго алеєю, повільно шелестіли густою багряною лускою осені.</w:t>
      </w:r>
    </w:p>
    <w:p>
      <w:r>
        <w:br/>
        <w:t>Дивилася Віра. На хвилю забула все довкола. З тугою заздрила двом спарованим. Не повернуться ніколи,— підуть далеко, далеко, в країну казки.</w:t>
      </w:r>
    </w:p>
    <w:p>
      <w:r>
        <w:br/>
        <w:t>Грали на роялі. Льоля співала.</w:t>
      </w:r>
    </w:p>
    <w:p>
      <w:r>
        <w:br/>
        <w:t>— А-а, а-а,— тривожно-радісним голосом розсипалась. Вороже вслухалися насуплені кімнати, стиха ворчали. Вилітали звуки, купалися в радісно-тоскних проміннях. Кружляли з падаючим листям. А далі розсипалися на дріб'язки в холоднім, міцнім повітрі.</w:t>
      </w:r>
    </w:p>
    <w:p>
      <w:r>
        <w:br/>
        <w:t>Проводжала тепло й розчулено. Мокрими широкими чоловічками здивовано вдивлялась. Стискувала гаряче руку.</w:t>
      </w:r>
    </w:p>
    <w:p>
      <w:r>
        <w:br/>
        <w:t>— Приїздіть частіше. Якби ви знали, як нудно... Віктор хмуро бурмотів, чемно розкланювався.</w:t>
      </w:r>
    </w:p>
    <w:p>
      <w:r>
        <w:br/>
        <w:t>Довго злякано-широкими очима вдивлялася Льоля крізь шибку. Зникав Віктор, а вона нерухомо стояла й дивилась.</w:t>
      </w:r>
    </w:p>
    <w:p>
      <w:r>
        <w:br/>
        <w:t>Осипались дерева. Синіми бризками вкривалися голі віти. А на далекий простір розляглися голі пустелі, сірим попелом укриті.</w:t>
      </w:r>
    </w:p>
    <w:p>
      <w:r>
        <w:br/>
        <w:t>І зливалася річка з рудим небом.</w:t>
      </w:r>
    </w:p>
    <w:p>
      <w:r>
        <w:br/>
        <w:t>Міцніли морозом ранки. Тужавіли калюжі, і тоненький лід жалібно хрумтів під ногами.</w:t>
      </w:r>
    </w:p>
    <w:p>
      <w:r>
        <w:br/>
        <w:t>Віра стурбовано бігала з ключами, напружено ворушила губами. Все гадала, як прохарчуватись.</w:t>
      </w:r>
    </w:p>
    <w:p>
      <w:r>
        <w:br/>
        <w:t>А харчів з кожним днем ставало менше. Підмітали спорожнілі засіки в коморі. Мішали порох борошна з картоплею. їли мовчки якісь липкі коржі.</w:t>
      </w:r>
    </w:p>
    <w:p>
      <w:r>
        <w:br/>
        <w:t>Ходили голодні, з посоловілими очима.</w:t>
      </w:r>
    </w:p>
    <w:p>
      <w:r>
        <w:br/>
        <w:t>Були п'яні й снували солодкі мрії.</w:t>
      </w:r>
    </w:p>
    <w:p>
      <w:r>
        <w:br/>
        <w:t>Але в дні, коли приїздив Віктор, готували більш смачні страви. І всі сухо сміялись, закликаючи Віктора до столу. Віра обітерла сухі, жагою запеклі губи, поспитала Льолю:</w:t>
      </w:r>
    </w:p>
    <w:p>
      <w:r>
        <w:br/>
        <w:t>— Як ти гадаєш, Віктор знає, що харчів у нас нема?</w:t>
      </w:r>
    </w:p>
    <w:p>
      <w:r>
        <w:br/>
        <w:t>— Думаю, що ні. Він взагалі нічого не помічає. Обережно підійшла до Льолі.</w:t>
      </w:r>
    </w:p>
    <w:p>
      <w:r>
        <w:br/>
        <w:t>— А мо ти б натякнула як-небудь?</w:t>
      </w:r>
    </w:p>
    <w:p>
      <w:r>
        <w:br/>
        <w:t>— Що кажеш?</w:t>
      </w:r>
    </w:p>
    <w:p>
      <w:r>
        <w:br/>
        <w:t>— Може б, як-небудь нагадала, щоб він привіз? Здається, у них всього вдосталь.</w:t>
      </w:r>
    </w:p>
    <w:p>
      <w:r>
        <w:br/>
        <w:t>— О, ні, ні!</w:t>
      </w:r>
    </w:p>
    <w:p>
      <w:r>
        <w:br/>
        <w:t>Льоля закрила голову.</w:t>
      </w:r>
    </w:p>
    <w:p>
      <w:r>
        <w:br/>
        <w:t>— Але ти розумієш, що може бути?</w:t>
      </w:r>
    </w:p>
    <w:p>
      <w:r>
        <w:br/>
        <w:t>— Я нічого не знаю, не хочу знати.</w:t>
      </w:r>
    </w:p>
    <w:p>
      <w:r>
        <w:br/>
        <w:t>Льоля втекла в покої. Цілий день потім бренькала на роялі. Кволо, нудно. Тихо стогнали кімнати.</w:t>
      </w:r>
    </w:p>
    <w:p>
      <w:r>
        <w:br/>
        <w:t>За дровами ходив Микола. Щодня брав сокиру і йшов У парк. Був жвавий, завзятий, розчервонілий хлопець. За ним бігав Дідро.</w:t>
      </w:r>
    </w:p>
    <w:p>
      <w:r>
        <w:br/>
        <w:t>— Е, Дідро, Дідро! Молокосос ще ти. Не пригадуєш тих часів, коли ми на пікніки їздили. Які страви були там! Скільки їх твоїм родичам діставалось! Аж слина котиться. А тепер — все шкереберть, голубчику!</w:t>
      </w:r>
    </w:p>
    <w:p>
      <w:r>
        <w:br/>
        <w:t>Дідро, кліпаючи, заглядав в обличчя, лизав руки. Пройшли далеко, шукаючи сухих гілляк. Несподівано за канавою знайшли кілька кущів картоплі. Диким криком радості оголосився ліс. Завзято загавкав Дідро.</w:t>
      </w:r>
    </w:p>
    <w:p>
      <w:r>
        <w:br/>
        <w:t>Тремтячими руками розгортав кущі. Насипав картоплі в кармани, за пазуху. Нервово сміявся.</w:t>
      </w:r>
    </w:p>
    <w:p>
      <w:r>
        <w:br/>
        <w:t>— Дідро, голубчику мій! Ти не знаєш, що то значить знайти таку розкішну річ? Я колись з такою заздрістю дивився, як пастухи пекли її в полі і їли гарячу, паруючу.</w:t>
      </w:r>
    </w:p>
    <w:p>
      <w:r>
        <w:br/>
        <w:t>Задихаючись бігли додому. Неприємно поморщилися старі кімнати від криків радості, надували з презирством губи.</w:t>
      </w:r>
    </w:p>
    <w:p>
      <w:r>
        <w:br/>
        <w:t>Сиділи коло каміна, розгортали червоні полінця. Лушпиння підбирав Дідро.</w:t>
      </w:r>
    </w:p>
    <w:p>
      <w:r>
        <w:br/>
        <w:t>— Я не розумію, Колю,— говорила Віра,— як може так поводитись Льоля! Адже ж бачить, що ми напередодні голоду. Чому не попрохати Віктора? Що тут такого?</w:t>
      </w:r>
    </w:p>
    <w:p>
      <w:r>
        <w:br/>
        <w:t>— Ех, Вірочко! Ти нічого не розумієш. Тут не в тому справа.</w:t>
      </w:r>
    </w:p>
    <w:p>
      <w:r>
        <w:br/>
        <w:t>— Ну, коли так незручно, то можна одружитись. Тоді б цілком натурально було.</w:t>
      </w:r>
    </w:p>
    <w:p>
      <w:r>
        <w:br/>
        <w:t>— Яка ти наївна людина, Віро! Як ти просто дивишся на речі.</w:t>
      </w:r>
    </w:p>
    <w:p>
      <w:r>
        <w:br/>
        <w:t>— Ну, що ж тут такого? Коля говорив з запалом:</w:t>
      </w:r>
    </w:p>
    <w:p>
      <w:r>
        <w:br/>
        <w:t>— Ти розумієш: Льоля вся як натягнута струна. Вона вбирає в себе всі, до останньої фарби, радості. Вона живе лише коханням. Ну, а що ж буде, як вони поженяться? Будні, порожнеча. Нічим жити — значить смерть. Смерть у пустелі! Що може бути гіршого?</w:t>
      </w:r>
    </w:p>
    <w:p>
      <w:r>
        <w:br/>
        <w:t>— А так хіба вона не помре? Ще скоріш.</w:t>
      </w:r>
    </w:p>
    <w:p>
      <w:r>
        <w:br/>
        <w:t>— Але помре, як квітка на сонці, з радістю. От в чому тут заковика, Віро.</w:t>
      </w:r>
    </w:p>
    <w:p>
      <w:r>
        <w:br/>
        <w:t>Віра тупо дивилась. Мовчала.</w:t>
      </w:r>
    </w:p>
    <w:p>
      <w:r>
        <w:br/>
        <w:t>Білими пухкими ряднами вкрилися пустелі. Заморозились, затужавіли. Білими рясними квітами затинався ліс. Синіми жилками помережились тіні. І кутались у теплу одіж. Студили руки.</w:t>
      </w:r>
    </w:p>
    <w:p>
      <w:r>
        <w:br/>
        <w:t>Увечері грілись коло каміна, похмуро мовчали. Віра напружено думала, нервувалась. Сухими губами щось вираховува ла. Далі нерішуче промовила:</w:t>
      </w:r>
    </w:p>
    <w:p>
      <w:r>
        <w:br/>
        <w:t>— А ви знаєте — муки нема. Не більш як на два дні. Хлопці злякано переглянулись.</w:t>
      </w:r>
    </w:p>
    <w:p>
      <w:r>
        <w:br/>
        <w:t>— Що робити? Куди діватись? Хлопці мовчали.</w:t>
      </w:r>
    </w:p>
    <w:p>
      <w:r>
        <w:br/>
        <w:t>Бадьоро, соковито сичали полінця. Скакали в темряві червоні тіні.</w:t>
      </w:r>
    </w:p>
    <w:p>
      <w:r>
        <w:br/>
        <w:t>Ввійшла Льоля. Наспівувала якісь довгі чулі мелодії. Василь вийняв з рота люльку. Спокійно сплюнув.</w:t>
      </w:r>
    </w:p>
    <w:p>
      <w:r>
        <w:br/>
        <w:t>— Льолю! Через два дні нічого буде їсти. Ми мусимо вмирати.</w:t>
      </w:r>
    </w:p>
    <w:p>
      <w:r>
        <w:br/>
        <w:t>— Що ж я можу заподіяти?</w:t>
      </w:r>
    </w:p>
    <w:p>
      <w:r>
        <w:br/>
        <w:t>— Ти можеш поговорити з Віктором.</w:t>
      </w:r>
    </w:p>
    <w:p>
      <w:r>
        <w:br/>
        <w:t>— Я цього не в силі зробити. Ти розумієш? Дайте мені спокій! Я вас прошу.</w:t>
      </w:r>
    </w:p>
    <w:p>
      <w:r>
        <w:br/>
        <w:t>Якась загадкова думка пробігла в неї по обличчі. Болісно скривилась і повільно вийшла.</w:t>
      </w:r>
    </w:p>
    <w:p>
      <w:r>
        <w:br/>
        <w:t>— Вона дійсно не може зробити цього, Василю,— тихо зауважив Микола.— Ти розумієш, унизиться перед Віктором. Він усе-таки деревина. Почне зневажати, і все тоді к бісу — шкереберть.</w:t>
      </w:r>
    </w:p>
    <w:p>
      <w:r>
        <w:br/>
        <w:t>— Але що ж робити? — запитав Василь. Микола думав. Далі повільно-тихо сказав:</w:t>
      </w:r>
    </w:p>
    <w:p>
      <w:r>
        <w:br/>
        <w:t>— Гадаю, один спосіб. Напружено вслухались обоє.</w:t>
      </w:r>
    </w:p>
    <w:p>
      <w:r>
        <w:br/>
        <w:t>— Який?</w:t>
      </w:r>
    </w:p>
    <w:p>
      <w:r>
        <w:br/>
        <w:t>— Піти і вкрасти.</w:t>
      </w:r>
    </w:p>
    <w:p>
      <w:r>
        <w:br/>
        <w:t>— Вкрасти у нього?</w:t>
      </w:r>
    </w:p>
    <w:p>
      <w:r>
        <w:br/>
        <w:t>— Ну, звичайно, піти і вкрасти у Віктора.</w:t>
      </w:r>
    </w:p>
    <w:p>
      <w:r>
        <w:br/>
        <w:t>— Колю! Але як? Що ти говориш?</w:t>
      </w:r>
    </w:p>
    <w:p>
      <w:r>
        <w:br/>
        <w:t>— Ну, а що ж робити? Коли той пеньок нічого не помічає, не хоче помічати. Ми мусимо вмирати, а він буде святкувати кохання з моєю сестрою, творити радість. Це безглуздя, абсурд!</w:t>
      </w:r>
    </w:p>
    <w:p>
      <w:r>
        <w:br/>
        <w:t>— Ти говориш, як первісна людина, дикун.</w:t>
      </w:r>
    </w:p>
    <w:p>
      <w:r>
        <w:br/>
        <w:t>— Але що значить при наших умовах уся моральність, виховання, культура?</w:t>
      </w:r>
    </w:p>
    <w:p>
      <w:r>
        <w:br/>
        <w:t>Микола розпалився, важко передихав.</w:t>
      </w:r>
    </w:p>
    <w:p>
      <w:r>
        <w:br/>
        <w:t>— Ідіотство, власне, вся ця культура. От вона була — й нема. І все к чорту, і нічого нема. І я вільний, голий дикун, До того ж страшенно голодний!</w:t>
      </w:r>
    </w:p>
    <w:p>
      <w:r>
        <w:br/>
        <w:t>Василь важко сопів. Віра злякано дивилась, перебираючи, як чотки, низку ключів.</w:t>
      </w:r>
    </w:p>
    <w:p>
      <w:r>
        <w:br/>
        <w:t>Микола ступав широким кроком, розмахуючи руками.</w:t>
      </w:r>
    </w:p>
    <w:p>
      <w:r>
        <w:br/>
        <w:t>В сірих присмерках простували долиною. Прислухалися до зовнішніх звуків.</w:t>
      </w:r>
    </w:p>
    <w:p>
      <w:r>
        <w:br/>
        <w:t>Микола м'яко посміхався. Василь мав рішучий серйозний вигляд. Говорили тихо, щиро,</w:t>
      </w:r>
    </w:p>
    <w:p>
      <w:r>
        <w:br/>
        <w:t>— А все ж, який скандал буде, як нас спіймають. Я згоден покінчити з собою, ніж потім зустрічатися з Віктором.</w:t>
      </w:r>
    </w:p>
    <w:p>
      <w:r>
        <w:br/>
        <w:t>— А ти подумай, Василю, повернутися додому без нічого,— зауважив Микола.</w:t>
      </w:r>
    </w:p>
    <w:p>
      <w:r>
        <w:br/>
        <w:t>— Але вчувати презирство Віктора,..</w:t>
      </w:r>
    </w:p>
    <w:p>
      <w:r>
        <w:br/>
        <w:t>— Дурниці! Я перший йому скажу. І коли треба — полізу на нього, задушу. Все рівно. Хай буде дика, звіряча боротьба.</w:t>
      </w:r>
    </w:p>
    <w:p>
      <w:r>
        <w:br/>
        <w:t>Коло садиби Віктора спинились, напружено прислухались. До склепів пішов Василь. Микола зостався чекати. Захрумтіли сухі гілки. Заворчав собака. Микола напружився. І знову тиша.</w:t>
      </w:r>
    </w:p>
    <w:p>
      <w:r>
        <w:br/>
        <w:t>Повзуть сірі пасма тінів. Сплітаються сумерки. Синіми хвилями дрімають простори снігів.</w:t>
      </w:r>
    </w:p>
    <w:p>
      <w:r>
        <w:br/>
        <w:t>З'явився Василь. Приніс один клунок. Побіг по другий...</w:t>
      </w:r>
    </w:p>
    <w:p>
      <w:r>
        <w:br/>
        <w:t>Повертались підтюпцем. Спотикались в снігу, падали, голосно сміялись. І знову поспішали далі.</w:t>
      </w:r>
    </w:p>
    <w:p>
      <w:r>
        <w:br/>
        <w:t>їли гарячий пахучий хліб, смакували, весело сміялись.</w:t>
      </w:r>
    </w:p>
    <w:p>
      <w:r>
        <w:br/>
        <w:t>— Віро,— кричав Микола,— уяви собі, ми зараз справляєм родинне свято. У нас гостей сила. Ідуть танки, розливається музика, ллються співи, веселі розмови. Брязкають шклянки. На столі вина, фрукти, солодощі. "Вам, пані, чого дозволите подати?" —"Ах, вибачте, я попрошу клаптик торту. Він такий смачний". А потім, потім... Льолю, сідай за рояль, грай! Забудеш все. Хай сьогодні буде бал, розкішний бал...</w:t>
      </w:r>
    </w:p>
    <w:p>
      <w:r>
        <w:br/>
        <w:t>Льоля здивовано дивилась на Миколу. Професор таємниче, загадково посміхався. Крутився під ногами Дідро. Ловив об'їдки.</w:t>
      </w:r>
    </w:p>
    <w:p>
      <w:r>
        <w:br/>
        <w:t>Микола брав його за вуха, дивився в обличчя.</w:t>
      </w:r>
    </w:p>
    <w:p>
      <w:r>
        <w:br/>
        <w:t>— Ех, Дідро, Дідро! Дурень ще ти! Не розумієш нічого. Дідро полохливо кліпав очима.</w:t>
      </w:r>
    </w:p>
    <w:p>
      <w:r>
        <w:br/>
        <w:t>Довго сиділи й мрійливо усміхалися.</w:t>
      </w:r>
    </w:p>
    <w:p>
      <w:r>
        <w:br/>
        <w:t>І знову кімнати з презирством надули губи.</w:t>
      </w:r>
    </w:p>
    <w:p>
      <w:r>
        <w:br/>
        <w:t>І знову харчі вичерпались.</w:t>
      </w:r>
    </w:p>
    <w:p>
      <w:r>
        <w:br/>
        <w:t>Ходили кілька разів Микола й Василь в садибу Віктора. Склепи були міцно забиті. Коло дверей уночі стояв вартовий. Похнюпившись, повертали додому. Важко сопіли.</w:t>
      </w:r>
    </w:p>
    <w:p>
      <w:r>
        <w:br/>
        <w:t>Студили руки. Безглуздо ходили по покоях. Вдарили морози. Густими орнаментами вкрилися вікна. Віра болісно, благаюче дивилась на Василя. Той мовчав, нервувався.</w:t>
      </w:r>
    </w:p>
    <w:p>
      <w:r>
        <w:br/>
        <w:t>Микола, закутавшись, сидів у кутку канапи. Василь замисливсь. Далі махнув рукою, рішуче пішов до кабінету професора. Постукав.</w:t>
      </w:r>
    </w:p>
    <w:p>
      <w:r>
        <w:br/>
        <w:t>— З тобою можна поговорити?</w:t>
      </w:r>
    </w:p>
    <w:p>
      <w:r>
        <w:br/>
        <w:t>— А? Що скажеш?</w:t>
      </w:r>
    </w:p>
    <w:p>
      <w:r>
        <w:br/>
        <w:t>Підсунув окуляри, здивовано дивився, розгладжуючи бороду.</w:t>
      </w:r>
    </w:p>
    <w:p>
      <w:r>
        <w:br/>
        <w:t>— Нам нічого їсти, тату. Ти се знаєш? Уже все, що можна було зробити,— вичерпано. Ми мусимо вмирати.</w:t>
      </w:r>
    </w:p>
    <w:p>
      <w:r>
        <w:br/>
        <w:t>— Чудні ви всі. Чом же ви раніш не сказали?</w:t>
      </w:r>
    </w:p>
    <w:p>
      <w:r>
        <w:br/>
        <w:t>— А що ж ти можеш зробити?</w:t>
      </w:r>
    </w:p>
    <w:p>
      <w:r>
        <w:br/>
        <w:t>— А я ж сказав тобі, що прохарчую всіх. Я свої обіцянки виконаю!</w:t>
      </w:r>
    </w:p>
    <w:p>
      <w:r>
        <w:br/>
        <w:t>— Що ж ти маєш зробити? Хемія твоя? Побачимо, що вона допоможе.</w:t>
      </w:r>
    </w:p>
    <w:p>
      <w:r>
        <w:br/>
        <w:t>— Але нам нічого клопотатись. Органічні матерії є. Отже, ми все здобудемо. І це буде ліпше.</w:t>
      </w:r>
    </w:p>
    <w:p>
      <w:r>
        <w:br/>
        <w:t>— Я не хотів би, тату, жодних твоїх спецій. Коли б була весна, я пішов би, руками розрив би землю. Але до весни далеко. І зерна я не дістану.</w:t>
      </w:r>
    </w:p>
    <w:p>
      <w:r>
        <w:br/>
        <w:t>— Се даремно. Ти побачиш сам, що можна значно легше добувать собі хліб. Людина культурна не може тут загинути.</w:t>
      </w:r>
    </w:p>
    <w:p>
      <w:r>
        <w:br/>
        <w:t>— Не знаю, тату, не знаю.</w:t>
      </w:r>
    </w:p>
    <w:p>
      <w:r>
        <w:br/>
        <w:t>Дідро розкопав у лісі велику кістку. Микола запримітив. Затрусився, побіг, вирвав у Дідро. Той люто заворчав. Микола тупнув сердито ногою. Ворочав її тремтячими руками. Понюхав, скривився. На хвилину замислився. Кілька разів лизнув затверділі смужки шкіри. Далі з огидою кинув кістку. Дідро заворчав і почав гризти.</w:t>
      </w:r>
    </w:p>
    <w:p>
      <w:r>
        <w:br/>
        <w:t>П'яна піна сочилася в мізку. Теплі, пристрасні слова шепотіли запеклі губи. Вставали в голові чомусь свіжі пахучі ростбіфи.</w:t>
      </w:r>
    </w:p>
    <w:p>
      <w:r>
        <w:br/>
        <w:t>Цілий день ходив похмурий. Тужно дививсь кудись далеко. Професор сидів, рахував.</w:t>
      </w:r>
    </w:p>
    <w:p>
      <w:r>
        <w:br/>
        <w:t>Нормальна людина може прохарчуватися певною кількістю страв. Але вони перетворюються в основні елементи, потрібні Для життя, в значно меншій кількості. І можна замінити одні другими. Менше потрібно — легше вживати.</w:t>
      </w:r>
    </w:p>
    <w:p>
      <w:r>
        <w:br/>
        <w:t>Думав: земля занадто принадна, розкішна. Давала людині значно більше всього, ніж треба. Але зате й прип'яла її міцно. Тим і призвела до погибелі.</w:t>
      </w:r>
    </w:p>
    <w:p>
      <w:r>
        <w:br/>
        <w:t>Знаходив деревини, стару солому, сухі бур'яни і листя. Сушив на вогні, розігрівав у мисочках. Розтирав, поливав рудими щолоками.</w:t>
      </w:r>
    </w:p>
    <w:p>
      <w:r>
        <w:br/>
        <w:t>Другого дня урочисто підніс на тарілці сухі свіжі пілюлі. В окремій пляшці поставив рудий щолок. А сам широко, по-дитячи усміхався.</w:t>
      </w:r>
    </w:p>
    <w:p>
      <w:r>
        <w:br/>
        <w:t>— Ну, товариство, ви, певне, занудились, чекаючи мене. Пробачте, прошу, але справа вирішена.</w:t>
      </w:r>
    </w:p>
    <w:p>
      <w:r>
        <w:br/>
        <w:t>Урочисто розкланювався, широко розмахував руками.</w:t>
      </w:r>
    </w:p>
    <w:p>
      <w:r>
        <w:br/>
        <w:t>— Маєте основні харчі, маєте сік для розтвору. Прошу. Всі ніяково усміхались. Нерішуче підійшли, пробували,</w:t>
      </w:r>
    </w:p>
    <w:p>
      <w:r>
        <w:br/>
        <w:t>кривились.</w:t>
      </w:r>
    </w:p>
    <w:p>
      <w:r>
        <w:br/>
        <w:t>Микола заговорив перший.</w:t>
      </w:r>
    </w:p>
    <w:p>
      <w:r>
        <w:br/>
        <w:t>— Ай, погань яка, як правду казати! Можна подумати, що ти вирішив труїть нас. Аж нудно.</w:t>
      </w:r>
    </w:p>
    <w:p>
      <w:r>
        <w:br/>
        <w:t>— Треба, Колю, призвичаїться. Я вже пробував, і так легко стає. Головне, мало праці шлункові, і вся сила йде в голову, в мозок. Визволяється, братіку мій, мозок. А що він може тоді творити...</w:t>
      </w:r>
    </w:p>
    <w:p>
      <w:r>
        <w:br/>
        <w:t>— Але ж від такого визволення ми скоро загинемо, тату,— завважив Василь.</w:t>
      </w:r>
    </w:p>
    <w:p>
      <w:r>
        <w:br/>
        <w:t>Ходили всі кволі, незадоволені. Професор щасливо посміхався.</w:t>
      </w:r>
    </w:p>
    <w:p>
      <w:r>
        <w:br/>
        <w:t>Вийшли на балкон. Професор мрійливо дивився в далечінь, схилившись на поручні.</w:t>
      </w:r>
    </w:p>
    <w:p>
      <w:r>
        <w:br/>
        <w:t>Промінястими бризками усміхалось небо. Сині вогники в теплих обіймах гралися, довгі тіні слали на землю.</w:t>
      </w:r>
    </w:p>
    <w:p>
      <w:r>
        <w:br/>
        <w:t>Далеко розлягались іскристі снігові простори. З білими туманами зливались.</w:t>
      </w:r>
    </w:p>
    <w:p>
      <w:r>
        <w:br/>
        <w:t>— Все конечне стремління людини було в тому, щоб визволити мозок від землі, порвати з нею. І ось цей мент прийшов. І я — цар цих необмежених просторів. І в цьому вся сила культури, мої любі.</w:t>
      </w:r>
    </w:p>
    <w:p>
      <w:r>
        <w:br/>
        <w:t>— Але що то за сила, коли вона разом з нами помре. Зникнемо ми, зникне життя тут, і що буде з твоєю культурою? — палко зауважив Микола.</w:t>
      </w:r>
    </w:p>
    <w:p>
      <w:r>
        <w:br/>
        <w:t>— Хто зна, сину. Чи ти певний, звідки до нас прийшли великі думки? Отже, он падають сюди з зірок, з інших планет промені. Хто зна, чи не передають сюди великих думок Космосу, спійманих в просторах Всесвіту. І хто зна, чи не підслухує мене зараз зоря, чи не спіймає моїх думок, не рознесе по Всесвіту.</w:t>
      </w:r>
    </w:p>
    <w:p>
      <w:r>
        <w:br/>
        <w:t>— Тату, се дурниці. Це твої мрії ненормальні,— закричав Микола.</w:t>
      </w:r>
    </w:p>
    <w:p>
      <w:r>
        <w:br/>
        <w:t>Професор не слухав, говорив далі:</w:t>
      </w:r>
    </w:p>
    <w:p>
      <w:r>
        <w:br/>
        <w:t>— Ось устану, візьму палицю в руки й піду по цих морозяних снігових просторах. Благословлю їх для Нової Людини, вільної від землі, Людини-Царя.</w:t>
      </w:r>
    </w:p>
    <w:p>
      <w:r>
        <w:br/>
        <w:t>Напружено-підозріло вслухалися хлопці.</w:t>
      </w:r>
    </w:p>
    <w:p>
      <w:r>
        <w:br/>
        <w:t>Не було клопотів, стремлінь. Ходили всі безсилі, зморені, нудні. Микола захворів.</w:t>
      </w:r>
    </w:p>
    <w:p>
      <w:r>
        <w:br/>
        <w:t>Лежав на канапі, встромивши в стелю хворобливі очі. Тихо, в'яло бренькала на роялі Льоля, чекаючи Віктора. Лише професор був заклопотаний. Порався з колбами, ретортами, переливав щолоки, кислоти.</w:t>
      </w:r>
    </w:p>
    <w:p>
      <w:r>
        <w:br/>
        <w:t>— Чого ви всі такі нудні? —запитав якось Віру.</w:t>
      </w:r>
    </w:p>
    <w:p>
      <w:r>
        <w:br/>
        <w:t>— Так собі,— неохоче відповіла.</w:t>
      </w:r>
    </w:p>
    <w:p>
      <w:r>
        <w:br/>
        <w:t>— А я б хотів перебратися в інший світ,— з захопленням говорив професор.— Полечу на зорю, на іншу планету. Там, Вірочко, збудуємо нове господарство. А звідти на другу. І так буду літати, сплітатись з великими силами Космосу.</w:t>
      </w:r>
    </w:p>
    <w:p>
      <w:r>
        <w:br/>
        <w:t>Очі горіли блискучим, фосфоричним сяйвом.</w:t>
      </w:r>
    </w:p>
    <w:p>
      <w:r>
        <w:br/>
        <w:t>— Тату, голубчику, ти хворий. Ти хворий, любенький мій! Припала до нього, цілувала сухі руки.</w:t>
      </w:r>
    </w:p>
    <w:p>
      <w:r>
        <w:br/>
        <w:t>— Хто, я? Ні, ні. Я полечу туди.</w:t>
      </w:r>
    </w:p>
    <w:p>
      <w:r>
        <w:br/>
        <w:t>— Таточку, ти хворий.</w:t>
      </w:r>
    </w:p>
    <w:p>
      <w:r>
        <w:br/>
        <w:t>На мент застиг в очах зосередкований вузлик.</w:t>
      </w:r>
    </w:p>
    <w:p>
      <w:r>
        <w:br/>
        <w:t>І раптом злякався, безглуздо розвів руками і тихо заплакав. Припав до Віри й хлипав. Здригувались худі, гострі плечі, тряслися руки.</w:t>
      </w:r>
    </w:p>
    <w:p>
      <w:r>
        <w:br/>
        <w:t>Сиділи гуртом коло каміна. Стиха радились.</w:t>
      </w:r>
    </w:p>
    <w:p>
      <w:r>
        <w:br/>
        <w:t>— Так далі не можна. Се вже смерть. Сьогодні тато, завтра Коля,— говорив Василь.</w:t>
      </w:r>
    </w:p>
    <w:p>
      <w:r>
        <w:br/>
        <w:t>— Треба прохати востаннє Льолю,— зауважила Віра. Василь устав, пішов викликати Льолю.</w:t>
      </w:r>
    </w:p>
    <w:p>
      <w:r>
        <w:br/>
        <w:t>— Льолю, так далі не можна. Ти не хочеш нічого знати. Льоля здивовано підняла брови.</w:t>
      </w:r>
    </w:p>
    <w:p>
      <w:r>
        <w:br/>
        <w:t>— Тато збожеволів, ми вмираємо. Що ти маєш робити?</w:t>
      </w:r>
    </w:p>
    <w:p>
      <w:r>
        <w:br/>
        <w:t>— Чим же я допоможу?</w:t>
      </w:r>
    </w:p>
    <w:p>
      <w:r>
        <w:br/>
        <w:t>— Ти сестра нам чи?.. Микола піднявся, став між ними.</w:t>
      </w:r>
    </w:p>
    <w:p>
      <w:r>
        <w:br/>
        <w:t>— Васю, не треба, не треба. Мовчи... Василь хвилювався, важко передихав.</w:t>
      </w:r>
    </w:p>
    <w:p>
      <w:r>
        <w:br/>
        <w:t>— Льолю, вибач мені... Але ти сама бачиш, що робиться. Прошу як сестру, маму, Бога... кого хочеш... Ти мусиш випрохати у Віктора харчів.</w:t>
      </w:r>
    </w:p>
    <w:p>
      <w:r>
        <w:br/>
        <w:t>— Не в моїй силі, братіку, зрозумій мене.</w:t>
      </w:r>
    </w:p>
    <w:p>
      <w:r>
        <w:br/>
        <w:t>— Се дурниці, Льолю! Ти мусиш себе і нас врятувати.</w:t>
      </w:r>
    </w:p>
    <w:p>
      <w:r>
        <w:br/>
        <w:t>— Ти хочеш моєї смерті, Василю? Микола схилив голову.</w:t>
      </w:r>
    </w:p>
    <w:p>
      <w:r>
        <w:br/>
        <w:t>— Я розумію тебе, Льолю. Ти хотіла збудувати радість на руїнах. Тато теж... А ми...</w:t>
      </w:r>
    </w:p>
    <w:p>
      <w:r>
        <w:br/>
        <w:t>— Ні, Колю, ти помиляєшся. Я просто хочу смерті з усмішкою на устах. Здається, на це я маю право?</w:t>
      </w:r>
    </w:p>
    <w:p>
      <w:r>
        <w:br/>
        <w:t>Пригнічено всі мовчали. Сумно скиглив у кутку Дідро.</w:t>
      </w:r>
    </w:p>
    <w:p>
      <w:r>
        <w:br/>
        <w:t>Пішла Льоля з Василем. Ішли поволі. Не сказали й слова. Перед самим будинком Льоля спинилась. Хвилювалась. Закусивши губи, напружено думала. Далі звернулась до Василя:</w:t>
      </w:r>
    </w:p>
    <w:p>
      <w:r>
        <w:br/>
        <w:t>— Може, не треба, Василю?</w:t>
      </w:r>
    </w:p>
    <w:p>
      <w:r>
        <w:br/>
        <w:t>— Тяжко, сестро?</w:t>
      </w:r>
    </w:p>
    <w:p>
      <w:r>
        <w:br/>
        <w:t>— Сил не маю.</w:t>
      </w:r>
    </w:p>
    <w:p>
      <w:r>
        <w:br/>
        <w:t>— Але мусиш, люба.</w:t>
      </w:r>
    </w:p>
    <w:p>
      <w:r>
        <w:br/>
        <w:t>Льоля пішла. Василь напружено чекав. Дивився в молочні простори, полохливо радів.</w:t>
      </w:r>
    </w:p>
    <w:p>
      <w:r>
        <w:br/>
        <w:t>Вийшла Льоля розпатлана, з широкими, здивованими очима. Постояла хвилину, щось пригадувала. Далі затремтіла, перекосилось обличчя. Кинула ключа. Сама побігла.</w:t>
      </w:r>
    </w:p>
    <w:p>
      <w:r>
        <w:br/>
        <w:t>— Льолю, Льолю! Куди ти? Почекай!</w:t>
      </w:r>
    </w:p>
    <w:p>
      <w:r>
        <w:br/>
        <w:t>Льоля тікала. Спотикалась в снігу, падала. Вставала і знову бігла далі. Майоріла в повітрі чорна намітка. Наче прапор перемоги.</w:t>
      </w:r>
    </w:p>
    <w:p>
      <w:r>
        <w:br/>
        <w:t>Василь глянув на ключа. Не впізнав. Дивно було, чого ця маленька річ попала в руки?..</w:t>
      </w:r>
    </w:p>
    <w:p>
      <w:r>
        <w:br/>
        <w:t>І чому Льоля втекла?</w:t>
      </w:r>
    </w:p>
    <w:p>
      <w:r>
        <w:br/>
        <w:t>Замахнувся й кинув у сніг.</w:t>
      </w:r>
    </w:p>
    <w:p>
      <w:r>
        <w:br/>
        <w:t>Почув страшенну втому в ногах. Сів на сніг і дивився в тумани. Шепотів щось тихо, інтимно.</w:t>
      </w:r>
    </w:p>
    <w:p>
      <w:r>
        <w:br/>
        <w:t>Льоля ставала меншою. На білих просторах, холодно-блискучих,— як вітка. То припадала до землі, то випрямлялась і йшла.</w:t>
      </w:r>
    </w:p>
    <w:p>
      <w:r>
        <w:br/>
        <w:t>Гналась за зіркою, що спустилася низько над землею.</w:t>
      </w:r>
    </w:p>
    <w:p>
      <w:r>
        <w:br/>
        <w:t>24. VII 1919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останні хвилини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