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мені уже народжується бог</w:t>
      </w:r>
    </w:p>
    <w:p>
      <w:r>
        <w:br/>
        <w:t xml:space="preserve"> В мені уже народжується бог,&lt;br /&gt;</w:t>
        <w:br/>
        <w:t>і напівпам'ятний, напівзабутий,&lt;br /&gt;</w:t>
        <w:br/>
        <w:t>немов і не в мені, а скраю смерті,&lt;br /&gt;</w:t>
        <w:br/>
        <w:t>куди живому зась — мій внук і прадід —&lt;br /&gt;</w:t>
        <w:br/>
        <w:t>пережидає, заки я помру.&lt;br /&gt;</w:t>
        <w:br/>
        <w:t>Я з ним удвох живу. Удвох існую,&lt;br /&gt;</w:t>
        <w:br/>
        <w:t>коли нікого. I гримить біда,&lt;br /&gt;</w:t>
        <w:br/>
        <w:t>мов канонада. Він опорятунок,&lt;br /&gt;</w:t>
        <w:br/>
        <w:t>я ж білоусто мовлю: порятуй,&lt;br /&gt;</w:t>
        <w:br/>
        <w:t>мій господи. Опорятуй на мить,&lt;br /&gt;</w:t>
        <w:br/>
        <w:t>а далі я, оговтаний, врятую&lt;br /&gt;</w:t>
        <w:br/>
        <w:t>себе самого сам. Самого — сам.&lt;br /&gt;</w:t>
        <w:br/>
        <w:t>Він хоче поза мене вийти. Прагне&lt;br /&gt;</w:t>
        <w:br/>
        <w:t>рятуючи донищити мене,&lt;br /&gt;</w:t>
        <w:br/>
        <w:t>аби на протязі, на буряних вітрах&lt;br /&gt;</w:t>
        <w:br/>
        <w:t>я вийшов сам із себе, наче шабля&lt;br /&gt;</w:t>
        <w:br/>
        <w:t>виходить з піхов. Хоче вийти геть,&lt;br /&gt;</w:t>
        <w:br/>
        <w:t>щоб згасла свічка болю. Щоби тьма&lt;br /&gt;</w:t>
        <w:br/>
        <w:t>впокорення мене порятувала&lt;br /&gt;</w:t>
        <w:br/>
        <w:t>інобуттям. Iножиттям. Найменням&lt;br /&gt;</w:t>
        <w:br/>
        <w:t>уже невласним: ось він, той загал,&lt;br /&gt;</w:t>
        <w:br/>
        <w:t>яким кермує той шалений бог,&lt;br /&gt;</w:t>
        <w:br/>
        <w:t>котрий в мені воліє народитись&lt;br /&gt;</w:t>
        <w:br/>
        <w:t>(а я ще тую свічку посвічу,&lt;br /&gt;</w:t>
        <w:br/>
        <w:t>аби мені не смеркло передчасно,&lt;br /&gt;</w:t>
        <w:br/>
        <w:t>просвітлої дороги свічка чорна —&lt;br /&gt;</w:t>
        <w:br/>
        <w:t>неначе перемога крадькома).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мені уже народжується бог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