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лавровім вінку</w:t>
      </w:r>
    </w:p>
    <w:p>
      <w:r>
        <w:br/>
        <w:t xml:space="preserve"> &lt;p&gt;В ЛАВРОВІМ ВІНКУ 1</w:t>
      </w:r>
    </w:p>
    <w:p>
      <w:r>
        <w:br/>
        <w:t>. (Елегія по літераті)</w:t>
      </w:r>
    </w:p>
    <w:p>
      <w:r>
        <w:br/>
        <w:t>Така to bywa zaplata Niejednego literata: Po smierci mu wszyscy kadzg, A za zycia jesc me da&amp;#220;za,. (Zutkowski. "Momus") *</w:t>
      </w:r>
    </w:p>
    <w:p>
      <w:r>
        <w:br/>
        <w:t>Сталося — я вмер... Тиф голодовий мене замучив на смерть, я почимчикував у могилу спочивати. Сумовитий ангел страдальців повів мене в рай. Я навіть боявся тамтуди рватися, гадаючи, що для руських літератів нема й на тому світі раю...</w:t>
      </w:r>
    </w:p>
    <w:p>
      <w:r>
        <w:br/>
        <w:t>А в моїй вітчині задзвонили у великі дзвони по моїй душечці-небозі. В часописах — на першому-таки місці — випечатано посмертну звістку. Декотрі з них показалися у чорних, жалібних обвідках. Всі посмертні згадки ридали менше-більше на одну нуту: "Ось і знову нова могила на широкій дажбожій землиці2. Нині довідались ми, що Стефана Терпиголода не стало між нами... Сумна-страшна се вістка, але правдива. Умер! — ні! не умер — упав, як борець, добрий син Голодоморя, упав, як пристало лицареві чесному,</w:t>
      </w:r>
    </w:p>
    <w:p>
      <w:r>
        <w:br/>
        <w:t>* Така нагорода випадає Не одному письменникові: По смерті всі йому курять фіміам, А за життя не дають їсти.</w:t>
      </w:r>
    </w:p>
    <w:p>
      <w:r>
        <w:br/>
        <w:t>' (Жулковський3 "Momus") (польськ.).— Ред.</w:t>
      </w:r>
    </w:p>
    <w:p>
      <w:r>
        <w:br/>
        <w:t>великому... Поліг з прапором у руці... На незарослу ще.могилу кидаємо грудку землиці і кличемо: Земля тобі пером!"</w:t>
      </w:r>
    </w:p>
    <w:p>
      <w:r>
        <w:br/>
        <w:t>Пізніше наступали життєписи. Всякі подавали, хто що знав або що було до вподоби. Обробляли мене на всі боки. Приписували мені, небіжчикові, такі химерні спосібностІ, про які мені і не снилося на цілому житті. Один приятель написав такий трогаючий некролог, що я й розплакався, читаючи його в раю...</w:t>
      </w:r>
    </w:p>
    <w:p>
      <w:r>
        <w:br/>
        <w:t>Були і такі, що вилляли серед гарячих сліз на мою могилу ще й гарячішу — жовч. До них належали мої найбільші други за життя. Один добачив у моїх творах декадентизм * та й оправдував його моїм немов то надмірним нахилом до жіноцтва і пива. Другий признавав мені безперечний талант, але в поезіях знайшов мізантропію. Третій оправдував се дивацтвом, в яке я мав попасти, на його думку, прслідніми часами. Інший ще доглянув забагато солі і перцю і т. д. Найприхильніше заговорив про мене мій ворог.</w:t>
      </w:r>
    </w:p>
    <w:p>
      <w:r>
        <w:br/>
        <w:t>Але що ж мені по всіх тих мудрих і немудрих оцінках? Я тішився тим, що душа моя в раю! Голоду не чую, дрімаю гарненько. Іменно, іменно при читанні того всього "ридання" я попадав у смачненьку дрімку. А товсті німецькі літерати аж боки собі зривали, дивлячись, як то дрімає худий, виголоднілий голодоморський письменник.</w:t>
      </w:r>
    </w:p>
    <w:p>
      <w:r>
        <w:br/>
        <w:t>Третьої днини, вранці рано, дивлюся на землицю, а там парада, що аж га! Се, бач, віддавали мені послідню прислугу. Хор питомців приспівує, дяки ревуть "Послідноє цілованіє", аж серце крається. Сам цвіт голодоморської інтелігенції зібрався на мої похорони, а народу і не почислиш. Мої "тлінні останки" схопило шістьох жвавих парубків і таскають на плечах, тішаться, що тягар... не великий.</w:t>
      </w:r>
    </w:p>
    <w:p>
      <w:r>
        <w:br/>
        <w:t>От ціла громада вже й на кладовищі. З-посеред товпи виступає якийсь стрункий літерат і виголошує (зовсім не по-літерацьки) довгу патетичну бесіду.</w:t>
      </w:r>
    </w:p>
    <w:p>
      <w:r>
        <w:br/>
        <w:t>Хто се? Якийсь, подобає, знакомий, та ніяк не пригадую собі, хто се..4. Ага! пізнав його по цвітистій речі. Се ж преці мій старий приятель! Ледве й пізнав його. А прецінь я перший представив його пані Музі, бо переполоханий хлопець почитав її нишком-тишком, не зважаючись навіть станути перед її ясним личком... А тепер — він поет! Став було писати "віршики", а такі-то солоденькі, масненькі, що аж в душі нудило читати їх, а всі любовні. Як жабочка в ставку весною, так він рохкотів цілими днями до "ясних личок, рівних брів, дрібних рученят, солодких (!) серденят", аж вкінці й найшов собі любочку, ну та й, як пристало доброму, лепському кавалірові, оженився, увінчавши сю важну в споїм житті подію стишком на вінчання. (Мене навіть не мволив запросити на весільну забаву!) Тепер він поет! На іменини жіночки — пише, на родини — пише, на хрестини — пише, всяку, кажу вам, пригоду в своїй сім'ї описує, терпеливий папір і ще терпеливіший редактор "Смолоскипа" дзвонить його вірші, трубить його славу в іерихонську трубу... 5. Ну вже преці скінчив. А то аж нудно було слухати його речі!</w:t>
      </w:r>
    </w:p>
    <w:p>
      <w:r>
        <w:br/>
        <w:t>От тобі і на! Висувається другий, щоби мене обмовляти. Сей "благую часть ізбра" в житейській борні. Він також мій бувший друг, але се вже поет на цілу губу. І живеться йому гаразд. Правда, кажуть, понатягав дуже своїх любок,, але се лиш матеріальний бік, ми глядім краще на моральний бік його особи. Творчість незмірима! І в ліберали 6, і в клерикали 79 і в радикали 8, і в антисеміти 9, і філ'осеміти 10, і в "москвофіли" п, і ще інші "іти" та й "філи" залітають його твори. Тілько "ітів" і "філів" помістити в одній тільки голові — се ж геніальність! Ну, та й геніально ж він про мене... бреше! Хай йому кат!..</w:t>
      </w:r>
    </w:p>
    <w:p>
      <w:r>
        <w:br/>
        <w:t>Чи тоті бесіди вже не покінчаться нині?.. Ні!.. От ще один двигає підгодовану фігуру на поблизьку могилу, щоб нарід побачив його сумовите — себто з жалю, лице. Се член товариства "Промінь", того самого патріотичного товариства, котре за мого ще життя не хотіло наділити мене, схо-рованого тоді літерата, запомогою з фонду для артистів і літератів. І через нього я й дістався* до раю...</w:t>
      </w:r>
    </w:p>
    <w:p>
      <w:r>
        <w:br/>
        <w:t>Вже й не хочу того чути, що сей заговорить про мене...</w:t>
      </w:r>
    </w:p>
    <w:p>
      <w:r>
        <w:br/>
        <w:t>Прецінь конець параді!..</w:t>
      </w:r>
    </w:p>
    <w:p>
      <w:r>
        <w:br/>
        <w:t>Накидали на мою могилу копу лаврових вінців. Можна би ними замістити цілу оранжерею... Гей, гей,— думаю собі, коби то я був мав за життя стілько ярини, не був би спішився до раю!..</w:t>
      </w:r>
    </w:p>
    <w:p>
      <w:r>
        <w:br/>
        <w:t>А скільки тут лент! Можна би сміливо урядити два крами стяжок на львівській Зарваниці І2...</w:t>
      </w:r>
    </w:p>
    <w:p>
      <w:r>
        <w:br/>
        <w:t>По цілій параді зійшлося охоче братство на похоронний комерс, себто на поминки. Бряжчать склянки, тарілки, ллється пиво і вино за упокій моєї душі, на вічну славу, яко славу народу... Народе, а я вмер з голоду!..</w:t>
      </w:r>
    </w:p>
    <w:p>
      <w:r>
        <w:br/>
        <w:t>За пару днів відбулася поминальна служба божа в одній сільській церкві. Се за мою душу.</w:t>
      </w:r>
    </w:p>
    <w:p>
      <w:r>
        <w:br/>
        <w:t>Сивий панотчик сказав до народу:</w:t>
      </w:r>
    </w:p>
    <w:p>
      <w:r>
        <w:br/>
        <w:t>"Молітесь, дітоньки, за покійника! Се був добрий дух, ваш приятель! Через те й не раз він зазнав лиха, недолі, попав у злидні і вмер у злиднях"...</w:t>
      </w:r>
    </w:p>
    <w:p>
      <w:r>
        <w:br/>
        <w:t>А люд говорив півшепотом: "Со святими"... і молився щиро. І не одно око залилось сльозою...</w:t>
      </w:r>
    </w:p>
    <w:p>
      <w:r>
        <w:br/>
        <w:t>Я стояв вгорі — в раю, втираючи очі, що забігли сльозами. Надійшов святий Петро:</w:t>
      </w:r>
    </w:p>
    <w:p>
      <w:r>
        <w:br/>
        <w:t>— Чого ти все на землю та й на землю дивишся? Час про неї забути. Може б, ти ще раз полетів там гарувати?..</w:t>
      </w:r>
    </w:p>
    <w:p>
      <w:r>
        <w:br/>
        <w:t>— Полетів би, святий угодниче!</w:t>
      </w:r>
    </w:p>
    <w:p>
      <w:r>
        <w:br/>
        <w:t>— Полетів би? Та до кого і для кого?</w:t>
      </w:r>
    </w:p>
    <w:p>
      <w:r>
        <w:br/>
        <w:t>— До люду і для люду, небесний ключниче, пішов би я жити. Він стоїть того. Пішов би жити і ще раз — з голоду вмерти...</w:t>
      </w:r>
    </w:p>
    <w:p>
      <w:r>
        <w:br/>
        <w:t>Відень. 1896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лавровім вінку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