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хуртовину</w:t>
      </w:r>
    </w:p>
    <w:p>
      <w:r>
        <w:br/>
        <w:t xml:space="preserve"> &lt;p&gt;Молоденький чортик, що його випустили святами пожирувати, з радощів брякнувся прямо в кучугуру снігу, зарився в його головою, а ногами став таке виробляти, що зразу знялася курява, за якою не видно стало світу; потім схопився й став гасати по полю. Перескакуючи через бескеття [18] й спотикаючись по снігу, він то з вереском летів по полю наввипередки з вітром, то, розставивши лапки, нісся йому назустріч, і коли старий дідуга-вітер хапав його в обійми, підіймав угору мало не до хмар і, надувши свою полотняну сорочку, одним духом мчав його десятки гонів понад степом, чортик в’юном вертівся в його руках, верещав і заходився від реготу.</w:t>
      </w:r>
    </w:p>
    <w:p>
      <w:r>
        <w:br/>
        <w:t>Взявшись у боки руками й стиха посвистуючи, він навшпиньках подався до шляху, де їхали сани, догнав їх і вчепився на задок.</w:t>
      </w:r>
    </w:p>
    <w:p>
      <w:r>
        <w:br/>
        <w:t>У санях сиділи дві закутані, запорошені снігом постаті.</w:t>
      </w:r>
    </w:p>
    <w:p>
      <w:r>
        <w:br/>
        <w:t>Чортик боком схилив до їх ухо й слухає.</w:t>
      </w:r>
    </w:p>
    <w:p>
      <w:r>
        <w:br/>
        <w:t>Македонський старшина Василь Миронович, схилившись над головою писаря Антона Агафоновича, казав йому щось на ухо, намагаючись пересилити хугу.</w:t>
      </w:r>
    </w:p>
    <w:p>
      <w:r>
        <w:br/>
        <w:t>Василь Миронович, чоловік смирний і побожний, під чаркою дуже любив говорити за що-небудь божественне, і давненько вже намагався втягнути в таку розмову писаря, аж той або пускав з язика чорта, або зовсім мовчав.</w:t>
      </w:r>
    </w:p>
    <w:p>
      <w:r>
        <w:br/>
        <w:t>— Хіба ж не так я кажу? — питався у його старшина.</w:t>
      </w:r>
    </w:p>
    <w:p>
      <w:r>
        <w:br/>
        <w:t>Той тільки щось собі замурчав.</w:t>
      </w:r>
    </w:p>
    <w:p>
      <w:r>
        <w:br/>
        <w:t>Втерявши надію як-небудь розворушити сусіда, старшина зітхнув, покивав головою й став виймати люльку. Дістав коробочку із сірниками і, щільно затуляючись долонями, став закурювати.</w:t>
      </w:r>
    </w:p>
    <w:p>
      <w:r>
        <w:br/>
        <w:t>Щось дмухнуло під самим носом у старшини — сірник погас... другий, третій...</w:t>
      </w:r>
    </w:p>
    <w:p>
      <w:r>
        <w:br/>
        <w:t>Писар заворушився, кашлянув і хрипким голосом промовив:</w:t>
      </w:r>
    </w:p>
    <w:p>
      <w:r>
        <w:br/>
        <w:t>— Н-не закурите.</w:t>
      </w:r>
    </w:p>
    <w:p>
      <w:r>
        <w:br/>
        <w:t>— Закурю, Антоне Агафоновичу, закурю! — веселенько одповів старшина, радіючи, що писар заговорив-таки.</w:t>
      </w:r>
    </w:p>
    <w:p>
      <w:r>
        <w:br/>
        <w:t>— Ні, не закурите... Бачте, вже чотири сірники стратили... о, п’ять, шість, сім...— лічив писар.</w:t>
      </w:r>
    </w:p>
    <w:p>
      <w:r>
        <w:br/>
        <w:t>— Що за чудасія! — здивувався старшина: сірники гасилися один за одним, навіть не розгорівшись.</w:t>
      </w:r>
    </w:p>
    <w:p>
      <w:r>
        <w:br/>
        <w:t>Затулився, як можна найщільніше, тернув — знов погас.</w:t>
      </w:r>
    </w:p>
    <w:p>
      <w:r>
        <w:br/>
        <w:t>— Гм!.. Так ніби який дідько навмисне гасить,— аж назад озирнувся. Одхилився в другий бік, витер...</w:t>
      </w:r>
    </w:p>
    <w:p>
      <w:r>
        <w:br/>
        <w:t>— Десять! — промовив писар.— Я ж казав, що не закурите... одинадцять... дванадцять...</w:t>
      </w:r>
    </w:p>
    <w:p>
      <w:r>
        <w:br/>
        <w:t>— Антоне Агафоновичу! — лагідненько промовив старшина.— Це через те, що ви лічите: ось не лічіть — зразу закурю.</w:t>
      </w:r>
    </w:p>
    <w:p>
      <w:r>
        <w:br/>
        <w:t>Та писар вже пролупався і йому забажалось пожартувати. Старшина помалу розгарячився, й сірники гасились і летіли в сніг один за одним, насилу писар вспівав лічити.</w:t>
      </w:r>
    </w:p>
    <w:p>
      <w:r>
        <w:br/>
        <w:t>— Та ось годі-бо!.. Я ж бо вас прошу! — промовив старшина, почуваючи, що розбирало його зло.</w:t>
      </w:r>
    </w:p>
    <w:p>
      <w:r>
        <w:br/>
        <w:t>Писар, закутуючись у кожух, поволі лічив:</w:t>
      </w:r>
    </w:p>
    <w:p>
      <w:r>
        <w:br/>
        <w:t>— Двадцять три, двадцять чотири, двадцять п’ять...</w:t>
      </w:r>
    </w:p>
    <w:p>
      <w:r>
        <w:br/>
        <w:t>Старшина вийняв з рота люльку, зі зла, боком глянув на писаря; потім плюнув і знов узяв люльку в зуби.</w:t>
      </w:r>
    </w:p>
    <w:p>
      <w:r>
        <w:br/>
        <w:t>— Якби знаття, що в неділю буде година, то в суботу звечора виїхати б на села податки виправляти,— діловито став, говорити він.</w:t>
      </w:r>
    </w:p>
    <w:p>
      <w:r>
        <w:br/>
        <w:t>— Ум...— мурчить писар.</w:t>
      </w:r>
    </w:p>
    <w:p>
      <w:r>
        <w:br/>
        <w:t>— А то як не зберем до першого,— помалу розвозить старшина, тим часом крадькома виймаючи сірник з коробки,— то знову поштрафують, як було минулого року.— Тут він стиха черкнув сірник.</w:t>
      </w:r>
    </w:p>
    <w:p>
      <w:r>
        <w:br/>
        <w:t>— Ех-хе-хе! — позіхнув писар.— Двадцять вісім!</w:t>
      </w:r>
    </w:p>
    <w:p>
      <w:r>
        <w:br/>
        <w:t>— Антоне Агафоновичу! — Писар мовчав.</w:t>
      </w:r>
    </w:p>
    <w:p>
      <w:r>
        <w:br/>
        <w:t>Помацавши в коробці, старшина знайшов там тільки одного сірника. Сплюнувши набік, він хутчій погнав коняку.</w:t>
      </w:r>
    </w:p>
    <w:p>
      <w:r>
        <w:br/>
        <w:t>— Всі сірники витратив і не закурив через вас! — промовив він сердито і глянув на писаря.</w:t>
      </w:r>
    </w:p>
    <w:p>
      <w:r>
        <w:br/>
        <w:t>Той схилив голову й дрімав. Старшина помалу став здержувати коняку. Схилившись низенько до писаря, він забачив у темряві його ніс, брови, лоб... Очі заплющені — спить, навіть носом сопе... Тихенько потяг за віжки — коняка стала.</w:t>
      </w:r>
    </w:p>
    <w:p>
      <w:r>
        <w:br/>
        <w:t>Хутенько закривсь полами кобеняка й запалив останній сірник... горить. Старшина поспішає запалить люльку і так тягне, що в чубуці починає шкварчати, немов на сковороді сало.</w:t>
      </w:r>
    </w:p>
    <w:p>
      <w:r>
        <w:br/>
        <w:t>— Двадцять дев’ять! — крикнув над самим його ухом писар. Василь Миронович закашлявся, й сірник погас. Здавив чубук зубами, потяг зо всеї сили — не тягнеться... Важко зітхнув, став ховати люльку в кишеню. Аж зразу, тільки довів люльку до кишені, за серце вхопив такий жаль, що аж защеміло. Глянув знов на писаря: той губи витягнув, підняв брови, дрімає, немов нічого й не було. Ух, і противна ж пика!</w:t>
      </w:r>
    </w:p>
    <w:p>
      <w:r>
        <w:br/>
        <w:t>Од злості в старшини аж руки затряслися. Помалу розмахавши за кінець люльку, немовби заміряючись забивати цвяшок у стіну, Василь Миронович виважився й цокнув головкою люльки писаря по лобі.</w:t>
      </w:r>
    </w:p>
    <w:p>
      <w:r>
        <w:br/>
        <w:t>— Трид... ой! — кинувсь той, почуваючи, як щось зашпигало в носі й перед очима розсипалися золоті іскри.</w:t>
      </w:r>
    </w:p>
    <w:p>
      <w:r>
        <w:br/>
        <w:t>— Ото, щоб було тридцять, кругло! — чмихнувши носом, промовив старшина, ховаючи люльку в кишеню. Та писар щось заворушився, засіп, виказуючи, що він має охоту лічити й далі. Випроставши руки, він сунув кулаком у щелепи старшину.</w:t>
      </w:r>
    </w:p>
    <w:p>
      <w:r>
        <w:br/>
        <w:t>— Тридцять один! — промовив він.</w:t>
      </w:r>
    </w:p>
    <w:p>
      <w:r>
        <w:br/>
        <w:t>— Тридцять два! — ляснув його навідля старшина.</w:t>
      </w:r>
    </w:p>
    <w:p>
      <w:r>
        <w:br/>
        <w:t>— Тридцять три! — піднявшись з місця, по зашийкам гепнув його писар.</w:t>
      </w:r>
    </w:p>
    <w:p>
      <w:r>
        <w:br/>
        <w:t>— Тпру! — старшина зняв рукавиці.</w:t>
      </w:r>
    </w:p>
    <w:p>
      <w:r>
        <w:br/>
        <w:t>— Тридцять чотири! — Обоє, і писар, і старшина, вивалилися з саней у сніг. Конячина спинилась.</w:t>
      </w:r>
    </w:p>
    <w:p>
      <w:r>
        <w:br/>
        <w:t>Зчепившись у одну щільну купу, старшина і писар ворушились у снігу, сопли, кректали, вивертався зісподу то один, то другий. Раз по раз було чути, як щось гупало, немов у подушку, і промовляло:</w:t>
      </w:r>
    </w:p>
    <w:p>
      <w:r>
        <w:br/>
        <w:t>— Тридцять вісім!</w:t>
      </w:r>
    </w:p>
    <w:p>
      <w:r>
        <w:br/>
        <w:t>— Тридцять дев’ять!..</w:t>
      </w:r>
    </w:p>
    <w:p>
      <w:r>
        <w:br/>
        <w:t>...Коли діло добиралося до півсотні, чортик перекрутився скілько разів у снігу, зареготався, пішов дрібушки в степ... та як завихрить, та як закурить, завищить... та колесом, та жеребом!.. Та й пішов, пішов, пішов...</w:t>
      </w:r>
    </w:p>
    <w:p>
      <w:r>
        <w:br/>
        <w:t>[18] — Бескеття — круті урвища, провалля.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хуртовину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